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02C4D2" w14:textId="7CF127AD" w:rsidR="003378DC" w:rsidRPr="000C105B" w:rsidRDefault="00A535F5" w:rsidP="003A58BF">
      <w:pPr>
        <w:ind w:firstLine="0"/>
        <w:jc w:val="center"/>
        <w:rPr>
          <w:rFonts w:cs="Times New Roman"/>
          <w:szCs w:val="28"/>
          <w:lang w:val="kk-KZ"/>
        </w:rPr>
      </w:pPr>
      <w:r>
        <w:rPr>
          <w:rStyle w:val="af6"/>
          <w:rFonts w:cs="Times New Roman"/>
          <w:b w:val="0"/>
          <w:bCs w:val="0"/>
          <w:szCs w:val="28"/>
          <w:lang w:val="kk-KZ"/>
        </w:rPr>
        <w:t>«</w:t>
      </w:r>
      <w:r w:rsidRPr="009E72C7">
        <w:rPr>
          <w:rStyle w:val="af6"/>
          <w:rFonts w:cs="Times New Roman"/>
          <w:b w:val="0"/>
          <w:bCs w:val="0"/>
          <w:szCs w:val="28"/>
          <w:lang w:val="kk-KZ"/>
        </w:rPr>
        <w:t>Тау гүлі-Эдельвейс</w:t>
      </w:r>
      <w:r>
        <w:rPr>
          <w:rStyle w:val="af6"/>
          <w:rFonts w:cs="Times New Roman"/>
          <w:b w:val="0"/>
          <w:bCs w:val="0"/>
          <w:szCs w:val="28"/>
          <w:lang w:val="kk-KZ"/>
        </w:rPr>
        <w:t>»</w:t>
      </w:r>
      <w:r w:rsidRPr="009E72C7">
        <w:rPr>
          <w:rStyle w:val="af6"/>
          <w:rFonts w:cs="Times New Roman"/>
          <w:b w:val="0"/>
          <w:bCs w:val="0"/>
          <w:szCs w:val="28"/>
          <w:lang w:val="kk-KZ"/>
        </w:rPr>
        <w:t xml:space="preserve"> балалар сауықтыру лагері</w:t>
      </w:r>
      <w:r>
        <w:rPr>
          <w:rStyle w:val="af6"/>
          <w:rFonts w:cs="Times New Roman"/>
          <w:b w:val="0"/>
          <w:bCs w:val="0"/>
          <w:szCs w:val="28"/>
          <w:lang w:val="kk-KZ"/>
        </w:rPr>
        <w:t>»</w:t>
      </w:r>
      <w:r w:rsidRPr="009E72C7">
        <w:rPr>
          <w:rStyle w:val="af6"/>
          <w:rFonts w:cs="Times New Roman"/>
          <w:b w:val="0"/>
          <w:bCs w:val="0"/>
          <w:szCs w:val="28"/>
          <w:lang w:val="kk-KZ"/>
        </w:rPr>
        <w:t xml:space="preserve"> ЖШС</w:t>
      </w:r>
    </w:p>
    <w:p w14:paraId="514570C6" w14:textId="77777777" w:rsidR="003378DC" w:rsidRPr="000C105B" w:rsidRDefault="003378DC" w:rsidP="003A58BF">
      <w:pPr>
        <w:ind w:firstLine="0"/>
        <w:rPr>
          <w:rFonts w:cs="Times New Roman"/>
          <w:szCs w:val="28"/>
          <w:lang w:val="kk-KZ"/>
        </w:rPr>
      </w:pPr>
    </w:p>
    <w:p w14:paraId="70043684" w14:textId="77777777" w:rsidR="003378DC" w:rsidRPr="000C105B" w:rsidRDefault="003378DC" w:rsidP="003A58BF">
      <w:pPr>
        <w:ind w:firstLine="0"/>
        <w:rPr>
          <w:rFonts w:cs="Times New Roman"/>
          <w:szCs w:val="28"/>
          <w:lang w:val="kk-KZ"/>
        </w:rPr>
      </w:pPr>
    </w:p>
    <w:p w14:paraId="6CAC56F1" w14:textId="651F8E25" w:rsidR="003378DC" w:rsidRPr="000C105B" w:rsidRDefault="003378DC" w:rsidP="003A58BF">
      <w:pPr>
        <w:ind w:firstLine="0"/>
        <w:rPr>
          <w:rFonts w:cs="Times New Roman"/>
          <w:szCs w:val="28"/>
          <w:lang w:val="kk-KZ"/>
        </w:rPr>
      </w:pPr>
    </w:p>
    <w:p w14:paraId="069D05C6" w14:textId="47A26C39" w:rsidR="000D7FE6" w:rsidRPr="000C105B" w:rsidRDefault="000D7FE6" w:rsidP="003A58BF">
      <w:pPr>
        <w:ind w:firstLine="0"/>
        <w:rPr>
          <w:rFonts w:cs="Times New Roman"/>
          <w:szCs w:val="28"/>
          <w:lang w:val="kk-KZ"/>
        </w:rPr>
      </w:pPr>
    </w:p>
    <w:p w14:paraId="3D1E94A2" w14:textId="5938E118" w:rsidR="000D7FE6" w:rsidRPr="000C105B" w:rsidRDefault="000D7FE6" w:rsidP="003A58BF">
      <w:pPr>
        <w:ind w:firstLine="0"/>
        <w:rPr>
          <w:rFonts w:cs="Times New Roman"/>
          <w:szCs w:val="28"/>
          <w:lang w:val="kk-KZ"/>
        </w:rPr>
      </w:pPr>
    </w:p>
    <w:p w14:paraId="7620322D" w14:textId="4C31EE18" w:rsidR="000D7FE6" w:rsidRPr="000C105B" w:rsidRDefault="000D7FE6" w:rsidP="003A58BF">
      <w:pPr>
        <w:ind w:firstLine="0"/>
        <w:rPr>
          <w:rFonts w:cs="Times New Roman"/>
          <w:szCs w:val="28"/>
          <w:lang w:val="kk-KZ"/>
        </w:rPr>
      </w:pPr>
    </w:p>
    <w:p w14:paraId="3287F167" w14:textId="77777777" w:rsidR="000D7FE6" w:rsidRPr="000C105B" w:rsidRDefault="000D7FE6" w:rsidP="003A58BF">
      <w:pPr>
        <w:ind w:firstLine="0"/>
        <w:rPr>
          <w:rFonts w:cs="Times New Roman"/>
          <w:szCs w:val="28"/>
          <w:lang w:val="kk-KZ"/>
        </w:rPr>
      </w:pPr>
    </w:p>
    <w:p w14:paraId="1DD3E91A" w14:textId="65A24064" w:rsidR="000D7FE6" w:rsidRPr="000C105B" w:rsidRDefault="000D7FE6" w:rsidP="003A58BF">
      <w:pPr>
        <w:ind w:firstLine="0"/>
        <w:rPr>
          <w:rFonts w:cs="Times New Roman"/>
          <w:szCs w:val="28"/>
          <w:lang w:val="kk-KZ"/>
        </w:rPr>
      </w:pPr>
    </w:p>
    <w:p w14:paraId="191327E7" w14:textId="0EEE93A0" w:rsidR="000D7FE6" w:rsidRPr="000C105B" w:rsidRDefault="000D7FE6" w:rsidP="003A58BF">
      <w:pPr>
        <w:ind w:firstLine="0"/>
        <w:rPr>
          <w:rFonts w:cs="Times New Roman"/>
          <w:szCs w:val="28"/>
          <w:lang w:val="kk-KZ"/>
        </w:rPr>
      </w:pPr>
    </w:p>
    <w:p w14:paraId="71A21845" w14:textId="77777777" w:rsidR="000D7FE6" w:rsidRPr="000C105B" w:rsidRDefault="000D7FE6" w:rsidP="003A58BF">
      <w:pPr>
        <w:ind w:firstLine="0"/>
        <w:rPr>
          <w:rFonts w:cs="Times New Roman"/>
          <w:szCs w:val="28"/>
          <w:lang w:val="kk-KZ"/>
        </w:rPr>
      </w:pPr>
    </w:p>
    <w:p w14:paraId="2A905875" w14:textId="77777777" w:rsidR="003378DC" w:rsidRPr="000C105B" w:rsidRDefault="003378DC" w:rsidP="003A58BF">
      <w:pPr>
        <w:ind w:firstLine="0"/>
        <w:jc w:val="center"/>
        <w:rPr>
          <w:rFonts w:cs="Times New Roman"/>
          <w:b/>
          <w:bCs/>
          <w:szCs w:val="28"/>
          <w:lang w:val="kk-KZ"/>
        </w:rPr>
      </w:pPr>
      <w:r w:rsidRPr="000C105B">
        <w:rPr>
          <w:rStyle w:val="ypks7kbdpwfgdykd3qb9"/>
          <w:rFonts w:cs="Times New Roman"/>
          <w:b/>
          <w:bCs/>
          <w:szCs w:val="28"/>
          <w:lang w:val="kk-KZ"/>
        </w:rPr>
        <w:t>КӘМЕЛЕТКЕ</w:t>
      </w:r>
      <w:r w:rsidRPr="000C105B">
        <w:rPr>
          <w:rFonts w:cs="Times New Roman"/>
          <w:b/>
          <w:bCs/>
          <w:szCs w:val="28"/>
          <w:lang w:val="kk-KZ"/>
        </w:rPr>
        <w:t xml:space="preserve"> ТОЛМАҒАНДАРҒА АРНАЛҒАН</w:t>
      </w:r>
      <w:r w:rsidRPr="000C105B">
        <w:rPr>
          <w:rStyle w:val="ypks7kbdpwfgdykd3qb9"/>
          <w:rFonts w:cs="Times New Roman"/>
          <w:b/>
          <w:bCs/>
          <w:szCs w:val="28"/>
          <w:lang w:val="kk-KZ"/>
        </w:rPr>
        <w:t xml:space="preserve"> БІЛІМ</w:t>
      </w:r>
      <w:r w:rsidRPr="000C105B">
        <w:rPr>
          <w:rFonts w:cs="Times New Roman"/>
          <w:b/>
          <w:bCs/>
          <w:szCs w:val="28"/>
          <w:lang w:val="kk-KZ"/>
        </w:rPr>
        <w:t xml:space="preserve"> БЕРУ</w:t>
      </w:r>
      <w:r w:rsidRPr="000C105B">
        <w:rPr>
          <w:rStyle w:val="ypks7kbdpwfgdykd3qb9"/>
          <w:rFonts w:cs="Times New Roman"/>
          <w:b/>
          <w:bCs/>
          <w:szCs w:val="28"/>
          <w:lang w:val="kk-KZ"/>
        </w:rPr>
        <w:t>-САУЫҚТЫРУ</w:t>
      </w:r>
      <w:r w:rsidRPr="000C105B">
        <w:rPr>
          <w:rFonts w:cs="Times New Roman"/>
          <w:b/>
          <w:bCs/>
          <w:szCs w:val="28"/>
          <w:lang w:val="kk-KZ"/>
        </w:rPr>
        <w:t xml:space="preserve"> </w:t>
      </w:r>
      <w:r w:rsidRPr="000C105B">
        <w:rPr>
          <w:rStyle w:val="ypks7kbdpwfgdykd3qb9"/>
          <w:rFonts w:cs="Times New Roman"/>
          <w:b/>
          <w:bCs/>
          <w:szCs w:val="28"/>
          <w:lang w:val="kk-KZ"/>
        </w:rPr>
        <w:t>БАҒДАРЛАМА</w:t>
      </w:r>
      <w:r w:rsidRPr="000C105B">
        <w:rPr>
          <w:rFonts w:cs="Times New Roman"/>
          <w:b/>
          <w:bCs/>
          <w:szCs w:val="28"/>
          <w:lang w:val="kk-KZ"/>
        </w:rPr>
        <w:t xml:space="preserve"> </w:t>
      </w:r>
    </w:p>
    <w:p w14:paraId="7E9E528C" w14:textId="4298FF59" w:rsidR="003378DC" w:rsidRPr="000C105B" w:rsidRDefault="003378DC" w:rsidP="003A58BF">
      <w:pPr>
        <w:ind w:firstLine="0"/>
        <w:jc w:val="center"/>
        <w:rPr>
          <w:rFonts w:cs="Times New Roman"/>
          <w:b/>
          <w:bCs/>
          <w:szCs w:val="28"/>
          <w:lang w:val="kk-KZ"/>
        </w:rPr>
      </w:pPr>
      <w:r w:rsidRPr="000C105B">
        <w:rPr>
          <w:rStyle w:val="ypks7kbdpwfgdykd3qb9"/>
          <w:rFonts w:cs="Times New Roman"/>
          <w:b/>
          <w:bCs/>
          <w:szCs w:val="28"/>
          <w:lang w:val="kk-KZ"/>
        </w:rPr>
        <w:t>«</w:t>
      </w:r>
      <w:r w:rsidR="0023540D" w:rsidRPr="0023540D">
        <w:rPr>
          <w:rFonts w:cs="Times New Roman"/>
          <w:b/>
          <w:szCs w:val="28"/>
          <w:lang w:val="kk-KZ"/>
        </w:rPr>
        <w:t>EDELWEISS FLOWER</w:t>
      </w:r>
      <w:r w:rsidRPr="000C105B">
        <w:rPr>
          <w:rStyle w:val="ypks7kbdpwfgdykd3qb9"/>
          <w:rFonts w:cs="Times New Roman"/>
          <w:b/>
          <w:bCs/>
          <w:szCs w:val="28"/>
          <w:lang w:val="kk-KZ"/>
        </w:rPr>
        <w:t>»</w:t>
      </w:r>
      <w:r w:rsidRPr="000C105B">
        <w:rPr>
          <w:rFonts w:cs="Times New Roman"/>
          <w:b/>
          <w:bCs/>
          <w:szCs w:val="28"/>
          <w:lang w:val="kk-KZ"/>
        </w:rPr>
        <w:t xml:space="preserve"> </w:t>
      </w:r>
    </w:p>
    <w:p w14:paraId="1AD1C118" w14:textId="09E4DB83" w:rsidR="003378DC" w:rsidRPr="000C105B" w:rsidRDefault="003378DC" w:rsidP="003A58BF">
      <w:pPr>
        <w:ind w:firstLine="0"/>
        <w:jc w:val="center"/>
        <w:rPr>
          <w:rFonts w:cs="Times New Roman"/>
          <w:b/>
          <w:bCs/>
          <w:szCs w:val="28"/>
          <w:lang w:val="kk-KZ"/>
        </w:rPr>
      </w:pPr>
      <w:r w:rsidRPr="000C105B">
        <w:rPr>
          <w:rStyle w:val="ypks7kbdpwfgdykd3qb9"/>
          <w:rFonts w:cs="Times New Roman"/>
          <w:b/>
          <w:bCs/>
          <w:szCs w:val="28"/>
          <w:lang w:val="kk-KZ"/>
        </w:rPr>
        <w:t>(</w:t>
      </w:r>
      <w:bookmarkStart w:id="0" w:name="_Hlk232581235"/>
      <w:r w:rsidRPr="000C105B">
        <w:rPr>
          <w:rStyle w:val="ypks7kbdpwfgdykd3qb9"/>
          <w:rFonts w:cs="Times New Roman"/>
          <w:b/>
          <w:bCs/>
          <w:szCs w:val="28"/>
          <w:lang w:val="kk-KZ"/>
        </w:rPr>
        <w:t>ТІЛДЕРДІ</w:t>
      </w:r>
      <w:r w:rsidRPr="000C105B">
        <w:rPr>
          <w:rFonts w:cs="Times New Roman"/>
          <w:b/>
          <w:bCs/>
          <w:szCs w:val="28"/>
          <w:lang w:val="kk-KZ"/>
        </w:rPr>
        <w:t xml:space="preserve"> </w:t>
      </w:r>
      <w:r w:rsidRPr="000C105B">
        <w:rPr>
          <w:rStyle w:val="ypks7kbdpwfgdykd3qb9"/>
          <w:rFonts w:cs="Times New Roman"/>
          <w:b/>
          <w:bCs/>
          <w:szCs w:val="28"/>
          <w:lang w:val="kk-KZ"/>
        </w:rPr>
        <w:t>ЗЕРТТЕУ</w:t>
      </w:r>
      <w:r w:rsidRPr="000C105B">
        <w:rPr>
          <w:rFonts w:cs="Times New Roman"/>
          <w:b/>
          <w:bCs/>
          <w:szCs w:val="28"/>
          <w:lang w:val="kk-KZ"/>
        </w:rPr>
        <w:t xml:space="preserve"> </w:t>
      </w:r>
      <w:r w:rsidRPr="000C105B">
        <w:rPr>
          <w:rStyle w:val="ypks7kbdpwfgdykd3qb9"/>
          <w:rFonts w:cs="Times New Roman"/>
          <w:b/>
          <w:bCs/>
          <w:szCs w:val="28"/>
          <w:lang w:val="kk-KZ"/>
        </w:rPr>
        <w:t>ЛАГЕРІ</w:t>
      </w:r>
      <w:r w:rsidRPr="000C105B">
        <w:rPr>
          <w:rFonts w:cs="Times New Roman"/>
          <w:b/>
          <w:bCs/>
          <w:szCs w:val="28"/>
          <w:lang w:val="kk-KZ"/>
        </w:rPr>
        <w:t xml:space="preserve"> </w:t>
      </w:r>
      <w:r w:rsidR="00A4524F">
        <w:rPr>
          <w:rFonts w:cs="Times New Roman"/>
          <w:b/>
          <w:bCs/>
          <w:szCs w:val="28"/>
          <w:lang w:val="kk-KZ"/>
        </w:rPr>
        <w:t>(</w:t>
      </w:r>
      <w:r w:rsidR="009E72C7">
        <w:rPr>
          <w:rStyle w:val="ypks7kbdpwfgdykd3qb9"/>
          <w:rFonts w:cs="Times New Roman"/>
          <w:b/>
          <w:bCs/>
          <w:szCs w:val="28"/>
          <w:lang w:val="kk-KZ"/>
        </w:rPr>
        <w:t>АҒЫЛШЫН</w:t>
      </w:r>
      <w:r w:rsidRPr="000C105B">
        <w:rPr>
          <w:rFonts w:cs="Times New Roman"/>
          <w:b/>
          <w:bCs/>
          <w:szCs w:val="28"/>
          <w:lang w:val="kk-KZ"/>
        </w:rPr>
        <w:t xml:space="preserve"> </w:t>
      </w:r>
      <w:r w:rsidRPr="000C105B">
        <w:rPr>
          <w:rStyle w:val="ypks7kbdpwfgdykd3qb9"/>
          <w:rFonts w:cs="Times New Roman"/>
          <w:b/>
          <w:bCs/>
          <w:szCs w:val="28"/>
          <w:lang w:val="kk-KZ"/>
        </w:rPr>
        <w:t>ТІЛ</w:t>
      </w:r>
      <w:r w:rsidR="00A4524F">
        <w:rPr>
          <w:rStyle w:val="ypks7kbdpwfgdykd3qb9"/>
          <w:rFonts w:cs="Times New Roman"/>
          <w:b/>
          <w:bCs/>
          <w:szCs w:val="28"/>
          <w:lang w:val="kk-KZ"/>
        </w:rPr>
        <w:t>І</w:t>
      </w:r>
      <w:bookmarkEnd w:id="0"/>
      <w:r w:rsidR="00A4524F">
        <w:rPr>
          <w:rStyle w:val="ypks7kbdpwfgdykd3qb9"/>
          <w:rFonts w:cs="Times New Roman"/>
          <w:b/>
          <w:bCs/>
          <w:szCs w:val="28"/>
          <w:lang w:val="kk-KZ"/>
        </w:rPr>
        <w:t>)</w:t>
      </w:r>
      <w:r w:rsidRPr="000C105B">
        <w:rPr>
          <w:rStyle w:val="ypks7kbdpwfgdykd3qb9"/>
          <w:rFonts w:cs="Times New Roman"/>
          <w:b/>
          <w:bCs/>
          <w:szCs w:val="28"/>
          <w:lang w:val="kk-KZ"/>
        </w:rPr>
        <w:t>)</w:t>
      </w:r>
    </w:p>
    <w:p w14:paraId="7BE96F7C" w14:textId="77777777" w:rsidR="003378DC" w:rsidRPr="000C105B" w:rsidRDefault="003378DC" w:rsidP="003A58BF">
      <w:pPr>
        <w:ind w:firstLine="0"/>
        <w:jc w:val="center"/>
        <w:rPr>
          <w:rFonts w:cs="Times New Roman"/>
          <w:b/>
          <w:szCs w:val="28"/>
          <w:lang w:val="kk-KZ"/>
        </w:rPr>
      </w:pPr>
    </w:p>
    <w:p w14:paraId="4566E9F9" w14:textId="77777777" w:rsidR="003378DC" w:rsidRPr="000C105B" w:rsidRDefault="003378DC" w:rsidP="003A58BF">
      <w:pPr>
        <w:ind w:firstLine="0"/>
        <w:rPr>
          <w:rFonts w:cs="Times New Roman"/>
          <w:szCs w:val="28"/>
          <w:lang w:val="kk-KZ"/>
        </w:rPr>
      </w:pPr>
    </w:p>
    <w:p w14:paraId="182ACE1A" w14:textId="77777777" w:rsidR="003378DC" w:rsidRPr="000C105B" w:rsidRDefault="003378DC" w:rsidP="003A58BF">
      <w:pPr>
        <w:ind w:firstLine="0"/>
        <w:rPr>
          <w:rFonts w:cs="Times New Roman"/>
          <w:szCs w:val="28"/>
          <w:lang w:val="kk-KZ"/>
        </w:rPr>
      </w:pPr>
    </w:p>
    <w:p w14:paraId="3D316A5A" w14:textId="77777777" w:rsidR="003378DC" w:rsidRPr="000C105B" w:rsidRDefault="003378DC" w:rsidP="003A58BF">
      <w:pPr>
        <w:ind w:firstLine="0"/>
        <w:rPr>
          <w:rFonts w:cs="Times New Roman"/>
          <w:szCs w:val="28"/>
          <w:lang w:val="kk-KZ"/>
        </w:rPr>
      </w:pPr>
    </w:p>
    <w:p w14:paraId="5A21A9D7" w14:textId="77777777" w:rsidR="003378DC" w:rsidRPr="000C105B" w:rsidRDefault="003378DC" w:rsidP="003A58BF">
      <w:pPr>
        <w:ind w:firstLine="0"/>
        <w:jc w:val="center"/>
        <w:rPr>
          <w:rFonts w:cs="Times New Roman"/>
          <w:szCs w:val="28"/>
          <w:lang w:val="kk-KZ"/>
        </w:rPr>
      </w:pPr>
    </w:p>
    <w:p w14:paraId="587D7FEF" w14:textId="77777777" w:rsidR="003378DC" w:rsidRPr="000C105B" w:rsidRDefault="003378DC" w:rsidP="003A58BF">
      <w:pPr>
        <w:ind w:firstLine="0"/>
        <w:rPr>
          <w:rFonts w:cs="Times New Roman"/>
          <w:szCs w:val="28"/>
          <w:lang w:val="kk-KZ"/>
        </w:rPr>
      </w:pPr>
    </w:p>
    <w:p w14:paraId="61A1E411" w14:textId="77777777" w:rsidR="003378DC" w:rsidRPr="000C105B" w:rsidRDefault="003378DC" w:rsidP="003A58BF">
      <w:pPr>
        <w:ind w:firstLine="0"/>
        <w:rPr>
          <w:rFonts w:cs="Times New Roman"/>
          <w:szCs w:val="28"/>
          <w:lang w:val="kk-KZ"/>
        </w:rPr>
      </w:pPr>
    </w:p>
    <w:p w14:paraId="1AB73DC4" w14:textId="09F959DC" w:rsidR="003378DC" w:rsidRPr="000C105B" w:rsidRDefault="003378DC" w:rsidP="003A58BF">
      <w:pPr>
        <w:ind w:firstLine="0"/>
        <w:rPr>
          <w:rFonts w:cs="Times New Roman"/>
          <w:szCs w:val="28"/>
          <w:lang w:val="kk-KZ"/>
        </w:rPr>
      </w:pPr>
    </w:p>
    <w:p w14:paraId="3DF8F994" w14:textId="138B8680" w:rsidR="000D7FE6" w:rsidRPr="000C105B" w:rsidRDefault="000D7FE6" w:rsidP="003A58BF">
      <w:pPr>
        <w:ind w:firstLine="0"/>
        <w:rPr>
          <w:rFonts w:cs="Times New Roman"/>
          <w:szCs w:val="28"/>
          <w:lang w:val="kk-KZ"/>
        </w:rPr>
      </w:pPr>
    </w:p>
    <w:p w14:paraId="6AB386E8" w14:textId="044B6B25" w:rsidR="000D7FE6" w:rsidRPr="000C105B" w:rsidRDefault="000D7FE6" w:rsidP="003A58BF">
      <w:pPr>
        <w:ind w:firstLine="0"/>
        <w:rPr>
          <w:rFonts w:cs="Times New Roman"/>
          <w:szCs w:val="28"/>
          <w:lang w:val="kk-KZ"/>
        </w:rPr>
      </w:pPr>
    </w:p>
    <w:p w14:paraId="5A74A31D" w14:textId="77777777" w:rsidR="000D7FE6" w:rsidRPr="000C105B" w:rsidRDefault="000D7FE6" w:rsidP="003A58BF">
      <w:pPr>
        <w:ind w:firstLine="0"/>
        <w:rPr>
          <w:rFonts w:cs="Times New Roman"/>
          <w:szCs w:val="28"/>
          <w:lang w:val="kk-KZ"/>
        </w:rPr>
      </w:pPr>
    </w:p>
    <w:p w14:paraId="02C936AA" w14:textId="77777777" w:rsidR="003378DC" w:rsidRPr="000C105B" w:rsidRDefault="003378DC" w:rsidP="003A58BF">
      <w:pPr>
        <w:ind w:firstLine="0"/>
        <w:rPr>
          <w:rFonts w:cs="Times New Roman"/>
          <w:szCs w:val="28"/>
          <w:lang w:val="kk-KZ"/>
        </w:rPr>
      </w:pPr>
    </w:p>
    <w:p w14:paraId="7C42BC8B" w14:textId="77777777" w:rsidR="003378DC" w:rsidRPr="000C105B" w:rsidRDefault="003378DC" w:rsidP="003A58BF">
      <w:pPr>
        <w:ind w:firstLine="0"/>
        <w:rPr>
          <w:rFonts w:cs="Times New Roman"/>
          <w:szCs w:val="28"/>
          <w:lang w:val="kk-KZ"/>
        </w:rPr>
      </w:pPr>
    </w:p>
    <w:p w14:paraId="274827D2" w14:textId="77777777" w:rsidR="003378DC" w:rsidRPr="000C105B" w:rsidRDefault="003378DC" w:rsidP="003A58BF">
      <w:pPr>
        <w:ind w:firstLine="0"/>
        <w:rPr>
          <w:rFonts w:cs="Times New Roman"/>
          <w:szCs w:val="28"/>
          <w:lang w:val="kk-KZ"/>
        </w:rPr>
      </w:pPr>
    </w:p>
    <w:p w14:paraId="1F439945" w14:textId="5A768273" w:rsidR="000D7FE6" w:rsidRPr="000C105B" w:rsidRDefault="000D7FE6" w:rsidP="003A58BF">
      <w:pPr>
        <w:ind w:firstLine="0"/>
        <w:rPr>
          <w:rStyle w:val="af6"/>
          <w:rFonts w:cs="Times New Roman"/>
          <w:b w:val="0"/>
          <w:bCs w:val="0"/>
          <w:szCs w:val="28"/>
          <w:lang w:val="kk-KZ"/>
        </w:rPr>
      </w:pPr>
      <w:r w:rsidRPr="000C105B">
        <w:rPr>
          <w:rStyle w:val="af6"/>
          <w:rFonts w:cs="Times New Roman"/>
          <w:b w:val="0"/>
          <w:bCs w:val="0"/>
          <w:szCs w:val="28"/>
          <w:lang w:val="kk-KZ"/>
        </w:rPr>
        <w:t xml:space="preserve">Ұйымның толық атауы: </w:t>
      </w:r>
      <w:bookmarkStart w:id="1" w:name="_Hlk232582345"/>
      <w:r w:rsidR="009E72C7">
        <w:rPr>
          <w:rStyle w:val="af6"/>
          <w:rFonts w:cs="Times New Roman"/>
          <w:b w:val="0"/>
          <w:bCs w:val="0"/>
          <w:szCs w:val="28"/>
          <w:lang w:val="kk-KZ"/>
        </w:rPr>
        <w:t>«</w:t>
      </w:r>
      <w:r w:rsidR="009E72C7" w:rsidRPr="009E72C7">
        <w:rPr>
          <w:rStyle w:val="af6"/>
          <w:rFonts w:cs="Times New Roman"/>
          <w:b w:val="0"/>
          <w:bCs w:val="0"/>
          <w:szCs w:val="28"/>
          <w:lang w:val="kk-KZ"/>
        </w:rPr>
        <w:t>Тау гүлі-Эдельвейс</w:t>
      </w:r>
      <w:r w:rsidR="009E72C7">
        <w:rPr>
          <w:rStyle w:val="af6"/>
          <w:rFonts w:cs="Times New Roman"/>
          <w:b w:val="0"/>
          <w:bCs w:val="0"/>
          <w:szCs w:val="28"/>
          <w:lang w:val="kk-KZ"/>
        </w:rPr>
        <w:t>»</w:t>
      </w:r>
      <w:r w:rsidR="009E72C7" w:rsidRPr="009E72C7">
        <w:rPr>
          <w:rStyle w:val="af6"/>
          <w:rFonts w:cs="Times New Roman"/>
          <w:b w:val="0"/>
          <w:bCs w:val="0"/>
          <w:szCs w:val="28"/>
          <w:lang w:val="kk-KZ"/>
        </w:rPr>
        <w:t xml:space="preserve"> балалар сауықтыру лагері</w:t>
      </w:r>
      <w:r w:rsidR="009E72C7">
        <w:rPr>
          <w:rStyle w:val="af6"/>
          <w:rFonts w:cs="Times New Roman"/>
          <w:b w:val="0"/>
          <w:bCs w:val="0"/>
          <w:szCs w:val="28"/>
          <w:lang w:val="kk-KZ"/>
        </w:rPr>
        <w:t>»</w:t>
      </w:r>
      <w:r w:rsidR="009E72C7" w:rsidRPr="009E72C7">
        <w:rPr>
          <w:rStyle w:val="af6"/>
          <w:rFonts w:cs="Times New Roman"/>
          <w:b w:val="0"/>
          <w:bCs w:val="0"/>
          <w:szCs w:val="28"/>
          <w:lang w:val="kk-KZ"/>
        </w:rPr>
        <w:t xml:space="preserve"> ЖШС</w:t>
      </w:r>
    </w:p>
    <w:bookmarkEnd w:id="1"/>
    <w:p w14:paraId="58110FEB" w14:textId="77777777" w:rsidR="000D7FE6" w:rsidRPr="000C105B" w:rsidRDefault="000D7FE6" w:rsidP="003A58BF">
      <w:pPr>
        <w:ind w:firstLine="0"/>
        <w:rPr>
          <w:rStyle w:val="af6"/>
          <w:rFonts w:cs="Times New Roman"/>
          <w:b w:val="0"/>
          <w:bCs w:val="0"/>
          <w:szCs w:val="28"/>
          <w:lang w:val="kk-KZ"/>
        </w:rPr>
      </w:pPr>
    </w:p>
    <w:p w14:paraId="41BE0433" w14:textId="7A4C316D" w:rsidR="003378DC" w:rsidRPr="000C105B" w:rsidRDefault="000D7FE6" w:rsidP="003A58BF">
      <w:pPr>
        <w:ind w:firstLine="0"/>
        <w:rPr>
          <w:rFonts w:cs="Times New Roman"/>
          <w:szCs w:val="28"/>
          <w:lang w:val="kk-KZ"/>
        </w:rPr>
      </w:pPr>
      <w:r w:rsidRPr="000C105B">
        <w:rPr>
          <w:rStyle w:val="af6"/>
          <w:rFonts w:cs="Times New Roman"/>
          <w:b w:val="0"/>
          <w:bCs w:val="0"/>
          <w:szCs w:val="28"/>
          <w:lang w:val="kk-KZ"/>
        </w:rPr>
        <w:t>Әзірленген жылы: 2026 жыл</w:t>
      </w:r>
    </w:p>
    <w:p w14:paraId="31B3E0AF" w14:textId="77777777" w:rsidR="003378DC" w:rsidRPr="000C105B" w:rsidRDefault="003378DC" w:rsidP="003A58BF">
      <w:pPr>
        <w:rPr>
          <w:rFonts w:cs="Times New Roman"/>
          <w:szCs w:val="28"/>
          <w:lang w:val="kk-KZ"/>
        </w:rPr>
      </w:pPr>
      <w:r w:rsidRPr="000C105B">
        <w:rPr>
          <w:rFonts w:cs="Times New Roman"/>
          <w:szCs w:val="28"/>
          <w:lang w:val="kk-KZ"/>
        </w:rPr>
        <w:br w:type="page"/>
      </w:r>
    </w:p>
    <w:p w14:paraId="084353DF" w14:textId="77777777" w:rsidR="003378DC" w:rsidRPr="000C105B" w:rsidRDefault="003378DC" w:rsidP="003A58BF">
      <w:pPr>
        <w:pStyle w:val="1"/>
        <w:spacing w:before="0" w:after="0"/>
        <w:ind w:firstLine="720"/>
        <w:rPr>
          <w:rFonts w:cs="Times New Roman"/>
          <w:lang w:val="kk-KZ"/>
        </w:rPr>
      </w:pPr>
      <w:r w:rsidRPr="000C105B">
        <w:rPr>
          <w:rFonts w:eastAsia="Times New Roman" w:cs="Times New Roman"/>
          <w:lang w:val="kk-KZ"/>
        </w:rPr>
        <w:lastRenderedPageBreak/>
        <w:t>1 - бөлім. Жалпы ережелер</w:t>
      </w:r>
    </w:p>
    <w:p w14:paraId="19F544F7" w14:textId="77777777" w:rsidR="003378DC" w:rsidRPr="000C105B" w:rsidRDefault="003378DC" w:rsidP="003A58BF">
      <w:pPr>
        <w:pStyle w:val="21"/>
        <w:spacing w:before="0" w:after="0"/>
        <w:ind w:firstLine="709"/>
        <w:rPr>
          <w:rFonts w:cs="Times New Roman"/>
          <w:szCs w:val="28"/>
          <w:lang w:val="kk-KZ"/>
        </w:rPr>
      </w:pPr>
      <w:r w:rsidRPr="000C105B">
        <w:rPr>
          <w:rFonts w:cs="Times New Roman"/>
          <w:szCs w:val="28"/>
          <w:lang w:val="kk-KZ"/>
        </w:rPr>
        <w:t xml:space="preserve">Бағдарламаның атауы </w:t>
      </w:r>
    </w:p>
    <w:p w14:paraId="71637EFC" w14:textId="0B06C33A" w:rsidR="003378DC" w:rsidRPr="000C105B" w:rsidRDefault="003378DC" w:rsidP="003A58BF">
      <w:pPr>
        <w:jc w:val="both"/>
        <w:rPr>
          <w:rFonts w:cs="Times New Roman"/>
          <w:szCs w:val="28"/>
          <w:lang w:val="kk-KZ"/>
        </w:rPr>
      </w:pPr>
      <w:r w:rsidRPr="000C105B">
        <w:rPr>
          <w:rFonts w:cs="Times New Roman"/>
          <w:szCs w:val="28"/>
          <w:lang w:val="kk-KZ"/>
        </w:rPr>
        <w:t xml:space="preserve">Кәмелетке толмағандарға арналған </w:t>
      </w:r>
      <w:r w:rsidRPr="000C105B">
        <w:rPr>
          <w:rStyle w:val="af6"/>
          <w:rFonts w:cs="Times New Roman"/>
          <w:b w:val="0"/>
          <w:bCs w:val="0"/>
          <w:szCs w:val="28"/>
          <w:lang w:val="kk-KZ"/>
        </w:rPr>
        <w:t>«</w:t>
      </w:r>
      <w:r w:rsidR="009E72C7" w:rsidRPr="009E72C7">
        <w:rPr>
          <w:rFonts w:cs="Times New Roman"/>
          <w:szCs w:val="28"/>
          <w:lang w:val="kk-KZ"/>
        </w:rPr>
        <w:t>EDELWEISS FLOWER</w:t>
      </w:r>
      <w:r w:rsidRPr="000C105B">
        <w:rPr>
          <w:rStyle w:val="af6"/>
          <w:rFonts w:cs="Times New Roman"/>
          <w:b w:val="0"/>
          <w:bCs w:val="0"/>
          <w:szCs w:val="28"/>
          <w:lang w:val="kk-KZ"/>
        </w:rPr>
        <w:t>»</w:t>
      </w:r>
      <w:r w:rsidR="009E72C7" w:rsidRPr="009E72C7">
        <w:rPr>
          <w:rFonts w:cs="Times New Roman"/>
          <w:szCs w:val="28"/>
          <w:lang w:val="kk-KZ"/>
        </w:rPr>
        <w:t xml:space="preserve"> </w:t>
      </w:r>
      <w:r w:rsidR="009E72C7" w:rsidRPr="000C105B">
        <w:rPr>
          <w:rFonts w:cs="Times New Roman"/>
          <w:szCs w:val="28"/>
          <w:lang w:val="kk-KZ"/>
        </w:rPr>
        <w:t>балалардың сауықтыру</w:t>
      </w:r>
      <w:r w:rsidRPr="000C105B">
        <w:rPr>
          <w:rFonts w:cs="Times New Roman"/>
          <w:szCs w:val="28"/>
          <w:lang w:val="kk-KZ"/>
        </w:rPr>
        <w:t xml:space="preserve"> бағдарламасы (</w:t>
      </w:r>
      <w:r w:rsidR="009E72C7">
        <w:rPr>
          <w:rFonts w:cs="Times New Roman"/>
          <w:szCs w:val="28"/>
          <w:lang w:val="kk-KZ"/>
        </w:rPr>
        <w:t>Ағылшын</w:t>
      </w:r>
      <w:r w:rsidRPr="000C105B">
        <w:rPr>
          <w:rFonts w:cs="Times New Roman"/>
          <w:szCs w:val="28"/>
          <w:lang w:val="kk-KZ"/>
        </w:rPr>
        <w:t xml:space="preserve"> тілін үйренуге арналған тілдік лагерь) (бұдан әрі – Бағдарлама) балаларды сауықтыру</w:t>
      </w:r>
      <w:r w:rsidR="00F20A63" w:rsidRPr="000C105B">
        <w:rPr>
          <w:rFonts w:cs="Times New Roman"/>
          <w:szCs w:val="28"/>
          <w:lang w:val="kk-KZ"/>
        </w:rPr>
        <w:t xml:space="preserve"> лагерінде (БС</w:t>
      </w:r>
      <w:r w:rsidR="009E72C7">
        <w:rPr>
          <w:rFonts w:cs="Times New Roman"/>
          <w:szCs w:val="28"/>
          <w:lang w:val="kk-KZ"/>
        </w:rPr>
        <w:t>Л</w:t>
      </w:r>
      <w:r w:rsidR="00F20A63" w:rsidRPr="000C105B">
        <w:rPr>
          <w:rFonts w:cs="Times New Roman"/>
          <w:szCs w:val="28"/>
          <w:lang w:val="kk-KZ"/>
        </w:rPr>
        <w:t xml:space="preserve">) </w:t>
      </w:r>
      <w:r w:rsidRPr="000C105B">
        <w:rPr>
          <w:rFonts w:cs="Times New Roman"/>
          <w:szCs w:val="28"/>
          <w:lang w:val="kk-KZ"/>
        </w:rPr>
        <w:t>жағдайында кешенді оқыту, тәрбиелеу және сауықтырумен қамтамасыз ету мақсатында әзірленді.</w:t>
      </w:r>
      <w:r w:rsidR="00F20A63" w:rsidRPr="000C105B">
        <w:rPr>
          <w:rFonts w:cs="Times New Roman"/>
          <w:szCs w:val="28"/>
          <w:lang w:val="kk-KZ"/>
        </w:rPr>
        <w:t xml:space="preserve"> </w:t>
      </w:r>
    </w:p>
    <w:p w14:paraId="110B7FC9" w14:textId="77777777" w:rsidR="003378DC" w:rsidRPr="000C105B" w:rsidRDefault="003378DC" w:rsidP="003A58BF">
      <w:pPr>
        <w:jc w:val="both"/>
        <w:rPr>
          <w:rFonts w:cs="Times New Roman"/>
          <w:szCs w:val="28"/>
          <w:lang w:val="kk-KZ"/>
        </w:rPr>
      </w:pPr>
      <w:r w:rsidRPr="000C105B">
        <w:rPr>
          <w:rFonts w:cs="Times New Roman"/>
          <w:szCs w:val="28"/>
          <w:lang w:val="kk-KZ"/>
        </w:rPr>
        <w:t>Бағдарлама кәмелетке толмағандардың физикалық және психоэмоционалдық денсаулығын нығайтуға, сондай-ақ тілдік, мәдениетаралық, шығармашылық, ойын, жобалық және сауықтыру қызметі арқылы олардың коммуникативтік, әлеуметтік-мәдени, тұлғалық, шығармашылық, зерттеушілік және жобалық құзыреттерін дамытуға бағытталған жазғы тілдік демалысты ұйымдастырудың кешенді моделін білдіреді.</w:t>
      </w:r>
    </w:p>
    <w:p w14:paraId="01320DC7" w14:textId="1067BBAE" w:rsidR="003378DC" w:rsidRPr="000C105B" w:rsidRDefault="003378DC" w:rsidP="003A58BF">
      <w:pPr>
        <w:jc w:val="both"/>
        <w:rPr>
          <w:rFonts w:cs="Times New Roman"/>
          <w:szCs w:val="28"/>
          <w:lang w:val="kk-KZ"/>
        </w:rPr>
      </w:pPr>
      <w:r w:rsidRPr="000C105B">
        <w:rPr>
          <w:rFonts w:cs="Times New Roman"/>
          <w:szCs w:val="28"/>
          <w:lang w:val="kk-KZ"/>
        </w:rPr>
        <w:t xml:space="preserve">Бағдарлама Ұйым тарапынан жазғы маусым кезеңінде ауысымдардың бекітілген кестесін, </w:t>
      </w:r>
      <w:r w:rsidR="009E72C7">
        <w:rPr>
          <w:rFonts w:cs="Times New Roman"/>
          <w:szCs w:val="28"/>
          <w:lang w:val="kk-KZ"/>
        </w:rPr>
        <w:t>БСЛ</w:t>
      </w:r>
      <w:r w:rsidRPr="000C105B">
        <w:rPr>
          <w:rFonts w:cs="Times New Roman"/>
          <w:szCs w:val="28"/>
          <w:lang w:val="kk-KZ"/>
        </w:rPr>
        <w:t xml:space="preserve"> жұмыс істеу жағдайларын, қатысушылардың жас ерекшеліктерін, санитариялық-эпидемиологиялық талаптарды, кадрлық және материалдық-техникалық қамтамасыз етуді ескере отырып іске асырылады.</w:t>
      </w:r>
    </w:p>
    <w:p w14:paraId="784730E7" w14:textId="6AC1BE66" w:rsidR="003378DC" w:rsidRPr="000C105B" w:rsidRDefault="003378DC" w:rsidP="003A58BF">
      <w:pPr>
        <w:jc w:val="both"/>
        <w:rPr>
          <w:rFonts w:cs="Times New Roman"/>
          <w:szCs w:val="28"/>
          <w:lang w:val="kk-KZ"/>
        </w:rPr>
      </w:pPr>
      <w:r w:rsidRPr="000C105B">
        <w:rPr>
          <w:rFonts w:cs="Times New Roman"/>
          <w:szCs w:val="28"/>
          <w:lang w:val="kk-KZ"/>
        </w:rPr>
        <w:t xml:space="preserve">Бағдарламаның тұжырымдамалық негізі баланың демалуына, денсаулығын нығайтуына, дүниетанымын кеңейтуіне, тілдік кедергіні еңсеруіне, </w:t>
      </w:r>
      <w:r w:rsidR="009E72C7">
        <w:rPr>
          <w:rFonts w:cs="Times New Roman"/>
          <w:szCs w:val="28"/>
          <w:lang w:val="kk-KZ"/>
        </w:rPr>
        <w:t>ағылшын</w:t>
      </w:r>
      <w:r w:rsidR="009E72C7" w:rsidRPr="000C105B">
        <w:rPr>
          <w:rFonts w:cs="Times New Roman"/>
          <w:szCs w:val="28"/>
          <w:lang w:val="kk-KZ"/>
        </w:rPr>
        <w:t xml:space="preserve"> </w:t>
      </w:r>
      <w:r w:rsidR="009E72C7">
        <w:rPr>
          <w:rFonts w:cs="Times New Roman"/>
          <w:szCs w:val="28"/>
          <w:lang w:val="kk-KZ"/>
        </w:rPr>
        <w:t xml:space="preserve">тілін </w:t>
      </w:r>
      <w:r w:rsidRPr="000C105B">
        <w:rPr>
          <w:rFonts w:cs="Times New Roman"/>
          <w:szCs w:val="28"/>
          <w:lang w:val="kk-KZ"/>
        </w:rPr>
        <w:t xml:space="preserve">ойын, тұрмыстық, шығармашылық, жобалық және коммуникативтік жағдайларда қолдануды үйренуіне, бастамашылдық танытуына, командада жұмыс істеуіне және айналасындағылармен өзара сыйластық негізінде қарым-қатынас жасауына мүмкіндік беретін қауіпсіз, қолжетімді әрі дамытушы тілдік ортаны құру </w:t>
      </w:r>
      <w:r w:rsidR="00060F87" w:rsidRPr="000C105B">
        <w:rPr>
          <w:rFonts w:cs="Times New Roman"/>
          <w:szCs w:val="28"/>
          <w:lang w:val="kk-KZ"/>
        </w:rPr>
        <w:t>тұжырымына</w:t>
      </w:r>
      <w:r w:rsidRPr="000C105B">
        <w:rPr>
          <w:rFonts w:cs="Times New Roman"/>
          <w:szCs w:val="28"/>
          <w:lang w:val="kk-KZ"/>
        </w:rPr>
        <w:t xml:space="preserve"> негізделген.</w:t>
      </w:r>
    </w:p>
    <w:p w14:paraId="5E2C152A" w14:textId="36358BAA" w:rsidR="003378DC" w:rsidRPr="000C105B" w:rsidRDefault="003378DC" w:rsidP="003A58BF">
      <w:pPr>
        <w:jc w:val="both"/>
        <w:rPr>
          <w:rFonts w:cs="Times New Roman"/>
          <w:szCs w:val="28"/>
          <w:lang w:val="kk-KZ"/>
        </w:rPr>
      </w:pPr>
      <w:r w:rsidRPr="000C105B">
        <w:rPr>
          <w:rFonts w:cs="Times New Roman"/>
          <w:szCs w:val="28"/>
          <w:lang w:val="kk-KZ"/>
        </w:rPr>
        <w:t xml:space="preserve">Бағдарлама қазақ, ағылшын, </w:t>
      </w:r>
      <w:r w:rsidR="009E72C7">
        <w:rPr>
          <w:rFonts w:cs="Times New Roman"/>
          <w:szCs w:val="28"/>
          <w:lang w:val="kk-KZ"/>
        </w:rPr>
        <w:t xml:space="preserve">орыс, қазақ </w:t>
      </w:r>
      <w:r w:rsidRPr="000C105B">
        <w:rPr>
          <w:rFonts w:cs="Times New Roman"/>
          <w:szCs w:val="28"/>
          <w:lang w:val="kk-KZ"/>
        </w:rPr>
        <w:t xml:space="preserve">немесе Ұйым кадрлық, әдістемелік және ұйымдастырушылық мүмкіндіктерін ескере отырып айқындайтын өзге де бір тіл бойынша тілдік бағытта іске асырылады. Бір ауысым шеңберінде бағдарламаның мазмұны, тақырыптары, сөздік қорының ең төменгі көлемі, коммуникативтік жағдаяттар, шығармашылық тапсырмалар және қорытынды жоба бір ғана </w:t>
      </w:r>
      <w:r w:rsidR="009E72C7">
        <w:rPr>
          <w:rFonts w:cs="Times New Roman"/>
          <w:szCs w:val="28"/>
          <w:lang w:val="kk-KZ"/>
        </w:rPr>
        <w:t>ағылшын</w:t>
      </w:r>
      <w:r w:rsidRPr="000C105B">
        <w:rPr>
          <w:rFonts w:cs="Times New Roman"/>
          <w:szCs w:val="28"/>
          <w:lang w:val="kk-KZ"/>
        </w:rPr>
        <w:t xml:space="preserve"> тіл төңірегінде құрылады.</w:t>
      </w:r>
    </w:p>
    <w:p w14:paraId="5C34CC64" w14:textId="710109C6" w:rsidR="003378DC" w:rsidRPr="000C105B" w:rsidRDefault="003378DC" w:rsidP="003A58BF">
      <w:pPr>
        <w:jc w:val="both"/>
        <w:rPr>
          <w:rFonts w:cs="Times New Roman"/>
          <w:szCs w:val="28"/>
          <w:lang w:val="kk-KZ"/>
        </w:rPr>
      </w:pPr>
      <w:r w:rsidRPr="000C105B">
        <w:rPr>
          <w:rFonts w:cs="Times New Roman"/>
          <w:szCs w:val="28"/>
          <w:lang w:val="kk-KZ"/>
        </w:rPr>
        <w:t>Бағдарламаның мазмұны «Адал азамат» Бір</w:t>
      </w:r>
      <w:r w:rsidR="00470B74" w:rsidRPr="000C105B">
        <w:rPr>
          <w:rFonts w:cs="Times New Roman"/>
          <w:szCs w:val="28"/>
          <w:lang w:val="kk-KZ"/>
        </w:rPr>
        <w:t>тұтас</w:t>
      </w:r>
      <w:r w:rsidRPr="000C105B">
        <w:rPr>
          <w:rFonts w:cs="Times New Roman"/>
          <w:szCs w:val="28"/>
          <w:lang w:val="kk-KZ"/>
        </w:rPr>
        <w:t xml:space="preserve"> тәрбие бағдарламасының құндылықтарын іске асыруға бағдарланған. Атап айтқанда, адалдық, жауапкершілік, құрмет, еңбекқорлық, отансүйгіштік, жасампаздық, қарым-қатынас мәдениеті, мәдениетаралық сыйластық, әлеуметтік белсенділік және қауіпсіз мінез-құлық сияқты құндылықтарды қалыптастыруды көздейді.</w:t>
      </w:r>
    </w:p>
    <w:p w14:paraId="7091F3E3" w14:textId="787680EF" w:rsidR="003378DC" w:rsidRPr="000C105B" w:rsidRDefault="003378DC" w:rsidP="003A58BF">
      <w:pPr>
        <w:pStyle w:val="21"/>
        <w:spacing w:before="0" w:after="0"/>
        <w:ind w:firstLine="709"/>
        <w:rPr>
          <w:rFonts w:cs="Times New Roman"/>
          <w:szCs w:val="28"/>
          <w:lang w:val="kk-KZ"/>
        </w:rPr>
      </w:pPr>
      <w:r w:rsidRPr="000C105B">
        <w:rPr>
          <w:rFonts w:cs="Times New Roman"/>
          <w:szCs w:val="28"/>
          <w:lang w:val="kk-KZ"/>
        </w:rPr>
        <w:t>Бағдарламаны іске асырушы ұйым туралы мәліметтер</w:t>
      </w:r>
    </w:p>
    <w:p w14:paraId="1DB25174" w14:textId="77777777" w:rsidR="009E72C7" w:rsidRDefault="003378DC" w:rsidP="003A58BF">
      <w:pPr>
        <w:jc w:val="both"/>
        <w:rPr>
          <w:rStyle w:val="af6"/>
          <w:rFonts w:cs="Times New Roman"/>
          <w:b w:val="0"/>
          <w:bCs w:val="0"/>
          <w:szCs w:val="28"/>
          <w:lang w:val="kk-KZ"/>
        </w:rPr>
      </w:pPr>
      <w:r w:rsidRPr="000C105B">
        <w:rPr>
          <w:rStyle w:val="af6"/>
          <w:rFonts w:cs="Times New Roman"/>
          <w:b w:val="0"/>
          <w:bCs w:val="0"/>
          <w:szCs w:val="28"/>
          <w:lang w:val="kk-KZ"/>
        </w:rPr>
        <w:t>Бағдарламаны іске асырушы ұйым:</w:t>
      </w:r>
      <w:r w:rsidR="009E72C7">
        <w:rPr>
          <w:rStyle w:val="af6"/>
          <w:rFonts w:cs="Times New Roman"/>
          <w:b w:val="0"/>
          <w:bCs w:val="0"/>
          <w:szCs w:val="28"/>
          <w:lang w:val="kk-KZ"/>
        </w:rPr>
        <w:t xml:space="preserve"> «</w:t>
      </w:r>
      <w:r w:rsidR="009E72C7" w:rsidRPr="009E72C7">
        <w:rPr>
          <w:rStyle w:val="af6"/>
          <w:rFonts w:cs="Times New Roman"/>
          <w:b w:val="0"/>
          <w:bCs w:val="0"/>
          <w:szCs w:val="28"/>
          <w:lang w:val="kk-KZ"/>
        </w:rPr>
        <w:t>Тау гүлі-Эдельвейс</w:t>
      </w:r>
      <w:r w:rsidR="009E72C7">
        <w:rPr>
          <w:rStyle w:val="af6"/>
          <w:rFonts w:cs="Times New Roman"/>
          <w:b w:val="0"/>
          <w:bCs w:val="0"/>
          <w:szCs w:val="28"/>
          <w:lang w:val="kk-KZ"/>
        </w:rPr>
        <w:t>»</w:t>
      </w:r>
      <w:r w:rsidR="009E72C7" w:rsidRPr="009E72C7">
        <w:rPr>
          <w:rStyle w:val="af6"/>
          <w:rFonts w:cs="Times New Roman"/>
          <w:b w:val="0"/>
          <w:bCs w:val="0"/>
          <w:szCs w:val="28"/>
          <w:lang w:val="kk-KZ"/>
        </w:rPr>
        <w:t xml:space="preserve"> балалар сауықтыру лагері</w:t>
      </w:r>
      <w:r w:rsidR="009E72C7">
        <w:rPr>
          <w:rStyle w:val="af6"/>
          <w:rFonts w:cs="Times New Roman"/>
          <w:b w:val="0"/>
          <w:bCs w:val="0"/>
          <w:szCs w:val="28"/>
          <w:lang w:val="kk-KZ"/>
        </w:rPr>
        <w:t>»</w:t>
      </w:r>
      <w:r w:rsidR="009E72C7" w:rsidRPr="009E72C7">
        <w:rPr>
          <w:rStyle w:val="af6"/>
          <w:rFonts w:cs="Times New Roman"/>
          <w:b w:val="0"/>
          <w:bCs w:val="0"/>
          <w:szCs w:val="28"/>
          <w:lang w:val="kk-KZ"/>
        </w:rPr>
        <w:t xml:space="preserve"> ЖШС</w:t>
      </w:r>
      <w:r w:rsidR="009E72C7">
        <w:rPr>
          <w:rStyle w:val="af6"/>
          <w:rFonts w:cs="Times New Roman"/>
          <w:b w:val="0"/>
          <w:bCs w:val="0"/>
          <w:szCs w:val="28"/>
          <w:lang w:val="kk-KZ"/>
        </w:rPr>
        <w:t>.</w:t>
      </w:r>
    </w:p>
    <w:p w14:paraId="2A464A52" w14:textId="677AC81A" w:rsidR="003378DC" w:rsidRPr="000C105B" w:rsidRDefault="003378DC" w:rsidP="003A58BF">
      <w:pPr>
        <w:jc w:val="both"/>
        <w:rPr>
          <w:rFonts w:cs="Times New Roman"/>
          <w:szCs w:val="28"/>
          <w:lang w:val="kk-KZ"/>
        </w:rPr>
      </w:pPr>
      <w:r w:rsidRPr="000C105B">
        <w:rPr>
          <w:rStyle w:val="af6"/>
          <w:rFonts w:cs="Times New Roman"/>
          <w:b w:val="0"/>
          <w:bCs w:val="0"/>
          <w:szCs w:val="28"/>
          <w:lang w:val="kk-KZ"/>
        </w:rPr>
        <w:t>Бағдарламаны іске асыру орны:</w:t>
      </w:r>
      <w:r w:rsidR="009E72C7">
        <w:rPr>
          <w:rStyle w:val="af6"/>
          <w:rFonts w:cs="Times New Roman"/>
          <w:b w:val="0"/>
          <w:bCs w:val="0"/>
          <w:szCs w:val="28"/>
          <w:lang w:val="kk-KZ"/>
        </w:rPr>
        <w:t xml:space="preserve"> Түркістан облысы, Төлеби ауданы, Қасқасу ауыл округі, Керегетас ауылы, Бейбітшілік көшесі № 4Б.</w:t>
      </w:r>
    </w:p>
    <w:p w14:paraId="659DF332" w14:textId="335E09AB" w:rsidR="003378DC" w:rsidRPr="000C105B" w:rsidRDefault="003378DC" w:rsidP="003A58BF">
      <w:pPr>
        <w:jc w:val="both"/>
        <w:rPr>
          <w:rFonts w:cs="Times New Roman"/>
          <w:szCs w:val="28"/>
          <w:lang w:val="kk-KZ"/>
        </w:rPr>
      </w:pPr>
      <w:r w:rsidRPr="000C105B">
        <w:rPr>
          <w:rFonts w:cs="Times New Roman"/>
          <w:szCs w:val="28"/>
          <w:lang w:val="kk-KZ"/>
        </w:rPr>
        <w:t>Ұйым кәмелетке толмағандарға арналған балалар</w:t>
      </w:r>
      <w:r w:rsidR="00932B38">
        <w:rPr>
          <w:rFonts w:cs="Times New Roman"/>
          <w:szCs w:val="28"/>
          <w:lang w:val="kk-KZ"/>
        </w:rPr>
        <w:t xml:space="preserve"> </w:t>
      </w:r>
      <w:r w:rsidRPr="000C105B">
        <w:rPr>
          <w:rFonts w:cs="Times New Roman"/>
          <w:szCs w:val="28"/>
          <w:lang w:val="kk-KZ"/>
        </w:rPr>
        <w:t xml:space="preserve">сауықтыру </w:t>
      </w:r>
      <w:r w:rsidR="00932B38">
        <w:rPr>
          <w:rFonts w:cs="Times New Roman"/>
          <w:szCs w:val="28"/>
          <w:lang w:val="kk-KZ"/>
        </w:rPr>
        <w:t xml:space="preserve">лагері </w:t>
      </w:r>
      <w:r w:rsidRPr="000C105B">
        <w:rPr>
          <w:rFonts w:cs="Times New Roman"/>
          <w:szCs w:val="28"/>
          <w:lang w:val="kk-KZ"/>
        </w:rPr>
        <w:t>форматында қызметін жүзеге асырады.</w:t>
      </w:r>
    </w:p>
    <w:p w14:paraId="7787A2F9" w14:textId="57B17FB5" w:rsidR="003378DC" w:rsidRPr="000C105B" w:rsidRDefault="00932B38" w:rsidP="003A58BF">
      <w:pPr>
        <w:jc w:val="both"/>
        <w:rPr>
          <w:rFonts w:cs="Times New Roman"/>
          <w:szCs w:val="28"/>
          <w:lang w:val="kk-KZ"/>
        </w:rPr>
      </w:pPr>
      <w:r>
        <w:rPr>
          <w:rFonts w:cs="Times New Roman"/>
          <w:szCs w:val="28"/>
          <w:lang w:val="kk-KZ"/>
        </w:rPr>
        <w:lastRenderedPageBreak/>
        <w:t>БСЛ</w:t>
      </w:r>
      <w:r w:rsidR="003378DC" w:rsidRPr="000C105B">
        <w:rPr>
          <w:rFonts w:cs="Times New Roman"/>
          <w:szCs w:val="28"/>
          <w:lang w:val="kk-KZ"/>
        </w:rPr>
        <w:t xml:space="preserve"> жұмыс істеу кезеңі: </w:t>
      </w:r>
      <w:r w:rsidR="003A58BF" w:rsidRPr="003A58BF">
        <w:rPr>
          <w:rFonts w:cs="Times New Roman"/>
          <w:b/>
          <w:bCs/>
          <w:szCs w:val="28"/>
          <w:lang w:val="kk-KZ"/>
        </w:rPr>
        <w:t>жазғы кезең (маусым-шілде-тамыз).</w:t>
      </w:r>
    </w:p>
    <w:p w14:paraId="2984142F" w14:textId="04ACB2E1" w:rsidR="003378DC" w:rsidRPr="000C105B" w:rsidRDefault="003378DC" w:rsidP="003A58BF">
      <w:pPr>
        <w:jc w:val="both"/>
        <w:rPr>
          <w:rFonts w:cs="Times New Roman"/>
          <w:szCs w:val="28"/>
          <w:lang w:val="kk-KZ"/>
        </w:rPr>
      </w:pPr>
      <w:r w:rsidRPr="000C105B">
        <w:rPr>
          <w:rFonts w:cs="Times New Roman"/>
          <w:szCs w:val="28"/>
          <w:lang w:val="kk-KZ"/>
        </w:rPr>
        <w:t>Бір ауысымның ұзақтығы 1</w:t>
      </w:r>
      <w:r w:rsidR="00932B38">
        <w:rPr>
          <w:rFonts w:cs="Times New Roman"/>
          <w:szCs w:val="28"/>
          <w:lang w:val="kk-KZ"/>
        </w:rPr>
        <w:t>0</w:t>
      </w:r>
      <w:r w:rsidRPr="000C105B">
        <w:rPr>
          <w:rFonts w:cs="Times New Roman"/>
          <w:szCs w:val="28"/>
          <w:lang w:val="kk-KZ"/>
        </w:rPr>
        <w:t xml:space="preserve"> күнтізбелік күнді құрайды.</w:t>
      </w:r>
    </w:p>
    <w:p w14:paraId="4B070DF0" w14:textId="1DED51BA" w:rsidR="003378DC" w:rsidRPr="000C105B" w:rsidRDefault="003378DC" w:rsidP="003A58BF">
      <w:pPr>
        <w:jc w:val="both"/>
        <w:rPr>
          <w:rFonts w:cs="Times New Roman"/>
          <w:szCs w:val="28"/>
          <w:lang w:val="kk-KZ"/>
        </w:rPr>
      </w:pPr>
      <w:r w:rsidRPr="000C105B">
        <w:rPr>
          <w:rFonts w:cs="Times New Roman"/>
          <w:szCs w:val="28"/>
          <w:lang w:val="kk-KZ"/>
        </w:rPr>
        <w:t xml:space="preserve">Бір ауысымдағы қатысушылар саны: </w:t>
      </w:r>
      <w:r w:rsidR="00932B38" w:rsidRPr="00932B38">
        <w:rPr>
          <w:rFonts w:cs="Times New Roman"/>
          <w:b/>
          <w:bCs/>
          <w:szCs w:val="28"/>
          <w:lang w:val="kk-KZ"/>
        </w:rPr>
        <w:t>366</w:t>
      </w:r>
      <w:r w:rsidRPr="00932B38">
        <w:rPr>
          <w:rFonts w:cs="Times New Roman"/>
          <w:b/>
          <w:bCs/>
          <w:szCs w:val="28"/>
          <w:lang w:val="kk-KZ"/>
        </w:rPr>
        <w:t xml:space="preserve"> адам.</w:t>
      </w:r>
      <w:r w:rsidRPr="000C105B">
        <w:rPr>
          <w:rFonts w:cs="Times New Roman"/>
          <w:szCs w:val="28"/>
          <w:lang w:val="kk-KZ"/>
        </w:rPr>
        <w:t xml:space="preserve"> Ауысымдар саны: </w:t>
      </w:r>
      <w:r w:rsidR="00932B38" w:rsidRPr="00932B38">
        <w:rPr>
          <w:rFonts w:cs="Times New Roman"/>
          <w:b/>
          <w:bCs/>
          <w:szCs w:val="28"/>
          <w:lang w:val="kk-KZ"/>
        </w:rPr>
        <w:t>9</w:t>
      </w:r>
      <w:r w:rsidRPr="00932B38">
        <w:rPr>
          <w:rFonts w:cs="Times New Roman"/>
          <w:b/>
          <w:bCs/>
          <w:szCs w:val="28"/>
          <w:lang w:val="kk-KZ"/>
        </w:rPr>
        <w:t>.</w:t>
      </w:r>
      <w:r w:rsidR="0095602B" w:rsidRPr="000C105B">
        <w:rPr>
          <w:rFonts w:cs="Times New Roman"/>
          <w:szCs w:val="28"/>
          <w:lang w:val="kk-KZ"/>
        </w:rPr>
        <w:t xml:space="preserve"> </w:t>
      </w:r>
      <w:r w:rsidRPr="000C105B">
        <w:rPr>
          <w:rFonts w:cs="Times New Roman"/>
          <w:szCs w:val="28"/>
          <w:lang w:val="kk-KZ"/>
        </w:rPr>
        <w:t>Маусым</w:t>
      </w:r>
      <w:r w:rsidR="00206A31" w:rsidRPr="000C105B">
        <w:rPr>
          <w:rFonts w:cs="Times New Roman"/>
          <w:szCs w:val="28"/>
          <w:lang w:val="kk-KZ"/>
        </w:rPr>
        <w:t>дағы</w:t>
      </w:r>
      <w:r w:rsidRPr="000C105B">
        <w:rPr>
          <w:rFonts w:cs="Times New Roman"/>
          <w:szCs w:val="28"/>
          <w:lang w:val="kk-KZ"/>
        </w:rPr>
        <w:t xml:space="preserve"> жалпы қатысушылар саны: </w:t>
      </w:r>
      <w:r w:rsidR="00932B38" w:rsidRPr="00932B38">
        <w:rPr>
          <w:rFonts w:cs="Times New Roman"/>
          <w:b/>
          <w:bCs/>
          <w:szCs w:val="28"/>
          <w:lang w:val="kk-KZ"/>
        </w:rPr>
        <w:t>3 294</w:t>
      </w:r>
      <w:r w:rsidRPr="00932B38">
        <w:rPr>
          <w:rFonts w:cs="Times New Roman"/>
          <w:b/>
          <w:bCs/>
          <w:szCs w:val="28"/>
          <w:lang w:val="kk-KZ"/>
        </w:rPr>
        <w:t xml:space="preserve"> адам.</w:t>
      </w:r>
    </w:p>
    <w:p w14:paraId="68AE993C" w14:textId="32379997" w:rsidR="003378DC" w:rsidRPr="000C105B" w:rsidRDefault="003378DC" w:rsidP="003A58BF">
      <w:pPr>
        <w:jc w:val="both"/>
        <w:rPr>
          <w:rFonts w:cs="Times New Roman"/>
          <w:szCs w:val="28"/>
          <w:lang w:val="kk-KZ"/>
        </w:rPr>
      </w:pPr>
      <w:r w:rsidRPr="000C105B">
        <w:rPr>
          <w:rFonts w:cs="Times New Roman"/>
          <w:szCs w:val="28"/>
          <w:lang w:val="kk-KZ"/>
        </w:rPr>
        <w:t>Бағдарлама балалардың тұру, тамақтану, демалу, сауықтыру, тәрбиелік, білім беру, тілдік, шығармашылық, жобалық және бос уақытты өткізу қызметін бір таңдалған тілдік бағыт бойынша жүзеге асыруға жағдай жасайтын</w:t>
      </w:r>
      <w:r w:rsidR="00932B38">
        <w:rPr>
          <w:rFonts w:cs="Times New Roman"/>
          <w:szCs w:val="28"/>
          <w:lang w:val="kk-KZ"/>
        </w:rPr>
        <w:t xml:space="preserve"> </w:t>
      </w:r>
      <w:r w:rsidR="00932B38">
        <w:rPr>
          <w:rStyle w:val="af6"/>
          <w:rFonts w:cs="Times New Roman"/>
          <w:b w:val="0"/>
          <w:bCs w:val="0"/>
          <w:szCs w:val="28"/>
          <w:lang w:val="kk-KZ"/>
        </w:rPr>
        <w:t>«</w:t>
      </w:r>
      <w:r w:rsidR="00932B38" w:rsidRPr="009E72C7">
        <w:rPr>
          <w:rStyle w:val="af6"/>
          <w:rFonts w:cs="Times New Roman"/>
          <w:b w:val="0"/>
          <w:bCs w:val="0"/>
          <w:szCs w:val="28"/>
          <w:lang w:val="kk-KZ"/>
        </w:rPr>
        <w:t>Тау гүлі-Эдельвейс</w:t>
      </w:r>
      <w:r w:rsidR="00932B38">
        <w:rPr>
          <w:rStyle w:val="af6"/>
          <w:rFonts w:cs="Times New Roman"/>
          <w:b w:val="0"/>
          <w:bCs w:val="0"/>
          <w:szCs w:val="28"/>
          <w:lang w:val="kk-KZ"/>
        </w:rPr>
        <w:t>»</w:t>
      </w:r>
      <w:r w:rsidR="00932B38" w:rsidRPr="009E72C7">
        <w:rPr>
          <w:rStyle w:val="af6"/>
          <w:rFonts w:cs="Times New Roman"/>
          <w:b w:val="0"/>
          <w:bCs w:val="0"/>
          <w:szCs w:val="28"/>
          <w:lang w:val="kk-KZ"/>
        </w:rPr>
        <w:t xml:space="preserve"> балалар сауықтыру лагері</w:t>
      </w:r>
      <w:r w:rsidR="00932B38">
        <w:rPr>
          <w:rStyle w:val="af6"/>
          <w:rFonts w:cs="Times New Roman"/>
          <w:b w:val="0"/>
          <w:bCs w:val="0"/>
          <w:szCs w:val="28"/>
          <w:lang w:val="kk-KZ"/>
        </w:rPr>
        <w:t>»</w:t>
      </w:r>
      <w:r w:rsidR="00932B38" w:rsidRPr="009E72C7">
        <w:rPr>
          <w:rStyle w:val="af6"/>
          <w:rFonts w:cs="Times New Roman"/>
          <w:b w:val="0"/>
          <w:bCs w:val="0"/>
          <w:szCs w:val="28"/>
          <w:lang w:val="kk-KZ"/>
        </w:rPr>
        <w:t xml:space="preserve"> ЖШС</w:t>
      </w:r>
      <w:r w:rsidR="00932B38">
        <w:rPr>
          <w:rFonts w:cs="Times New Roman"/>
          <w:szCs w:val="28"/>
          <w:lang w:val="kk-KZ"/>
        </w:rPr>
        <w:t xml:space="preserve"> </w:t>
      </w:r>
      <w:r w:rsidRPr="000C105B">
        <w:rPr>
          <w:rFonts w:cs="Times New Roman"/>
          <w:szCs w:val="28"/>
          <w:lang w:val="kk-KZ"/>
        </w:rPr>
        <w:t>базасында іске асырылады.</w:t>
      </w:r>
    </w:p>
    <w:p w14:paraId="753ACBA4" w14:textId="0B285326" w:rsidR="00932B38" w:rsidRDefault="00932B38" w:rsidP="003A58BF">
      <w:pPr>
        <w:jc w:val="both"/>
        <w:rPr>
          <w:rFonts w:cs="Times New Roman"/>
          <w:szCs w:val="28"/>
          <w:lang w:val="kk-KZ"/>
        </w:rPr>
      </w:pPr>
      <w:r>
        <w:rPr>
          <w:rFonts w:cs="Times New Roman"/>
          <w:szCs w:val="28"/>
          <w:lang w:val="kk-KZ"/>
        </w:rPr>
        <w:t>БСЛ</w:t>
      </w:r>
      <w:r w:rsidRPr="00932B38">
        <w:rPr>
          <w:rFonts w:cs="Times New Roman"/>
          <w:szCs w:val="28"/>
          <w:lang w:val="kk-KZ"/>
        </w:rPr>
        <w:t xml:space="preserve"> инфрақұрылымына мыналар кіреді: тұрғын үй, асхана, медициналық пункт, бассейн, футбол алаңы, баскетбол корты, волейбол корты, спорт және ойын алаңдары, Үй-жайлар немесе топтық жұмыс, тіл Клубтары, шығармашылық сабақтар, Жобалық іс-шаралар, іс-шаралар мен демалыс үшін ашық кеңістіктер, серуендеу аймағы.</w:t>
      </w:r>
    </w:p>
    <w:p w14:paraId="72D50F2C" w14:textId="77777777" w:rsidR="003378DC" w:rsidRPr="000C105B" w:rsidRDefault="003378DC" w:rsidP="003A58BF">
      <w:pPr>
        <w:pStyle w:val="21"/>
        <w:spacing w:before="0" w:after="0"/>
        <w:ind w:firstLine="709"/>
        <w:rPr>
          <w:rFonts w:cs="Times New Roman"/>
          <w:szCs w:val="28"/>
          <w:lang w:val="kk-KZ"/>
        </w:rPr>
      </w:pPr>
      <w:r w:rsidRPr="000C105B">
        <w:rPr>
          <w:rFonts w:cs="Times New Roman"/>
          <w:szCs w:val="28"/>
          <w:lang w:val="kk-KZ"/>
        </w:rPr>
        <w:t xml:space="preserve">Бағдарламаны әзірлеудің құқықтық негізі </w:t>
      </w:r>
    </w:p>
    <w:p w14:paraId="72B3FEE5" w14:textId="77777777" w:rsidR="003378DC" w:rsidRPr="000C105B" w:rsidRDefault="003378DC" w:rsidP="003A58BF">
      <w:pPr>
        <w:pStyle w:val="21"/>
        <w:spacing w:before="0" w:after="0"/>
        <w:jc w:val="both"/>
        <w:rPr>
          <w:rFonts w:cs="Times New Roman"/>
          <w:b w:val="0"/>
          <w:bCs w:val="0"/>
          <w:szCs w:val="28"/>
          <w:lang w:val="kk-KZ"/>
        </w:rPr>
      </w:pPr>
      <w:r w:rsidRPr="000C105B">
        <w:rPr>
          <w:rFonts w:cs="Times New Roman"/>
          <w:b w:val="0"/>
          <w:bCs w:val="0"/>
          <w:szCs w:val="28"/>
          <w:lang w:val="kk-KZ"/>
        </w:rPr>
        <w:t xml:space="preserve">         Бағдарлама Қазақстан Республикасының білім беру, тәрбие, демалыс, сауықтыру, кәмелетке толмағандардың өмірі мен денсаулығын қорғау, сондай-ақ олардың құқықтары мен заңды мүдделерін қорғау саласындағы заңнамасына сәйкес әзірленді.</w:t>
      </w:r>
    </w:p>
    <w:p w14:paraId="7E469764" w14:textId="77777777" w:rsidR="003378DC" w:rsidRPr="000C105B" w:rsidRDefault="003378DC" w:rsidP="003A58BF">
      <w:pPr>
        <w:numPr>
          <w:ilvl w:val="0"/>
          <w:numId w:val="14"/>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Қазақстан Республикасының 2007 жылғы 27 шілдедегі № 319-III «Білім туралы» Заңы. </w:t>
      </w:r>
    </w:p>
    <w:p w14:paraId="752ACF6F" w14:textId="77777777" w:rsidR="003378DC" w:rsidRPr="000C105B" w:rsidRDefault="003378DC" w:rsidP="003A58BF">
      <w:pPr>
        <w:numPr>
          <w:ilvl w:val="0"/>
          <w:numId w:val="14"/>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Қазақстан Республикасының 2002 жылғы 8 тамыздағы № 345 «Қазақстан Республикасындағы баланың құқықтары туралы» Заңы. </w:t>
      </w:r>
    </w:p>
    <w:p w14:paraId="0664DC20" w14:textId="77777777" w:rsidR="003378DC" w:rsidRPr="000C105B" w:rsidRDefault="003378DC" w:rsidP="003A58BF">
      <w:pPr>
        <w:numPr>
          <w:ilvl w:val="0"/>
          <w:numId w:val="14"/>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Қазақстан Республикасының 2020 жылғы 7 шілдедегі № 360-VI «Халық денсаулығы және денсаулық сақтау жүйесі туралы» Кодексі. </w:t>
      </w:r>
    </w:p>
    <w:p w14:paraId="665D6268" w14:textId="77777777" w:rsidR="003378DC" w:rsidRPr="000C105B" w:rsidRDefault="003378DC" w:rsidP="003A58BF">
      <w:pPr>
        <w:numPr>
          <w:ilvl w:val="0"/>
          <w:numId w:val="14"/>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Қазақстан Республикасының 2019 жылғы 27 желтоқсандағы № 293-VI «Педагог мәртебесі туралы» Заңы. </w:t>
      </w:r>
    </w:p>
    <w:p w14:paraId="2795251F" w14:textId="77777777" w:rsidR="003378DC" w:rsidRPr="000C105B" w:rsidRDefault="003378DC" w:rsidP="003A58BF">
      <w:pPr>
        <w:numPr>
          <w:ilvl w:val="0"/>
          <w:numId w:val="14"/>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Қазақстан Республикасы Оқу-ағарту министрінің бұйрығымен бекітілген кәмелетке толмағандарға арналған білім беру-сауықтыру бағдарламаларын әзірлеу, келісу және бекіту қағидалары, сондай-ақ олардың құрылымы мен мазмұнына қойылатын талаптар. </w:t>
      </w:r>
    </w:p>
    <w:p w14:paraId="1FBDDAF9" w14:textId="77777777" w:rsidR="003378DC" w:rsidRPr="000C105B" w:rsidRDefault="003378DC" w:rsidP="003A58BF">
      <w:pPr>
        <w:numPr>
          <w:ilvl w:val="0"/>
          <w:numId w:val="14"/>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Қазақстан Республикасы Оқу-ағарту министрінің 2025 жылғы 7 қазандағы № 237 бұйрығымен бекітілген білім беру ұйымдарында балалардың сауықтырылуын және демалысын ұйымдастыру қағидалары. </w:t>
      </w:r>
    </w:p>
    <w:p w14:paraId="51864B96" w14:textId="77777777" w:rsidR="003378DC" w:rsidRPr="000C105B" w:rsidRDefault="003378DC" w:rsidP="003A58BF">
      <w:pPr>
        <w:numPr>
          <w:ilvl w:val="0"/>
          <w:numId w:val="14"/>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Жоғары және жоғары оқу орнынан кейінгі білім беру ұйымдарынан басқа тиісті түрлері мен үлгілеріндегі білім беру ұйымдары қызметінің үлгілік қағидалары, Қазақстан Республикасы Оқу-ағарту министрінің 2022 жылғы 31 тамыздағы № 385 бұйрығымен бекітілген. </w:t>
      </w:r>
    </w:p>
    <w:p w14:paraId="280E9E1F" w14:textId="77777777" w:rsidR="003378DC" w:rsidRPr="000C105B" w:rsidRDefault="003378DC" w:rsidP="003A58BF">
      <w:pPr>
        <w:numPr>
          <w:ilvl w:val="0"/>
          <w:numId w:val="14"/>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Қазақстан Республикасы Денсаулық сақтау министрінің 2022 жылғы 10 тамыздағы № ҚР ДСМ-78 бұйрығымен бекітілген «Балалардың сауықтыру және санаторийлік объектілеріне қойылатын санитариялық-эпидемиологиялық талаптар» санитариялық қағидалары. </w:t>
      </w:r>
    </w:p>
    <w:p w14:paraId="53D4E2ED" w14:textId="77777777" w:rsidR="003378DC" w:rsidRPr="000C105B" w:rsidRDefault="003378DC" w:rsidP="003A58BF">
      <w:pPr>
        <w:numPr>
          <w:ilvl w:val="0"/>
          <w:numId w:val="14"/>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lastRenderedPageBreak/>
        <w:t xml:space="preserve">Қазақстан Республикасы Мәдениет және спорт министрінің 2014 жылғы 3 қарашадағы № 68 бұйрығымен бекітілген дене шынықтыру және спорт сабақтарын өткізу кезіндегі қауіпсіздік қағидалары. </w:t>
      </w:r>
    </w:p>
    <w:p w14:paraId="29128BDF" w14:textId="3344C298" w:rsidR="003378DC" w:rsidRPr="000C105B" w:rsidRDefault="003378DC" w:rsidP="003A58BF">
      <w:pPr>
        <w:numPr>
          <w:ilvl w:val="0"/>
          <w:numId w:val="14"/>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«Адал азамат» Бір</w:t>
      </w:r>
      <w:r w:rsidR="00470B74" w:rsidRPr="000C105B">
        <w:rPr>
          <w:rFonts w:cs="Times New Roman"/>
          <w:szCs w:val="28"/>
          <w:lang w:val="kk-KZ"/>
        </w:rPr>
        <w:t>тұтас</w:t>
      </w:r>
      <w:r w:rsidRPr="000C105B">
        <w:rPr>
          <w:rFonts w:cs="Times New Roman"/>
          <w:szCs w:val="28"/>
          <w:lang w:val="kk-KZ"/>
        </w:rPr>
        <w:t xml:space="preserve"> тәрбие бағдарламасы. </w:t>
      </w:r>
    </w:p>
    <w:p w14:paraId="389E0EE4" w14:textId="77777777" w:rsidR="00932B38" w:rsidRDefault="003378DC" w:rsidP="003A58BF">
      <w:pPr>
        <w:numPr>
          <w:ilvl w:val="0"/>
          <w:numId w:val="14"/>
        </w:numPr>
        <w:tabs>
          <w:tab w:val="clear" w:pos="720"/>
          <w:tab w:val="num" w:pos="360"/>
          <w:tab w:val="left" w:pos="993"/>
        </w:tabs>
        <w:ind w:left="0" w:firstLine="709"/>
        <w:jc w:val="both"/>
        <w:rPr>
          <w:rFonts w:cs="Times New Roman"/>
          <w:szCs w:val="28"/>
          <w:lang w:val="kk-KZ"/>
        </w:rPr>
      </w:pPr>
      <w:r w:rsidRPr="00932B38">
        <w:rPr>
          <w:rFonts w:cs="Times New Roman"/>
          <w:szCs w:val="28"/>
          <w:lang w:val="kk-KZ"/>
        </w:rPr>
        <w:t>Балалардың демалысын, сауықтырылуын, тәрбиесін, қосымша білім беруін, медициналық сүйемелдеуін және қауіпсіздігін қамтамасыз етуді реттейтін Қазақстан Республикасының өзге де нормативтік құқықтық актілері.</w:t>
      </w:r>
    </w:p>
    <w:p w14:paraId="1958693A" w14:textId="55E541C5" w:rsidR="003378DC" w:rsidRPr="00932B38" w:rsidRDefault="003378DC" w:rsidP="003A58BF">
      <w:pPr>
        <w:jc w:val="both"/>
        <w:rPr>
          <w:rFonts w:cs="Times New Roman"/>
          <w:szCs w:val="28"/>
          <w:lang w:val="kk-KZ"/>
        </w:rPr>
      </w:pPr>
      <w:r w:rsidRPr="00932B38">
        <w:rPr>
          <w:rFonts w:cs="Times New Roman"/>
          <w:szCs w:val="28"/>
          <w:lang w:val="kk-KZ"/>
        </w:rPr>
        <w:t xml:space="preserve">Бағдарлама заңнамаға жүргізілген талдау нәтижелерін, кәмелетке толмағандардың және олардың заңды өкілдерінің қажеттіліктерін, Ұйымның жұмыс істеу жағдайларын, ауысымдардың ұзақтығын, материалдық-техникалық базаны, кадрлық қамтамасыз етуді, тұру және тамақтану жағдайларын, аумақтың климаттық және табиғи ерекшеліктерін, күн тәртібін және ауысымдардың бейінін ескере отырып әзірленді. Талдау нәтижелері </w:t>
      </w:r>
      <w:r w:rsidR="00932B38">
        <w:rPr>
          <w:rFonts w:cs="Times New Roman"/>
          <w:szCs w:val="28"/>
          <w:lang w:val="kk-KZ"/>
        </w:rPr>
        <w:t>15.05.2026 жыл</w:t>
      </w:r>
      <w:r w:rsidRPr="00932B38">
        <w:rPr>
          <w:rFonts w:cs="Times New Roman"/>
          <w:szCs w:val="28"/>
          <w:lang w:val="kk-KZ"/>
        </w:rPr>
        <w:t xml:space="preserve"> № </w:t>
      </w:r>
      <w:r w:rsidR="00932B38">
        <w:rPr>
          <w:rFonts w:cs="Times New Roman"/>
          <w:szCs w:val="28"/>
          <w:lang w:val="kk-KZ"/>
        </w:rPr>
        <w:t>1</w:t>
      </w:r>
      <w:r w:rsidRPr="00932B38">
        <w:rPr>
          <w:rFonts w:cs="Times New Roman"/>
          <w:szCs w:val="28"/>
          <w:lang w:val="kk-KZ"/>
        </w:rPr>
        <w:t xml:space="preserve"> хаттамалық шешімімен рәсімделген; хаттамалық шешім негізінде Ұйымның </w:t>
      </w:r>
      <w:r w:rsidR="00932B38">
        <w:rPr>
          <w:rFonts w:cs="Times New Roman"/>
          <w:szCs w:val="28"/>
          <w:lang w:val="kk-KZ"/>
        </w:rPr>
        <w:t>25.05.2026 жылғы</w:t>
      </w:r>
      <w:r w:rsidRPr="00932B38">
        <w:rPr>
          <w:rFonts w:cs="Times New Roman"/>
          <w:szCs w:val="28"/>
          <w:lang w:val="kk-KZ"/>
        </w:rPr>
        <w:t xml:space="preserve"> № </w:t>
      </w:r>
      <w:r w:rsidR="00932B38">
        <w:rPr>
          <w:rFonts w:cs="Times New Roman"/>
          <w:szCs w:val="28"/>
          <w:lang w:val="kk-KZ"/>
        </w:rPr>
        <w:t>1077</w:t>
      </w:r>
      <w:r w:rsidRPr="00932B38">
        <w:rPr>
          <w:rFonts w:cs="Times New Roman"/>
          <w:szCs w:val="28"/>
          <w:lang w:val="kk-KZ"/>
        </w:rPr>
        <w:t xml:space="preserve"> бұйрығы шығарылған.</w:t>
      </w:r>
    </w:p>
    <w:p w14:paraId="6FC991EF" w14:textId="77777777" w:rsidR="003378DC" w:rsidRPr="000C105B" w:rsidRDefault="003378DC" w:rsidP="003A58BF">
      <w:pPr>
        <w:pStyle w:val="21"/>
        <w:spacing w:before="0" w:after="0"/>
        <w:ind w:firstLine="709"/>
        <w:rPr>
          <w:rFonts w:cs="Times New Roman"/>
          <w:szCs w:val="28"/>
          <w:lang w:val="kk-KZ"/>
        </w:rPr>
      </w:pPr>
      <w:r w:rsidRPr="000C105B">
        <w:rPr>
          <w:rFonts w:cs="Times New Roman"/>
          <w:szCs w:val="28"/>
          <w:lang w:val="kk-KZ"/>
        </w:rPr>
        <w:t xml:space="preserve">Бағдарламаның ұзақтығы </w:t>
      </w:r>
    </w:p>
    <w:p w14:paraId="22F0830D" w14:textId="0C13E5DE" w:rsidR="003378DC" w:rsidRPr="000C105B" w:rsidRDefault="003378DC" w:rsidP="003A58BF">
      <w:pPr>
        <w:jc w:val="both"/>
        <w:rPr>
          <w:rFonts w:cs="Times New Roman"/>
          <w:szCs w:val="28"/>
          <w:lang w:val="kk-KZ"/>
        </w:rPr>
      </w:pPr>
      <w:r w:rsidRPr="000C105B">
        <w:rPr>
          <w:rFonts w:cs="Times New Roman"/>
          <w:szCs w:val="28"/>
          <w:lang w:val="kk-KZ"/>
        </w:rPr>
        <w:t>Бағдарлама жазғы маусым кезеңінде іске асырылады. Бір ауысымның ұзақтығы 1</w:t>
      </w:r>
      <w:r w:rsidR="00932B38">
        <w:rPr>
          <w:rFonts w:cs="Times New Roman"/>
          <w:szCs w:val="28"/>
          <w:lang w:val="kk-KZ"/>
        </w:rPr>
        <w:t>0</w:t>
      </w:r>
      <w:r w:rsidRPr="000C105B">
        <w:rPr>
          <w:rFonts w:cs="Times New Roman"/>
          <w:szCs w:val="28"/>
          <w:lang w:val="kk-KZ"/>
        </w:rPr>
        <w:t xml:space="preserve"> күнтізбелік күнді құрайды.</w:t>
      </w:r>
    </w:p>
    <w:p w14:paraId="7FE03BB2" w14:textId="5AE497CE" w:rsidR="003378DC" w:rsidRPr="000C105B" w:rsidRDefault="003378DC" w:rsidP="003A58BF">
      <w:pPr>
        <w:jc w:val="both"/>
        <w:rPr>
          <w:rFonts w:cs="Times New Roman"/>
          <w:szCs w:val="28"/>
          <w:lang w:val="kk-KZ"/>
        </w:rPr>
      </w:pPr>
      <w:r w:rsidRPr="000C105B">
        <w:rPr>
          <w:rFonts w:cs="Times New Roman"/>
          <w:szCs w:val="28"/>
          <w:lang w:val="kk-KZ"/>
        </w:rPr>
        <w:t xml:space="preserve">Ауысым бірінші аптаның дүйсенбісінен екінші аптаның жұмасына дейін өткізіледі. Мұндай ұзақтық балалардың </w:t>
      </w:r>
      <w:r w:rsidR="00932B38">
        <w:rPr>
          <w:rFonts w:cs="Times New Roman"/>
          <w:szCs w:val="28"/>
          <w:lang w:val="kk-KZ"/>
        </w:rPr>
        <w:t>БСЛ</w:t>
      </w:r>
      <w:r w:rsidRPr="000C105B">
        <w:rPr>
          <w:rFonts w:cs="Times New Roman"/>
          <w:szCs w:val="28"/>
          <w:lang w:val="kk-KZ"/>
        </w:rPr>
        <w:t xml:space="preserve"> жағдайына бейімделуін, тілдік ортаға біртіндеп қосылуын, коммуникативтік және жобалық қызметті жүзеге асыруын, қорытындыларды шығаруды және қатысушылардың ұйымдасқан түрде шығуын қамтамасыз етуге мүмкіндік береді.</w:t>
      </w:r>
    </w:p>
    <w:p w14:paraId="549FFB41" w14:textId="1289EB07" w:rsidR="003378DC" w:rsidRPr="000C105B" w:rsidRDefault="003378DC" w:rsidP="003A58BF">
      <w:pPr>
        <w:jc w:val="both"/>
        <w:rPr>
          <w:rFonts w:cs="Times New Roman"/>
          <w:szCs w:val="28"/>
          <w:lang w:val="kk-KZ"/>
        </w:rPr>
      </w:pPr>
      <w:r w:rsidRPr="000C105B">
        <w:rPr>
          <w:rFonts w:cs="Times New Roman"/>
          <w:szCs w:val="28"/>
          <w:lang w:val="kk-KZ"/>
        </w:rPr>
        <w:t>Ауысым мазмұны кезеңдер</w:t>
      </w:r>
      <w:r w:rsidR="00206A31" w:rsidRPr="000C105B">
        <w:rPr>
          <w:rFonts w:cs="Times New Roman"/>
          <w:szCs w:val="28"/>
          <w:lang w:val="kk-KZ"/>
        </w:rPr>
        <w:t>ден</w:t>
      </w:r>
      <w:r w:rsidRPr="000C105B">
        <w:rPr>
          <w:rFonts w:cs="Times New Roman"/>
          <w:szCs w:val="28"/>
          <w:lang w:val="kk-KZ"/>
        </w:rPr>
        <w:t xml:space="preserve"> құрылады: 1–2 күн – ұйымдастырушылық-бейімделу және диагностикалық кезең; 3–</w:t>
      </w:r>
      <w:r w:rsidR="00932B38">
        <w:rPr>
          <w:rFonts w:cs="Times New Roman"/>
          <w:szCs w:val="28"/>
          <w:lang w:val="kk-KZ"/>
        </w:rPr>
        <w:t>5</w:t>
      </w:r>
      <w:r w:rsidRPr="000C105B">
        <w:rPr>
          <w:rFonts w:cs="Times New Roman"/>
          <w:szCs w:val="28"/>
          <w:lang w:val="kk-KZ"/>
        </w:rPr>
        <w:t xml:space="preserve"> күн – негізгі тілдік және мәдениетаралық кезең; </w:t>
      </w:r>
      <w:r w:rsidR="00932B38">
        <w:rPr>
          <w:rFonts w:cs="Times New Roman"/>
          <w:szCs w:val="28"/>
          <w:lang w:val="kk-KZ"/>
        </w:rPr>
        <w:t>6</w:t>
      </w:r>
      <w:r w:rsidRPr="000C105B">
        <w:rPr>
          <w:rFonts w:cs="Times New Roman"/>
          <w:szCs w:val="28"/>
          <w:lang w:val="kk-KZ"/>
        </w:rPr>
        <w:t>–</w:t>
      </w:r>
      <w:r w:rsidR="00932B38">
        <w:rPr>
          <w:rFonts w:cs="Times New Roman"/>
          <w:szCs w:val="28"/>
          <w:lang w:val="kk-KZ"/>
        </w:rPr>
        <w:t>7</w:t>
      </w:r>
      <w:r w:rsidRPr="000C105B">
        <w:rPr>
          <w:rFonts w:cs="Times New Roman"/>
          <w:szCs w:val="28"/>
          <w:lang w:val="kk-KZ"/>
        </w:rPr>
        <w:t xml:space="preserve"> күн – жобалық-қорытынды кезең; </w:t>
      </w:r>
      <w:r w:rsidR="00932B38">
        <w:rPr>
          <w:rFonts w:cs="Times New Roman"/>
          <w:szCs w:val="28"/>
          <w:lang w:val="kk-KZ"/>
        </w:rPr>
        <w:t>8</w:t>
      </w:r>
      <w:r w:rsidRPr="000C105B">
        <w:rPr>
          <w:rFonts w:cs="Times New Roman"/>
          <w:szCs w:val="28"/>
          <w:lang w:val="kk-KZ"/>
        </w:rPr>
        <w:t xml:space="preserve"> күн – тілдік фестиваль және нәтижелерді таныстыру; </w:t>
      </w:r>
      <w:r w:rsidR="00932B38">
        <w:rPr>
          <w:rFonts w:cs="Times New Roman"/>
          <w:szCs w:val="28"/>
          <w:lang w:val="kk-KZ"/>
        </w:rPr>
        <w:t>9-10</w:t>
      </w:r>
      <w:r w:rsidRPr="000C105B">
        <w:rPr>
          <w:rFonts w:cs="Times New Roman"/>
          <w:szCs w:val="28"/>
          <w:lang w:val="kk-KZ"/>
        </w:rPr>
        <w:t xml:space="preserve"> күн – рефлексия, ауысымды жабу және қатысушылардың шығуы.</w:t>
      </w:r>
    </w:p>
    <w:p w14:paraId="1876C149" w14:textId="77777777" w:rsidR="003378DC" w:rsidRPr="000C105B" w:rsidRDefault="003378DC" w:rsidP="003A58BF">
      <w:pPr>
        <w:pStyle w:val="21"/>
        <w:spacing w:before="0" w:after="0"/>
        <w:ind w:firstLine="709"/>
        <w:rPr>
          <w:rFonts w:cs="Times New Roman"/>
          <w:szCs w:val="28"/>
          <w:lang w:val="kk-KZ"/>
        </w:rPr>
      </w:pPr>
      <w:r w:rsidRPr="000C105B">
        <w:rPr>
          <w:rFonts w:eastAsia="Times New Roman" w:cs="Times New Roman"/>
          <w:szCs w:val="28"/>
          <w:lang w:val="kk-KZ"/>
        </w:rPr>
        <w:t xml:space="preserve">Кәмелетке толмағандардың жас санаты </w:t>
      </w:r>
    </w:p>
    <w:p w14:paraId="63A22B34" w14:textId="77777777" w:rsidR="00397B60" w:rsidRPr="000C105B" w:rsidRDefault="00397B60" w:rsidP="003A58BF">
      <w:pPr>
        <w:jc w:val="both"/>
        <w:rPr>
          <w:rStyle w:val="ypks7kbdpwfgdykd3qb9"/>
          <w:rFonts w:cs="Times New Roman"/>
          <w:szCs w:val="28"/>
          <w:lang w:val="kk-KZ"/>
        </w:rPr>
      </w:pPr>
      <w:r w:rsidRPr="000C105B">
        <w:rPr>
          <w:lang w:val="kk-KZ"/>
        </w:rPr>
        <w:t>Кәмелетке толмағандардың жас санаты</w:t>
      </w:r>
      <w:r w:rsidRPr="000C105B">
        <w:rPr>
          <w:rStyle w:val="ypks7kbdpwfgdykd3qb9"/>
          <w:rFonts w:cs="Times New Roman"/>
          <w:szCs w:val="28"/>
          <w:lang w:val="kk-KZ"/>
        </w:rPr>
        <w:t xml:space="preserve"> </w:t>
      </w:r>
    </w:p>
    <w:p w14:paraId="1EE1CABD" w14:textId="31575D57" w:rsidR="003378DC" w:rsidRPr="000C105B" w:rsidRDefault="00397B60" w:rsidP="003A58BF">
      <w:pPr>
        <w:jc w:val="both"/>
        <w:rPr>
          <w:rFonts w:cs="Times New Roman"/>
          <w:szCs w:val="28"/>
          <w:lang w:val="kk-KZ"/>
        </w:rPr>
      </w:pPr>
      <w:r w:rsidRPr="000C105B">
        <w:rPr>
          <w:lang w:val="kk-KZ"/>
        </w:rPr>
        <w:t>Бағдарлама 7–1</w:t>
      </w:r>
      <w:r w:rsidR="00932B38">
        <w:rPr>
          <w:lang w:val="kk-KZ"/>
        </w:rPr>
        <w:t>5</w:t>
      </w:r>
      <w:r w:rsidRPr="000C105B">
        <w:rPr>
          <w:lang w:val="kk-KZ"/>
        </w:rPr>
        <w:t xml:space="preserve"> жас аралығындағы балалар мен жасөспірімдерге арналған</w:t>
      </w:r>
      <w:r w:rsidR="003378DC" w:rsidRPr="000C105B">
        <w:rPr>
          <w:rFonts w:cs="Times New Roman"/>
          <w:szCs w:val="28"/>
          <w:lang w:val="kk-KZ"/>
        </w:rPr>
        <w:t>.</w:t>
      </w:r>
    </w:p>
    <w:p w14:paraId="572B777F" w14:textId="77777777" w:rsidR="003378DC" w:rsidRPr="000C105B" w:rsidRDefault="003378DC" w:rsidP="003A58BF">
      <w:pPr>
        <w:jc w:val="both"/>
        <w:rPr>
          <w:rFonts w:cs="Times New Roman"/>
          <w:szCs w:val="28"/>
          <w:lang w:val="kk-KZ"/>
        </w:rPr>
      </w:pPr>
      <w:r w:rsidRPr="000C105B">
        <w:rPr>
          <w:rFonts w:cs="Times New Roman"/>
          <w:szCs w:val="28"/>
          <w:lang w:val="kk-KZ"/>
        </w:rPr>
        <w:t>Бағдарламаның мазмұнын әзірлеу және іске асыру барысында қатысушылардың жас, психологиялық, физиологиялық және әлеуметтік ерекшеліктері, соның ішінде қозғалысқа, ойынға, қарым-қатынасқа, мойындалуға, эмоционалдық қолдауға, дербестікке, өзін-өзі көрсетуге, бастамашылдыққа және ұжымдық іс-әрекетке қатысу қажеттіліктері ескеріледі.</w:t>
      </w:r>
    </w:p>
    <w:p w14:paraId="39941DE0" w14:textId="77777777" w:rsidR="003378DC" w:rsidRPr="000C105B" w:rsidRDefault="003378DC" w:rsidP="003A58BF">
      <w:pPr>
        <w:jc w:val="both"/>
        <w:rPr>
          <w:rFonts w:cs="Times New Roman"/>
          <w:szCs w:val="28"/>
          <w:lang w:val="kk-KZ"/>
        </w:rPr>
      </w:pPr>
      <w:r w:rsidRPr="000C105B">
        <w:rPr>
          <w:rFonts w:cs="Times New Roman"/>
          <w:szCs w:val="28"/>
          <w:lang w:val="kk-KZ"/>
        </w:rPr>
        <w:t>Бастауыш мектеп жасындағы балалар қатысқан жағдайда тілдік практиканың ойын түрлері, көрнекі құралдар, ән айту, шығармашылық және қимыл-қозғалыс формалары, сөйлеу үлгілері, қайталау, қарапайым диалогтар және қарым-қатынасқа эмоционалды қауіпсіз түрде тарту басымдыққа ие болады.</w:t>
      </w:r>
    </w:p>
    <w:p w14:paraId="024AF2F2" w14:textId="77777777" w:rsidR="003378DC" w:rsidRPr="000C105B" w:rsidRDefault="003378DC" w:rsidP="003A58BF">
      <w:pPr>
        <w:jc w:val="both"/>
        <w:rPr>
          <w:rFonts w:cs="Times New Roman"/>
          <w:szCs w:val="28"/>
          <w:lang w:val="kk-KZ"/>
        </w:rPr>
      </w:pPr>
      <w:r w:rsidRPr="000C105B">
        <w:rPr>
          <w:rFonts w:cs="Times New Roman"/>
          <w:szCs w:val="28"/>
          <w:lang w:val="kk-KZ"/>
        </w:rPr>
        <w:lastRenderedPageBreak/>
        <w:t>Орта мектеп жасындағы балалар қатысқан жағдайда коммуникативтік ойындар, тілдік квесттер, шығармашылық шеберханалар, мәдениетаралық тапсырмалар, жобалар, сахналау, сұхбат, жұптық және топтық жұмыс басымдыққа ие болады.</w:t>
      </w:r>
    </w:p>
    <w:p w14:paraId="1056D5DB" w14:textId="77777777" w:rsidR="003378DC" w:rsidRPr="000C105B" w:rsidRDefault="003378DC" w:rsidP="003A58BF">
      <w:pPr>
        <w:jc w:val="both"/>
        <w:rPr>
          <w:rFonts w:cs="Times New Roman"/>
          <w:szCs w:val="28"/>
          <w:lang w:val="kk-KZ"/>
        </w:rPr>
      </w:pPr>
      <w:r w:rsidRPr="000C105B">
        <w:rPr>
          <w:rFonts w:cs="Times New Roman"/>
          <w:szCs w:val="28"/>
          <w:lang w:val="kk-KZ"/>
        </w:rPr>
        <w:t>Жоғары мектеп жасындағы жасөспірімдер қатысқан жағдайда пікірталастар, жобалық қызмет, көпшілік алдында сөйлеу, дебаттар, медиажобалар, тілдік тәлімгерлік, мәдениетаралық зерттеулер және презентациялар дайындау басымдыққа ие болады.</w:t>
      </w:r>
    </w:p>
    <w:p w14:paraId="15B2BC3C" w14:textId="77777777" w:rsidR="003378DC" w:rsidRPr="000C105B" w:rsidRDefault="003378DC" w:rsidP="003A58BF">
      <w:pPr>
        <w:pStyle w:val="21"/>
        <w:spacing w:before="0" w:after="0"/>
        <w:ind w:firstLine="709"/>
        <w:rPr>
          <w:rFonts w:cs="Times New Roman"/>
          <w:szCs w:val="28"/>
          <w:lang w:val="kk-KZ"/>
        </w:rPr>
      </w:pPr>
      <w:r w:rsidRPr="000C105B">
        <w:rPr>
          <w:rStyle w:val="ypks7kbdpwfgdykd3qb9"/>
          <w:rFonts w:cs="Times New Roman"/>
          <w:szCs w:val="28"/>
          <w:lang w:val="kk-KZ"/>
        </w:rPr>
        <w:t>Тақырыптық</w:t>
      </w:r>
      <w:r w:rsidRPr="000C105B">
        <w:rPr>
          <w:rFonts w:cs="Times New Roman"/>
          <w:szCs w:val="28"/>
          <w:lang w:val="kk-KZ"/>
        </w:rPr>
        <w:t xml:space="preserve"> </w:t>
      </w:r>
      <w:r w:rsidRPr="000C105B">
        <w:rPr>
          <w:rStyle w:val="ypks7kbdpwfgdykd3qb9"/>
          <w:rFonts w:cs="Times New Roman"/>
          <w:szCs w:val="28"/>
          <w:lang w:val="kk-KZ"/>
        </w:rPr>
        <w:t>ауысым</w:t>
      </w:r>
      <w:r w:rsidRPr="000C105B">
        <w:rPr>
          <w:rFonts w:cs="Times New Roman"/>
          <w:szCs w:val="28"/>
          <w:lang w:val="kk-KZ"/>
        </w:rPr>
        <w:t xml:space="preserve"> </w:t>
      </w:r>
      <w:r w:rsidRPr="000C105B">
        <w:rPr>
          <w:rStyle w:val="ypks7kbdpwfgdykd3qb9"/>
          <w:rFonts w:cs="Times New Roman"/>
          <w:szCs w:val="28"/>
          <w:lang w:val="kk-KZ"/>
        </w:rPr>
        <w:t xml:space="preserve">тұжырымдамасы </w:t>
      </w:r>
    </w:p>
    <w:p w14:paraId="04EBFBC7" w14:textId="6492699A" w:rsidR="003378DC" w:rsidRPr="000C105B" w:rsidRDefault="003378DC" w:rsidP="003A58BF">
      <w:pPr>
        <w:jc w:val="both"/>
        <w:rPr>
          <w:rFonts w:cs="Times New Roman"/>
          <w:szCs w:val="28"/>
          <w:lang w:val="kk-KZ"/>
        </w:rPr>
      </w:pPr>
      <w:r w:rsidRPr="000C105B">
        <w:rPr>
          <w:rStyle w:val="ypks7kbdpwfgdykd3qb9"/>
          <w:rFonts w:cs="Times New Roman"/>
          <w:szCs w:val="28"/>
          <w:lang w:val="kk-KZ"/>
        </w:rPr>
        <w:t>Ауысым</w:t>
      </w:r>
      <w:r w:rsidRPr="000C105B">
        <w:rPr>
          <w:rFonts w:cs="Times New Roman"/>
          <w:szCs w:val="28"/>
          <w:lang w:val="kk-KZ"/>
        </w:rPr>
        <w:t xml:space="preserve"> </w:t>
      </w:r>
      <w:r w:rsidRPr="000C105B">
        <w:rPr>
          <w:rStyle w:val="ypks7kbdpwfgdykd3qb9"/>
          <w:rFonts w:cs="Times New Roman"/>
          <w:szCs w:val="28"/>
          <w:lang w:val="kk-KZ"/>
        </w:rPr>
        <w:t>қатысушыларды</w:t>
      </w:r>
      <w:r w:rsidRPr="000C105B">
        <w:rPr>
          <w:rFonts w:cs="Times New Roman"/>
          <w:szCs w:val="28"/>
          <w:lang w:val="kk-KZ"/>
        </w:rPr>
        <w:t xml:space="preserve"> </w:t>
      </w:r>
      <w:r w:rsidR="00932B38">
        <w:rPr>
          <w:rStyle w:val="ypks7kbdpwfgdykd3qb9"/>
          <w:rFonts w:cs="Times New Roman"/>
          <w:szCs w:val="28"/>
          <w:lang w:val="kk-KZ"/>
        </w:rPr>
        <w:t>ағылшын тілінің</w:t>
      </w:r>
      <w:r w:rsidRPr="000C105B">
        <w:rPr>
          <w:rFonts w:cs="Times New Roman"/>
          <w:szCs w:val="28"/>
          <w:lang w:val="kk-KZ"/>
        </w:rPr>
        <w:t xml:space="preserve"> </w:t>
      </w:r>
      <w:r w:rsidRPr="000C105B">
        <w:rPr>
          <w:rStyle w:val="ypks7kbdpwfgdykd3qb9"/>
          <w:rFonts w:cs="Times New Roman"/>
          <w:szCs w:val="28"/>
          <w:lang w:val="kk-KZ"/>
        </w:rPr>
        <w:t>ортасына</w:t>
      </w:r>
      <w:r w:rsidRPr="000C105B">
        <w:rPr>
          <w:rFonts w:cs="Times New Roman"/>
          <w:szCs w:val="28"/>
          <w:lang w:val="kk-KZ"/>
        </w:rPr>
        <w:t xml:space="preserve"> </w:t>
      </w:r>
      <w:r w:rsidRPr="000C105B">
        <w:rPr>
          <w:rStyle w:val="ypks7kbdpwfgdykd3qb9"/>
          <w:rFonts w:cs="Times New Roman"/>
          <w:szCs w:val="28"/>
          <w:lang w:val="kk-KZ"/>
        </w:rPr>
        <w:t>дәйекті</w:t>
      </w:r>
      <w:r w:rsidRPr="000C105B">
        <w:rPr>
          <w:rFonts w:cs="Times New Roman"/>
          <w:szCs w:val="28"/>
          <w:lang w:val="kk-KZ"/>
        </w:rPr>
        <w:t xml:space="preserve"> түрде </w:t>
      </w:r>
      <w:r w:rsidRPr="000C105B">
        <w:rPr>
          <w:rStyle w:val="ypks7kbdpwfgdykd3qb9"/>
          <w:rFonts w:cs="Times New Roman"/>
          <w:szCs w:val="28"/>
          <w:lang w:val="kk-KZ"/>
        </w:rPr>
        <w:t>батыру</w:t>
      </w:r>
      <w:r w:rsidRPr="000C105B">
        <w:rPr>
          <w:rFonts w:cs="Times New Roman"/>
          <w:szCs w:val="28"/>
          <w:lang w:val="kk-KZ"/>
        </w:rPr>
        <w:t xml:space="preserve"> </w:t>
      </w:r>
      <w:r w:rsidRPr="000C105B">
        <w:rPr>
          <w:rStyle w:val="ypks7kbdpwfgdykd3qb9"/>
          <w:rFonts w:cs="Times New Roman"/>
          <w:szCs w:val="28"/>
          <w:lang w:val="kk-KZ"/>
        </w:rPr>
        <w:t>ретінде</w:t>
      </w:r>
      <w:r w:rsidRPr="000C105B">
        <w:rPr>
          <w:rFonts w:cs="Times New Roman"/>
          <w:szCs w:val="28"/>
          <w:lang w:val="kk-KZ"/>
        </w:rPr>
        <w:t xml:space="preserve"> </w:t>
      </w:r>
      <w:r w:rsidRPr="000C105B">
        <w:rPr>
          <w:rStyle w:val="ypks7kbdpwfgdykd3qb9"/>
          <w:rFonts w:cs="Times New Roman"/>
          <w:szCs w:val="28"/>
          <w:lang w:val="kk-KZ"/>
        </w:rPr>
        <w:t>құрылады.</w:t>
      </w:r>
      <w:r w:rsidRPr="000C105B">
        <w:rPr>
          <w:rFonts w:cs="Times New Roman"/>
          <w:szCs w:val="28"/>
          <w:lang w:val="kk-KZ"/>
        </w:rPr>
        <w:t xml:space="preserve"> </w:t>
      </w:r>
      <w:r w:rsidRPr="000C105B">
        <w:rPr>
          <w:rStyle w:val="ypks7kbdpwfgdykd3qb9"/>
          <w:rFonts w:cs="Times New Roman"/>
          <w:szCs w:val="28"/>
          <w:lang w:val="kk-KZ"/>
        </w:rPr>
        <w:t>Әр</w:t>
      </w:r>
      <w:r w:rsidRPr="000C105B">
        <w:rPr>
          <w:rFonts w:cs="Times New Roman"/>
          <w:szCs w:val="28"/>
          <w:lang w:val="kk-KZ"/>
        </w:rPr>
        <w:t xml:space="preserve"> </w:t>
      </w:r>
      <w:r w:rsidRPr="000C105B">
        <w:rPr>
          <w:rStyle w:val="ypks7kbdpwfgdykd3qb9"/>
          <w:rFonts w:cs="Times New Roman"/>
          <w:szCs w:val="28"/>
          <w:lang w:val="kk-KZ"/>
        </w:rPr>
        <w:t>күннің</w:t>
      </w:r>
      <w:r w:rsidRPr="000C105B">
        <w:rPr>
          <w:rFonts w:cs="Times New Roman"/>
          <w:szCs w:val="28"/>
          <w:lang w:val="kk-KZ"/>
        </w:rPr>
        <w:t xml:space="preserve"> </w:t>
      </w:r>
      <w:r w:rsidRPr="000C105B">
        <w:rPr>
          <w:rStyle w:val="ypks7kbdpwfgdykd3qb9"/>
          <w:rFonts w:cs="Times New Roman"/>
          <w:szCs w:val="28"/>
          <w:lang w:val="kk-KZ"/>
        </w:rPr>
        <w:t>өзіндік</w:t>
      </w:r>
      <w:r w:rsidRPr="000C105B">
        <w:rPr>
          <w:rFonts w:cs="Times New Roman"/>
          <w:szCs w:val="28"/>
          <w:lang w:val="kk-KZ"/>
        </w:rPr>
        <w:t xml:space="preserve"> </w:t>
      </w:r>
      <w:r w:rsidRPr="000C105B">
        <w:rPr>
          <w:rStyle w:val="ypks7kbdpwfgdykd3qb9"/>
          <w:rFonts w:cs="Times New Roman"/>
          <w:szCs w:val="28"/>
          <w:lang w:val="kk-KZ"/>
        </w:rPr>
        <w:t>семантикалық</w:t>
      </w:r>
      <w:r w:rsidRPr="000C105B">
        <w:rPr>
          <w:rFonts w:cs="Times New Roman"/>
          <w:szCs w:val="28"/>
          <w:lang w:val="kk-KZ"/>
        </w:rPr>
        <w:t xml:space="preserve"> </w:t>
      </w:r>
      <w:r w:rsidRPr="000C105B">
        <w:rPr>
          <w:rStyle w:val="ypks7kbdpwfgdykd3qb9"/>
          <w:rFonts w:cs="Times New Roman"/>
          <w:szCs w:val="28"/>
          <w:lang w:val="kk-KZ"/>
        </w:rPr>
        <w:t>міндеті</w:t>
      </w:r>
      <w:r w:rsidRPr="000C105B">
        <w:rPr>
          <w:rFonts w:cs="Times New Roman"/>
          <w:szCs w:val="28"/>
          <w:lang w:val="kk-KZ"/>
        </w:rPr>
        <w:t xml:space="preserve"> бар</w:t>
      </w:r>
      <w:r w:rsidRPr="000C105B">
        <w:rPr>
          <w:rStyle w:val="ypks7kbdpwfgdykd3qb9"/>
          <w:rFonts w:cs="Times New Roman"/>
          <w:szCs w:val="28"/>
          <w:lang w:val="kk-KZ"/>
        </w:rPr>
        <w:t>,</w:t>
      </w:r>
      <w:r w:rsidRPr="000C105B">
        <w:rPr>
          <w:rFonts w:cs="Times New Roman"/>
          <w:szCs w:val="28"/>
          <w:lang w:val="kk-KZ"/>
        </w:rPr>
        <w:t xml:space="preserve"> </w:t>
      </w:r>
      <w:r w:rsidRPr="000C105B">
        <w:rPr>
          <w:rStyle w:val="ypks7kbdpwfgdykd3qb9"/>
          <w:rFonts w:cs="Times New Roman"/>
          <w:szCs w:val="28"/>
          <w:lang w:val="kk-KZ"/>
        </w:rPr>
        <w:t>бірақ</w:t>
      </w:r>
      <w:r w:rsidRPr="000C105B">
        <w:rPr>
          <w:rFonts w:cs="Times New Roman"/>
          <w:szCs w:val="28"/>
          <w:lang w:val="kk-KZ"/>
        </w:rPr>
        <w:t xml:space="preserve"> </w:t>
      </w:r>
      <w:r w:rsidRPr="000C105B">
        <w:rPr>
          <w:rStyle w:val="ypks7kbdpwfgdykd3qb9"/>
          <w:rFonts w:cs="Times New Roman"/>
          <w:szCs w:val="28"/>
          <w:lang w:val="kk-KZ"/>
        </w:rPr>
        <w:t>барлық</w:t>
      </w:r>
      <w:r w:rsidRPr="000C105B">
        <w:rPr>
          <w:rFonts w:cs="Times New Roman"/>
          <w:szCs w:val="28"/>
          <w:lang w:val="kk-KZ"/>
        </w:rPr>
        <w:t xml:space="preserve"> іс-</w:t>
      </w:r>
      <w:r w:rsidRPr="000C105B">
        <w:rPr>
          <w:rStyle w:val="ypks7kbdpwfgdykd3qb9"/>
          <w:rFonts w:cs="Times New Roman"/>
          <w:szCs w:val="28"/>
          <w:lang w:val="kk-KZ"/>
        </w:rPr>
        <w:t>шаралар</w:t>
      </w:r>
      <w:r w:rsidRPr="000C105B">
        <w:rPr>
          <w:rFonts w:cs="Times New Roman"/>
          <w:szCs w:val="28"/>
          <w:lang w:val="kk-KZ"/>
        </w:rPr>
        <w:t xml:space="preserve"> </w:t>
      </w:r>
      <w:r w:rsidRPr="000C105B">
        <w:rPr>
          <w:rStyle w:val="ypks7kbdpwfgdykd3qb9"/>
          <w:rFonts w:cs="Times New Roman"/>
          <w:szCs w:val="28"/>
          <w:lang w:val="kk-KZ"/>
        </w:rPr>
        <w:t>тілдік</w:t>
      </w:r>
      <w:r w:rsidRPr="000C105B">
        <w:rPr>
          <w:rFonts w:cs="Times New Roman"/>
          <w:szCs w:val="28"/>
          <w:lang w:val="kk-KZ"/>
        </w:rPr>
        <w:t xml:space="preserve"> </w:t>
      </w:r>
      <w:r w:rsidRPr="000C105B">
        <w:rPr>
          <w:rStyle w:val="ypks7kbdpwfgdykd3qb9"/>
          <w:rFonts w:cs="Times New Roman"/>
          <w:szCs w:val="28"/>
          <w:lang w:val="kk-KZ"/>
        </w:rPr>
        <w:t>сенімділікті,</w:t>
      </w:r>
      <w:r w:rsidRPr="000C105B">
        <w:rPr>
          <w:rFonts w:cs="Times New Roman"/>
          <w:szCs w:val="28"/>
          <w:lang w:val="kk-KZ"/>
        </w:rPr>
        <w:t xml:space="preserve"> </w:t>
      </w:r>
      <w:r w:rsidRPr="000C105B">
        <w:rPr>
          <w:rStyle w:val="ypks7kbdpwfgdykd3qb9"/>
          <w:rFonts w:cs="Times New Roman"/>
          <w:szCs w:val="28"/>
          <w:lang w:val="kk-KZ"/>
        </w:rPr>
        <w:t>сөйлеу</w:t>
      </w:r>
      <w:r w:rsidRPr="000C105B">
        <w:rPr>
          <w:rFonts w:cs="Times New Roman"/>
          <w:szCs w:val="28"/>
          <w:lang w:val="kk-KZ"/>
        </w:rPr>
        <w:t xml:space="preserve"> </w:t>
      </w:r>
      <w:r w:rsidRPr="000C105B">
        <w:rPr>
          <w:rStyle w:val="ypks7kbdpwfgdykd3qb9"/>
          <w:rFonts w:cs="Times New Roman"/>
          <w:szCs w:val="28"/>
          <w:lang w:val="kk-KZ"/>
        </w:rPr>
        <w:t>белсенділігін,</w:t>
      </w:r>
      <w:r w:rsidRPr="000C105B">
        <w:rPr>
          <w:rFonts w:cs="Times New Roman"/>
          <w:szCs w:val="28"/>
          <w:lang w:val="kk-KZ"/>
        </w:rPr>
        <w:t xml:space="preserve"> қарым-</w:t>
      </w:r>
      <w:r w:rsidRPr="000C105B">
        <w:rPr>
          <w:rStyle w:val="ypks7kbdpwfgdykd3qb9"/>
          <w:rFonts w:cs="Times New Roman"/>
          <w:szCs w:val="28"/>
          <w:lang w:val="kk-KZ"/>
        </w:rPr>
        <w:t>қатынас</w:t>
      </w:r>
      <w:r w:rsidRPr="000C105B">
        <w:rPr>
          <w:rFonts w:cs="Times New Roman"/>
          <w:szCs w:val="28"/>
          <w:lang w:val="kk-KZ"/>
        </w:rPr>
        <w:t xml:space="preserve"> </w:t>
      </w:r>
      <w:r w:rsidRPr="000C105B">
        <w:rPr>
          <w:rStyle w:val="ypks7kbdpwfgdykd3qb9"/>
          <w:rFonts w:cs="Times New Roman"/>
          <w:szCs w:val="28"/>
          <w:lang w:val="kk-KZ"/>
        </w:rPr>
        <w:t>мәдениетін</w:t>
      </w:r>
      <w:r w:rsidRPr="000C105B">
        <w:rPr>
          <w:rFonts w:cs="Times New Roman"/>
          <w:szCs w:val="28"/>
          <w:lang w:val="kk-KZ"/>
        </w:rPr>
        <w:t xml:space="preserve">, </w:t>
      </w:r>
      <w:r w:rsidRPr="000C105B">
        <w:rPr>
          <w:rStyle w:val="ypks7kbdpwfgdykd3qb9"/>
          <w:rFonts w:cs="Times New Roman"/>
          <w:szCs w:val="28"/>
          <w:lang w:val="kk-KZ"/>
        </w:rPr>
        <w:t>тілді,</w:t>
      </w:r>
      <w:r w:rsidRPr="000C105B">
        <w:rPr>
          <w:rFonts w:cs="Times New Roman"/>
          <w:szCs w:val="28"/>
          <w:lang w:val="kk-KZ"/>
        </w:rPr>
        <w:t xml:space="preserve"> </w:t>
      </w:r>
      <w:r w:rsidRPr="000C105B">
        <w:rPr>
          <w:rStyle w:val="ypks7kbdpwfgdykd3qb9"/>
          <w:rFonts w:cs="Times New Roman"/>
          <w:szCs w:val="28"/>
          <w:lang w:val="kk-KZ"/>
        </w:rPr>
        <w:t>мәдениетті</w:t>
      </w:r>
      <w:r w:rsidRPr="000C105B">
        <w:rPr>
          <w:rFonts w:cs="Times New Roman"/>
          <w:szCs w:val="28"/>
          <w:lang w:val="kk-KZ"/>
        </w:rPr>
        <w:t xml:space="preserve"> </w:t>
      </w:r>
      <w:r w:rsidRPr="000C105B">
        <w:rPr>
          <w:rStyle w:val="ypks7kbdpwfgdykd3qb9"/>
          <w:rFonts w:cs="Times New Roman"/>
          <w:szCs w:val="28"/>
          <w:lang w:val="kk-KZ"/>
        </w:rPr>
        <w:t>және</w:t>
      </w:r>
      <w:r w:rsidRPr="000C105B">
        <w:rPr>
          <w:rFonts w:cs="Times New Roman"/>
          <w:szCs w:val="28"/>
          <w:lang w:val="kk-KZ"/>
        </w:rPr>
        <w:t xml:space="preserve"> </w:t>
      </w:r>
      <w:r w:rsidRPr="000C105B">
        <w:rPr>
          <w:rStyle w:val="ypks7kbdpwfgdykd3qb9"/>
          <w:rFonts w:cs="Times New Roman"/>
          <w:szCs w:val="28"/>
          <w:lang w:val="kk-KZ"/>
        </w:rPr>
        <w:t>таңдалған</w:t>
      </w:r>
      <w:r w:rsidRPr="000C105B">
        <w:rPr>
          <w:rFonts w:cs="Times New Roman"/>
          <w:szCs w:val="28"/>
          <w:lang w:val="kk-KZ"/>
        </w:rPr>
        <w:t xml:space="preserve"> </w:t>
      </w:r>
      <w:r w:rsidRPr="000C105B">
        <w:rPr>
          <w:rStyle w:val="ypks7kbdpwfgdykd3qb9"/>
          <w:rFonts w:cs="Times New Roman"/>
          <w:szCs w:val="28"/>
          <w:lang w:val="kk-KZ"/>
        </w:rPr>
        <w:t>тіл</w:t>
      </w:r>
      <w:r w:rsidRPr="000C105B">
        <w:rPr>
          <w:rFonts w:cs="Times New Roman"/>
          <w:szCs w:val="28"/>
          <w:lang w:val="kk-KZ"/>
        </w:rPr>
        <w:t xml:space="preserve"> </w:t>
      </w:r>
      <w:r w:rsidRPr="000C105B">
        <w:rPr>
          <w:rStyle w:val="ypks7kbdpwfgdykd3qb9"/>
          <w:rFonts w:cs="Times New Roman"/>
          <w:szCs w:val="28"/>
          <w:lang w:val="kk-KZ"/>
        </w:rPr>
        <w:t>бағытымен</w:t>
      </w:r>
      <w:r w:rsidRPr="000C105B">
        <w:rPr>
          <w:rFonts w:cs="Times New Roman"/>
          <w:szCs w:val="28"/>
          <w:lang w:val="kk-KZ"/>
        </w:rPr>
        <w:t xml:space="preserve"> </w:t>
      </w:r>
      <w:r w:rsidRPr="000C105B">
        <w:rPr>
          <w:rStyle w:val="ypks7kbdpwfgdykd3qb9"/>
          <w:rFonts w:cs="Times New Roman"/>
          <w:szCs w:val="28"/>
          <w:lang w:val="kk-KZ"/>
        </w:rPr>
        <w:t>байланысты</w:t>
      </w:r>
      <w:r w:rsidRPr="000C105B">
        <w:rPr>
          <w:rFonts w:cs="Times New Roman"/>
          <w:szCs w:val="28"/>
          <w:lang w:val="kk-KZ"/>
        </w:rPr>
        <w:t xml:space="preserve"> </w:t>
      </w:r>
      <w:r w:rsidRPr="000C105B">
        <w:rPr>
          <w:rStyle w:val="ypks7kbdpwfgdykd3qb9"/>
          <w:rFonts w:cs="Times New Roman"/>
          <w:szCs w:val="28"/>
          <w:lang w:val="kk-KZ"/>
        </w:rPr>
        <w:t>құндылықтарды</w:t>
      </w:r>
      <w:r w:rsidRPr="000C105B">
        <w:rPr>
          <w:rFonts w:cs="Times New Roman"/>
          <w:szCs w:val="28"/>
          <w:lang w:val="kk-KZ"/>
        </w:rPr>
        <w:t xml:space="preserve"> </w:t>
      </w:r>
      <w:r w:rsidRPr="000C105B">
        <w:rPr>
          <w:rStyle w:val="ypks7kbdpwfgdykd3qb9"/>
          <w:rFonts w:cs="Times New Roman"/>
          <w:szCs w:val="28"/>
          <w:lang w:val="kk-KZ"/>
        </w:rPr>
        <w:t>дамытудың</w:t>
      </w:r>
      <w:r w:rsidRPr="000C105B">
        <w:rPr>
          <w:rFonts w:cs="Times New Roman"/>
          <w:szCs w:val="28"/>
          <w:lang w:val="kk-KZ"/>
        </w:rPr>
        <w:t xml:space="preserve"> </w:t>
      </w:r>
      <w:r w:rsidRPr="000C105B">
        <w:rPr>
          <w:rStyle w:val="ypks7kbdpwfgdykd3qb9"/>
          <w:rFonts w:cs="Times New Roman"/>
          <w:szCs w:val="28"/>
          <w:lang w:val="kk-KZ"/>
        </w:rPr>
        <w:t>жалпы</w:t>
      </w:r>
      <w:r w:rsidRPr="000C105B">
        <w:rPr>
          <w:rFonts w:cs="Times New Roman"/>
          <w:szCs w:val="28"/>
          <w:lang w:val="kk-KZ"/>
        </w:rPr>
        <w:t xml:space="preserve"> </w:t>
      </w:r>
      <w:r w:rsidR="00206A31" w:rsidRPr="000C105B">
        <w:rPr>
          <w:rStyle w:val="ypks7kbdpwfgdykd3qb9"/>
          <w:rFonts w:cs="Times New Roman"/>
          <w:szCs w:val="28"/>
          <w:lang w:val="kk-KZ"/>
        </w:rPr>
        <w:t>тұжырымдамасымен</w:t>
      </w:r>
      <w:r w:rsidRPr="000C105B">
        <w:rPr>
          <w:rFonts w:cs="Times New Roman"/>
          <w:szCs w:val="28"/>
          <w:lang w:val="kk-KZ"/>
        </w:rPr>
        <w:t xml:space="preserve"> </w:t>
      </w:r>
      <w:r w:rsidRPr="000C105B">
        <w:rPr>
          <w:rStyle w:val="ypks7kbdpwfgdykd3qb9"/>
          <w:rFonts w:cs="Times New Roman"/>
          <w:szCs w:val="28"/>
          <w:lang w:val="kk-KZ"/>
        </w:rPr>
        <w:t>біріктірілген</w:t>
      </w:r>
      <w:r w:rsidRPr="000C105B">
        <w:rPr>
          <w:rFonts w:cs="Times New Roman"/>
          <w:szCs w:val="28"/>
          <w:lang w:val="kk-KZ"/>
        </w:rPr>
        <w:t>.</w:t>
      </w:r>
    </w:p>
    <w:tbl>
      <w:tblPr>
        <w:tblStyle w:val="aff0"/>
        <w:tblW w:w="0" w:type="auto"/>
        <w:jc w:val="center"/>
        <w:tblLook w:val="04A0" w:firstRow="1" w:lastRow="0" w:firstColumn="1" w:lastColumn="0" w:noHBand="0" w:noVBand="1"/>
      </w:tblPr>
      <w:tblGrid>
        <w:gridCol w:w="1700"/>
        <w:gridCol w:w="2834"/>
        <w:gridCol w:w="5095"/>
      </w:tblGrid>
      <w:tr w:rsidR="003378DC" w:rsidRPr="000C105B" w14:paraId="5DEC8B92" w14:textId="77777777">
        <w:trPr>
          <w:tblHeader/>
          <w:jc w:val="center"/>
        </w:trPr>
        <w:tc>
          <w:tcPr>
            <w:tcW w:w="1701" w:type="dxa"/>
            <w:shd w:val="clear" w:color="auto" w:fill="D9EAD3"/>
            <w:vAlign w:val="center"/>
          </w:tcPr>
          <w:p w14:paraId="4D7F85A4" w14:textId="482CFC84" w:rsidR="003378DC" w:rsidRPr="000C105B" w:rsidRDefault="003378DC" w:rsidP="003A58BF">
            <w:pPr>
              <w:ind w:firstLine="0"/>
              <w:jc w:val="center"/>
              <w:rPr>
                <w:rFonts w:cs="Times New Roman"/>
                <w:b/>
                <w:szCs w:val="28"/>
                <w:lang w:val="kk-KZ"/>
              </w:rPr>
            </w:pPr>
            <w:r w:rsidRPr="000C105B">
              <w:rPr>
                <w:rFonts w:cs="Times New Roman"/>
                <w:b/>
                <w:szCs w:val="28"/>
                <w:lang w:val="kk-KZ"/>
              </w:rPr>
              <w:t>Ауысым күндері</w:t>
            </w:r>
          </w:p>
        </w:tc>
        <w:tc>
          <w:tcPr>
            <w:tcW w:w="2835" w:type="dxa"/>
            <w:shd w:val="clear" w:color="auto" w:fill="D9EAD3"/>
            <w:vAlign w:val="center"/>
          </w:tcPr>
          <w:p w14:paraId="3036BA86" w14:textId="311BEF82" w:rsidR="003378DC" w:rsidRPr="000C105B" w:rsidRDefault="003378DC" w:rsidP="003A58BF">
            <w:pPr>
              <w:ind w:firstLine="0"/>
              <w:jc w:val="center"/>
              <w:rPr>
                <w:rFonts w:cs="Times New Roman"/>
                <w:b/>
                <w:szCs w:val="28"/>
                <w:lang w:val="kk-KZ"/>
              </w:rPr>
            </w:pPr>
            <w:r w:rsidRPr="000C105B">
              <w:rPr>
                <w:rFonts w:cs="Times New Roman"/>
                <w:b/>
                <w:szCs w:val="28"/>
                <w:lang w:val="kk-KZ"/>
              </w:rPr>
              <w:t>Мазмұнды кезең</w:t>
            </w:r>
          </w:p>
        </w:tc>
        <w:tc>
          <w:tcPr>
            <w:tcW w:w="5102" w:type="dxa"/>
            <w:shd w:val="clear" w:color="auto" w:fill="D9EAD3"/>
            <w:vAlign w:val="center"/>
          </w:tcPr>
          <w:p w14:paraId="3E9E6745" w14:textId="40D0FCBB" w:rsidR="003378DC" w:rsidRPr="000C105B" w:rsidRDefault="003378DC" w:rsidP="003A58BF">
            <w:pPr>
              <w:ind w:firstLine="0"/>
              <w:jc w:val="center"/>
              <w:rPr>
                <w:rFonts w:cs="Times New Roman"/>
                <w:b/>
                <w:szCs w:val="28"/>
                <w:lang w:val="kk-KZ"/>
              </w:rPr>
            </w:pPr>
            <w:r w:rsidRPr="000C105B">
              <w:rPr>
                <w:rFonts w:cs="Times New Roman"/>
                <w:b/>
                <w:szCs w:val="28"/>
                <w:lang w:val="kk-KZ"/>
              </w:rPr>
              <w:t>негізгі мазмұн</w:t>
            </w:r>
          </w:p>
        </w:tc>
      </w:tr>
      <w:tr w:rsidR="003378DC" w:rsidRPr="003A58BF" w14:paraId="0D4288AB" w14:textId="77777777">
        <w:trPr>
          <w:jc w:val="center"/>
        </w:trPr>
        <w:tc>
          <w:tcPr>
            <w:tcW w:w="1701" w:type="dxa"/>
          </w:tcPr>
          <w:p w14:paraId="56B34125" w14:textId="3B3B3858" w:rsidR="003378DC" w:rsidRPr="000C105B" w:rsidRDefault="003378DC" w:rsidP="003A58BF">
            <w:pPr>
              <w:ind w:firstLine="0"/>
              <w:jc w:val="center"/>
              <w:rPr>
                <w:rFonts w:cs="Times New Roman"/>
                <w:szCs w:val="28"/>
                <w:lang w:val="kk-KZ"/>
              </w:rPr>
            </w:pPr>
            <w:r w:rsidRPr="000C105B">
              <w:rPr>
                <w:rFonts w:cs="Times New Roman"/>
                <w:szCs w:val="28"/>
                <w:lang w:val="kk-KZ"/>
              </w:rPr>
              <w:t>1-2 күн</w:t>
            </w:r>
          </w:p>
        </w:tc>
        <w:tc>
          <w:tcPr>
            <w:tcW w:w="2835" w:type="dxa"/>
          </w:tcPr>
          <w:p w14:paraId="35D711DE" w14:textId="51A8E110" w:rsidR="003378DC" w:rsidRPr="000C105B" w:rsidRDefault="003378DC" w:rsidP="003A58BF">
            <w:pPr>
              <w:ind w:firstLine="0"/>
              <w:jc w:val="center"/>
              <w:rPr>
                <w:rFonts w:cs="Times New Roman"/>
                <w:szCs w:val="28"/>
                <w:lang w:val="kk-KZ"/>
              </w:rPr>
            </w:pPr>
            <w:r w:rsidRPr="000C105B">
              <w:rPr>
                <w:rFonts w:cs="Times New Roman"/>
                <w:szCs w:val="28"/>
                <w:lang w:val="kk-KZ"/>
              </w:rPr>
              <w:t>Бейімделу, диагностика және тілдік топ</w:t>
            </w:r>
          </w:p>
        </w:tc>
        <w:tc>
          <w:tcPr>
            <w:tcW w:w="5102" w:type="dxa"/>
          </w:tcPr>
          <w:p w14:paraId="16D53AEE" w14:textId="5D6EE7F6" w:rsidR="003378DC" w:rsidRPr="000C105B" w:rsidRDefault="003378DC" w:rsidP="003A58BF">
            <w:pPr>
              <w:ind w:firstLine="0"/>
              <w:jc w:val="center"/>
              <w:rPr>
                <w:rFonts w:cs="Times New Roman"/>
                <w:szCs w:val="28"/>
                <w:lang w:val="kk-KZ"/>
              </w:rPr>
            </w:pPr>
            <w:r w:rsidRPr="000C105B">
              <w:rPr>
                <w:rFonts w:cs="Times New Roman"/>
                <w:szCs w:val="28"/>
                <w:lang w:val="kk-KZ"/>
              </w:rPr>
              <w:t>Келу, танысу, ережелер, қауіпсіздік, тілдік қызығушылықтарды анықтау, жасақтар мен тілдік топтарды қалыптастыру.</w:t>
            </w:r>
          </w:p>
        </w:tc>
      </w:tr>
      <w:tr w:rsidR="003378DC" w:rsidRPr="003A58BF" w14:paraId="2FF0E168" w14:textId="77777777">
        <w:trPr>
          <w:jc w:val="center"/>
        </w:trPr>
        <w:tc>
          <w:tcPr>
            <w:tcW w:w="1701" w:type="dxa"/>
          </w:tcPr>
          <w:p w14:paraId="4C81B12E" w14:textId="54B794A4" w:rsidR="003378DC" w:rsidRPr="000C105B" w:rsidRDefault="003378DC" w:rsidP="003A58BF">
            <w:pPr>
              <w:ind w:firstLine="0"/>
              <w:jc w:val="center"/>
              <w:rPr>
                <w:rFonts w:cs="Times New Roman"/>
                <w:szCs w:val="28"/>
                <w:lang w:val="kk-KZ"/>
              </w:rPr>
            </w:pPr>
            <w:r w:rsidRPr="000C105B">
              <w:rPr>
                <w:rFonts w:cs="Times New Roman"/>
                <w:szCs w:val="28"/>
                <w:lang w:val="kk-KZ"/>
              </w:rPr>
              <w:t>3-</w:t>
            </w:r>
            <w:r w:rsidR="00932B38">
              <w:rPr>
                <w:rFonts w:cs="Times New Roman"/>
                <w:szCs w:val="28"/>
                <w:lang w:val="kk-KZ"/>
              </w:rPr>
              <w:t>5</w:t>
            </w:r>
            <w:r w:rsidRPr="000C105B">
              <w:rPr>
                <w:rFonts w:cs="Times New Roman"/>
                <w:szCs w:val="28"/>
                <w:lang w:val="kk-KZ"/>
              </w:rPr>
              <w:t xml:space="preserve"> күн</w:t>
            </w:r>
          </w:p>
        </w:tc>
        <w:tc>
          <w:tcPr>
            <w:tcW w:w="2835" w:type="dxa"/>
          </w:tcPr>
          <w:p w14:paraId="2677203B" w14:textId="71D9453B" w:rsidR="003378DC" w:rsidRPr="000C105B" w:rsidRDefault="003378DC" w:rsidP="003A58BF">
            <w:pPr>
              <w:ind w:firstLine="0"/>
              <w:jc w:val="center"/>
              <w:rPr>
                <w:rFonts w:cs="Times New Roman"/>
                <w:szCs w:val="28"/>
                <w:lang w:val="kk-KZ"/>
              </w:rPr>
            </w:pPr>
            <w:r w:rsidRPr="000C105B">
              <w:rPr>
                <w:rFonts w:cs="Times New Roman"/>
                <w:szCs w:val="28"/>
                <w:lang w:val="kk-KZ"/>
              </w:rPr>
              <w:t>Бір зерттелетін Тіл және қарым-қатынас мәдениеті</w:t>
            </w:r>
          </w:p>
        </w:tc>
        <w:tc>
          <w:tcPr>
            <w:tcW w:w="5102" w:type="dxa"/>
          </w:tcPr>
          <w:p w14:paraId="431C4E33" w14:textId="6F253632" w:rsidR="003378DC" w:rsidRPr="000C105B" w:rsidRDefault="00932B38" w:rsidP="003A58BF">
            <w:pPr>
              <w:ind w:firstLine="0"/>
              <w:jc w:val="center"/>
              <w:rPr>
                <w:rFonts w:cs="Times New Roman"/>
                <w:szCs w:val="28"/>
                <w:lang w:val="kk-KZ"/>
              </w:rPr>
            </w:pPr>
            <w:r>
              <w:rPr>
                <w:rFonts w:cs="Times New Roman"/>
                <w:szCs w:val="28"/>
                <w:lang w:val="kk-KZ"/>
              </w:rPr>
              <w:t>Ағылшын</w:t>
            </w:r>
            <w:r w:rsidR="003378DC" w:rsidRPr="000C105B">
              <w:rPr>
                <w:rFonts w:cs="Times New Roman"/>
                <w:szCs w:val="28"/>
                <w:lang w:val="kk-KZ"/>
              </w:rPr>
              <w:t xml:space="preserve"> тіл: сөйлесу практикасы, ойындар, квесттер, шығармашылық тапсырмалар, әлеуметтік-мәдени мазмұн және тілдік жоба.</w:t>
            </w:r>
          </w:p>
        </w:tc>
      </w:tr>
      <w:tr w:rsidR="003378DC" w:rsidRPr="003A58BF" w14:paraId="3575E3A6" w14:textId="77777777">
        <w:trPr>
          <w:jc w:val="center"/>
        </w:trPr>
        <w:tc>
          <w:tcPr>
            <w:tcW w:w="1701" w:type="dxa"/>
          </w:tcPr>
          <w:p w14:paraId="47041551" w14:textId="4D87770A" w:rsidR="003378DC" w:rsidRPr="000C105B" w:rsidRDefault="00932B38" w:rsidP="003A58BF">
            <w:pPr>
              <w:ind w:firstLine="0"/>
              <w:jc w:val="center"/>
              <w:rPr>
                <w:rFonts w:cs="Times New Roman"/>
                <w:szCs w:val="28"/>
                <w:lang w:val="kk-KZ"/>
              </w:rPr>
            </w:pPr>
            <w:r>
              <w:rPr>
                <w:rFonts w:cs="Times New Roman"/>
                <w:szCs w:val="28"/>
                <w:lang w:val="kk-KZ"/>
              </w:rPr>
              <w:t>6</w:t>
            </w:r>
            <w:r w:rsidR="003378DC" w:rsidRPr="000C105B">
              <w:rPr>
                <w:rFonts w:cs="Times New Roman"/>
                <w:szCs w:val="28"/>
                <w:lang w:val="kk-KZ"/>
              </w:rPr>
              <w:t>-</w:t>
            </w:r>
            <w:r>
              <w:rPr>
                <w:rFonts w:cs="Times New Roman"/>
                <w:szCs w:val="28"/>
                <w:lang w:val="kk-KZ"/>
              </w:rPr>
              <w:t>7</w:t>
            </w:r>
            <w:r w:rsidR="003378DC" w:rsidRPr="000C105B">
              <w:rPr>
                <w:rFonts w:cs="Times New Roman"/>
                <w:szCs w:val="28"/>
                <w:lang w:val="kk-KZ"/>
              </w:rPr>
              <w:t xml:space="preserve"> күн</w:t>
            </w:r>
          </w:p>
        </w:tc>
        <w:tc>
          <w:tcPr>
            <w:tcW w:w="2835" w:type="dxa"/>
          </w:tcPr>
          <w:p w14:paraId="02B2A9A8" w14:textId="7CACAACD" w:rsidR="003378DC" w:rsidRPr="000C105B" w:rsidRDefault="003378DC" w:rsidP="003A58BF">
            <w:pPr>
              <w:ind w:firstLine="0"/>
              <w:jc w:val="center"/>
              <w:rPr>
                <w:rFonts w:cs="Times New Roman"/>
                <w:szCs w:val="28"/>
                <w:lang w:val="kk-KZ"/>
              </w:rPr>
            </w:pPr>
            <w:r w:rsidRPr="000C105B">
              <w:rPr>
                <w:rFonts w:cs="Times New Roman"/>
                <w:szCs w:val="28"/>
                <w:lang w:val="kk-KZ"/>
              </w:rPr>
              <w:t>Қорытындыларды жобалау және дайындау</w:t>
            </w:r>
          </w:p>
        </w:tc>
        <w:tc>
          <w:tcPr>
            <w:tcW w:w="5102" w:type="dxa"/>
          </w:tcPr>
          <w:p w14:paraId="1B2354B8" w14:textId="28BA040D" w:rsidR="003378DC" w:rsidRPr="000C105B" w:rsidRDefault="003378DC" w:rsidP="003A58BF">
            <w:pPr>
              <w:ind w:firstLine="0"/>
              <w:jc w:val="center"/>
              <w:rPr>
                <w:rFonts w:cs="Times New Roman"/>
                <w:szCs w:val="28"/>
                <w:lang w:val="kk-KZ"/>
              </w:rPr>
            </w:pPr>
            <w:r w:rsidRPr="000C105B">
              <w:rPr>
                <w:rFonts w:cs="Times New Roman"/>
                <w:szCs w:val="28"/>
                <w:lang w:val="kk-KZ"/>
              </w:rPr>
              <w:t>Командалық тілдік жобалар, дайындық жаттығулары, материалдарды рәсімдеу, қойылымдарға (сөйлеу/шығу) дайындық.</w:t>
            </w:r>
          </w:p>
        </w:tc>
      </w:tr>
      <w:tr w:rsidR="003378DC" w:rsidRPr="003A58BF" w14:paraId="020602B1" w14:textId="77777777">
        <w:trPr>
          <w:jc w:val="center"/>
        </w:trPr>
        <w:tc>
          <w:tcPr>
            <w:tcW w:w="1701" w:type="dxa"/>
          </w:tcPr>
          <w:p w14:paraId="06AB28C1" w14:textId="12B16499" w:rsidR="003378DC" w:rsidRPr="000C105B" w:rsidRDefault="00932B38" w:rsidP="003A58BF">
            <w:pPr>
              <w:ind w:firstLine="0"/>
              <w:jc w:val="center"/>
              <w:rPr>
                <w:rFonts w:cs="Times New Roman"/>
                <w:szCs w:val="28"/>
                <w:lang w:val="kk-KZ"/>
              </w:rPr>
            </w:pPr>
            <w:r>
              <w:rPr>
                <w:rFonts w:cs="Times New Roman"/>
                <w:szCs w:val="28"/>
                <w:lang w:val="kk-KZ"/>
              </w:rPr>
              <w:t>8</w:t>
            </w:r>
            <w:r w:rsidR="003378DC" w:rsidRPr="000C105B">
              <w:rPr>
                <w:rFonts w:cs="Times New Roman"/>
                <w:szCs w:val="28"/>
                <w:lang w:val="kk-KZ"/>
              </w:rPr>
              <w:t xml:space="preserve"> күн</w:t>
            </w:r>
          </w:p>
        </w:tc>
        <w:tc>
          <w:tcPr>
            <w:tcW w:w="2835" w:type="dxa"/>
          </w:tcPr>
          <w:p w14:paraId="6F473898" w14:textId="27B6334C" w:rsidR="003378DC" w:rsidRPr="000C105B" w:rsidRDefault="003378DC" w:rsidP="003A58BF">
            <w:pPr>
              <w:ind w:firstLine="0"/>
              <w:jc w:val="center"/>
              <w:rPr>
                <w:rFonts w:cs="Times New Roman"/>
                <w:szCs w:val="28"/>
                <w:lang w:val="kk-KZ"/>
              </w:rPr>
            </w:pPr>
            <w:r w:rsidRPr="000C105B">
              <w:rPr>
                <w:rFonts w:cs="Times New Roman"/>
                <w:szCs w:val="28"/>
                <w:lang w:val="kk-KZ"/>
              </w:rPr>
              <w:t>Тіл ауысымының жетістіктері фестивалі</w:t>
            </w:r>
          </w:p>
        </w:tc>
        <w:tc>
          <w:tcPr>
            <w:tcW w:w="5102" w:type="dxa"/>
          </w:tcPr>
          <w:p w14:paraId="483C9DA4" w14:textId="77777777" w:rsidR="003378DC" w:rsidRPr="000C105B" w:rsidRDefault="003378DC" w:rsidP="003A58BF">
            <w:pPr>
              <w:ind w:firstLine="0"/>
              <w:jc w:val="center"/>
              <w:rPr>
                <w:rFonts w:cs="Times New Roman"/>
                <w:szCs w:val="28"/>
                <w:lang w:val="kk-KZ"/>
              </w:rPr>
            </w:pPr>
            <w:r w:rsidRPr="000C105B">
              <w:rPr>
                <w:rFonts w:cs="Times New Roman"/>
                <w:szCs w:val="28"/>
                <w:lang w:val="kk-KZ"/>
              </w:rPr>
              <w:t>Жобаларды қорғау, таныстырылымдар, көрмелер, шығармашылық презентациялар, марапаттау.</w:t>
            </w:r>
          </w:p>
          <w:p w14:paraId="1A53202C" w14:textId="13DAB41E" w:rsidR="003378DC" w:rsidRPr="000C105B" w:rsidRDefault="003378DC" w:rsidP="003A58BF">
            <w:pPr>
              <w:ind w:firstLine="0"/>
              <w:jc w:val="center"/>
              <w:rPr>
                <w:rFonts w:cs="Times New Roman"/>
                <w:szCs w:val="28"/>
                <w:lang w:val="kk-KZ"/>
              </w:rPr>
            </w:pPr>
          </w:p>
        </w:tc>
      </w:tr>
      <w:tr w:rsidR="003378DC" w:rsidRPr="003A58BF" w14:paraId="6CDD48B8" w14:textId="77777777">
        <w:trPr>
          <w:jc w:val="center"/>
        </w:trPr>
        <w:tc>
          <w:tcPr>
            <w:tcW w:w="1701" w:type="dxa"/>
          </w:tcPr>
          <w:p w14:paraId="3BA1F773" w14:textId="12BED1F4" w:rsidR="003378DC" w:rsidRPr="000C105B" w:rsidRDefault="00932B38" w:rsidP="003A58BF">
            <w:pPr>
              <w:ind w:firstLine="0"/>
              <w:jc w:val="center"/>
              <w:rPr>
                <w:rFonts w:cs="Times New Roman"/>
                <w:szCs w:val="28"/>
                <w:lang w:val="kk-KZ"/>
              </w:rPr>
            </w:pPr>
            <w:r>
              <w:rPr>
                <w:rFonts w:cs="Times New Roman"/>
                <w:szCs w:val="28"/>
                <w:lang w:val="kk-KZ"/>
              </w:rPr>
              <w:t>9-10</w:t>
            </w:r>
            <w:r w:rsidR="003378DC" w:rsidRPr="000C105B">
              <w:rPr>
                <w:rFonts w:cs="Times New Roman"/>
                <w:szCs w:val="28"/>
                <w:lang w:val="kk-KZ"/>
              </w:rPr>
              <w:t xml:space="preserve"> күн</w:t>
            </w:r>
          </w:p>
        </w:tc>
        <w:tc>
          <w:tcPr>
            <w:tcW w:w="2835" w:type="dxa"/>
          </w:tcPr>
          <w:p w14:paraId="4F9EC4A1" w14:textId="793D4DDD" w:rsidR="003378DC" w:rsidRPr="000C105B" w:rsidRDefault="003378DC" w:rsidP="003A58BF">
            <w:pPr>
              <w:ind w:firstLine="0"/>
              <w:jc w:val="center"/>
              <w:rPr>
                <w:rFonts w:cs="Times New Roman"/>
                <w:szCs w:val="28"/>
                <w:lang w:val="kk-KZ"/>
              </w:rPr>
            </w:pPr>
            <w:r w:rsidRPr="000C105B">
              <w:rPr>
                <w:rFonts w:cs="Times New Roman"/>
                <w:szCs w:val="28"/>
                <w:lang w:val="kk-KZ"/>
              </w:rPr>
              <w:t>Ауысымды аяқтау</w:t>
            </w:r>
          </w:p>
        </w:tc>
        <w:tc>
          <w:tcPr>
            <w:tcW w:w="5102" w:type="dxa"/>
          </w:tcPr>
          <w:p w14:paraId="18EA3AC5" w14:textId="36A886AE" w:rsidR="003378DC" w:rsidRPr="000C105B" w:rsidRDefault="003378DC" w:rsidP="003A58BF">
            <w:pPr>
              <w:ind w:firstLine="0"/>
              <w:jc w:val="center"/>
              <w:rPr>
                <w:rFonts w:cs="Times New Roman"/>
                <w:szCs w:val="28"/>
                <w:lang w:val="kk-KZ"/>
              </w:rPr>
            </w:pPr>
            <w:r w:rsidRPr="000C105B">
              <w:rPr>
                <w:rFonts w:cs="Times New Roman"/>
                <w:szCs w:val="28"/>
                <w:lang w:val="kk-KZ"/>
              </w:rPr>
              <w:t>Қорытынды рефлексия, сауалнама жүргізу, ауысымды жабу, қатысушылардың шығуы.</w:t>
            </w:r>
          </w:p>
        </w:tc>
      </w:tr>
    </w:tbl>
    <w:p w14:paraId="7F666774" w14:textId="77777777" w:rsidR="003A58BF" w:rsidRDefault="00CB3896" w:rsidP="003A58BF">
      <w:pPr>
        <w:pStyle w:val="1"/>
        <w:spacing w:before="0" w:after="0"/>
        <w:rPr>
          <w:rStyle w:val="ypks7kbdpwfgdykd3qb9"/>
          <w:rFonts w:cs="Times New Roman"/>
          <w:lang w:val="kk-KZ"/>
        </w:rPr>
      </w:pPr>
      <w:r w:rsidRPr="000C105B">
        <w:rPr>
          <w:rStyle w:val="ypks7kbdpwfgdykd3qb9"/>
          <w:rFonts w:cs="Times New Roman"/>
          <w:lang w:val="kk-KZ"/>
        </w:rPr>
        <w:t xml:space="preserve">  </w:t>
      </w:r>
    </w:p>
    <w:p w14:paraId="6EB7A207" w14:textId="77777777" w:rsidR="003A58BF" w:rsidRDefault="003A58BF" w:rsidP="003A58BF">
      <w:pPr>
        <w:pStyle w:val="1"/>
        <w:spacing w:before="0" w:after="0"/>
        <w:rPr>
          <w:rStyle w:val="ypks7kbdpwfgdykd3qb9"/>
          <w:rFonts w:cs="Times New Roman"/>
          <w:lang w:val="kk-KZ"/>
        </w:rPr>
      </w:pPr>
    </w:p>
    <w:p w14:paraId="0BDFD315" w14:textId="169BB691" w:rsidR="003378DC" w:rsidRPr="000C105B" w:rsidRDefault="003378DC" w:rsidP="003A58BF">
      <w:pPr>
        <w:pStyle w:val="1"/>
        <w:tabs>
          <w:tab w:val="left" w:pos="1134"/>
        </w:tabs>
        <w:spacing w:before="0" w:after="0"/>
        <w:ind w:firstLine="709"/>
        <w:rPr>
          <w:rFonts w:cs="Times New Roman"/>
          <w:lang w:val="kk-KZ"/>
        </w:rPr>
      </w:pPr>
      <w:r w:rsidRPr="000C105B">
        <w:rPr>
          <w:rStyle w:val="ypks7kbdpwfgdykd3qb9"/>
          <w:rFonts w:cs="Times New Roman"/>
          <w:lang w:val="kk-KZ"/>
        </w:rPr>
        <w:t>2</w:t>
      </w:r>
      <w:r w:rsidRPr="000C105B">
        <w:rPr>
          <w:rFonts w:cs="Times New Roman"/>
          <w:lang w:val="kk-KZ"/>
        </w:rPr>
        <w:t xml:space="preserve"> </w:t>
      </w:r>
      <w:r w:rsidRPr="000C105B">
        <w:rPr>
          <w:rStyle w:val="ypks7kbdpwfgdykd3qb9"/>
          <w:rFonts w:cs="Times New Roman"/>
          <w:lang w:val="kk-KZ"/>
        </w:rPr>
        <w:t>бөлім.</w:t>
      </w:r>
      <w:r w:rsidRPr="000C105B">
        <w:rPr>
          <w:rFonts w:cs="Times New Roman"/>
          <w:lang w:val="kk-KZ"/>
        </w:rPr>
        <w:t xml:space="preserve"> </w:t>
      </w:r>
      <w:r w:rsidRPr="000C105B">
        <w:rPr>
          <w:rStyle w:val="ypks7kbdpwfgdykd3qb9"/>
          <w:rFonts w:cs="Times New Roman"/>
          <w:lang w:val="kk-KZ"/>
        </w:rPr>
        <w:t>Глоссарий</w:t>
      </w:r>
    </w:p>
    <w:p w14:paraId="31B43FBB" w14:textId="0FB18B24" w:rsidR="00620950" w:rsidRPr="000C105B" w:rsidRDefault="00620950"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t xml:space="preserve">Бейімделу – кәмелетке толмағандардың </w:t>
      </w:r>
      <w:r w:rsidR="00932B38">
        <w:rPr>
          <w:rFonts w:cs="Times New Roman"/>
          <w:szCs w:val="28"/>
          <w:lang w:val="kk-KZ"/>
        </w:rPr>
        <w:t>БСЛ</w:t>
      </w:r>
      <w:r w:rsidRPr="000C105B">
        <w:rPr>
          <w:rFonts w:cs="Times New Roman"/>
          <w:szCs w:val="28"/>
          <w:lang w:val="kk-KZ"/>
        </w:rPr>
        <w:t xml:space="preserve"> жағдайына, күн тәртібіне, жаңа қызмет түрлеріне, тілдік ортаға және уақытша балалар ұжымына бейімделу процесі. </w:t>
      </w:r>
    </w:p>
    <w:p w14:paraId="6AFDAEEA" w14:textId="77777777" w:rsidR="00620950" w:rsidRPr="000C105B" w:rsidRDefault="00620950"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lastRenderedPageBreak/>
        <w:t xml:space="preserve">Бейімделу кезеңі – қатысушылармен танысуға, ережелерді қабылдауға, мазасыздық деңгейін төмендетуге, тілдік қызығушылықтарды анықтауға және қауіпсіз коммуникативтік ортаны қалыптастыруға бағытталған ауысымның бастапқы кезеңі. </w:t>
      </w:r>
    </w:p>
    <w:p w14:paraId="212C39E0" w14:textId="77777777" w:rsidR="00620950" w:rsidRPr="000C105B" w:rsidRDefault="00620950"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t xml:space="preserve">Тіршілік әрекетінің қауіпсіздігі – санитариялық, медициналық, өрт қауіпсіздігі, терроризмге қарсы және өзге де қауіпсіздік талаптарын сақтау арқылы балалардың өмірі мен денсаулығын қорғау жағдайы. </w:t>
      </w:r>
    </w:p>
    <w:p w14:paraId="38B50B62" w14:textId="4F43BA8B" w:rsidR="00620950" w:rsidRPr="000C105B" w:rsidRDefault="00620950"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t>Екі</w:t>
      </w:r>
      <w:r w:rsidR="00206A31" w:rsidRPr="000C105B">
        <w:rPr>
          <w:rFonts w:cs="Times New Roman"/>
          <w:szCs w:val="28"/>
          <w:lang w:val="kk-KZ"/>
        </w:rPr>
        <w:t xml:space="preserve"> </w:t>
      </w:r>
      <w:r w:rsidRPr="000C105B">
        <w:rPr>
          <w:rFonts w:cs="Times New Roman"/>
          <w:szCs w:val="28"/>
          <w:lang w:val="kk-KZ"/>
        </w:rPr>
        <w:t xml:space="preserve">тілді және көптілді орта – қатысушыларға ойын, шығармашылық, жобалық және күнделікті жағдайларда екі және одан да көп тілді қолдануға мүмкіндік беретін ұйымдастырылған қарым-қатынас кеңістігі. </w:t>
      </w:r>
    </w:p>
    <w:p w14:paraId="1482939C" w14:textId="5B757DCC" w:rsidR="00620950" w:rsidRPr="000C105B" w:rsidRDefault="00620950"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t xml:space="preserve">Уақытша балалар ұжымы – </w:t>
      </w:r>
      <w:r w:rsidR="00932B38">
        <w:rPr>
          <w:rFonts w:cs="Times New Roman"/>
          <w:szCs w:val="28"/>
          <w:lang w:val="kk-KZ"/>
        </w:rPr>
        <w:t>БСЛ</w:t>
      </w:r>
      <w:r w:rsidRPr="000C105B">
        <w:rPr>
          <w:rFonts w:cs="Times New Roman"/>
          <w:szCs w:val="28"/>
          <w:lang w:val="kk-KZ"/>
        </w:rPr>
        <w:t xml:space="preserve"> ауысымы кезеңінде қалыптасатын және ортақ тұру, қарым-қатынас, демалыс және қызмет жағдайларымен біріктірілген балалар тобы. </w:t>
      </w:r>
    </w:p>
    <w:p w14:paraId="70657573" w14:textId="77777777" w:rsidR="00620950" w:rsidRPr="000C105B" w:rsidRDefault="00620950"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t xml:space="preserve">Тәрбиелік қызмет – құндылық бағдарларды, мінез-құлық мәдениетін, жауапкершілікті, құрметті, еңбекқорлықты және әлеуметтік белсенділікті қалыптастыруға бағытталған педагогикалық ұйымдастырылған іс-шаралар жүйесі. </w:t>
      </w:r>
    </w:p>
    <w:p w14:paraId="7F57BC4D" w14:textId="77777777" w:rsidR="00620950" w:rsidRPr="000C105B" w:rsidRDefault="00620950"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t xml:space="preserve">Сөйлеу – ойды ауызша білдіруге, диалогқа, монологқа, пікірталасқа, таныстырылымға немесе ойынға қатысуға бағытталған тілдік әрекет түрі. </w:t>
      </w:r>
    </w:p>
    <w:p w14:paraId="63DFDC2B" w14:textId="77777777" w:rsidR="00620950" w:rsidRPr="000C105B" w:rsidRDefault="00620950"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t xml:space="preserve">Балалардың өзін-өзі басқаруы – балалардың іс-шараларды жоспарлауға, өткізуге және бағалауға, рөлдерді бөлуге және ұжымдық шешімдер қабылдауға қатысуы арқылы жүзеге асырылатын қызметті ұйымдастыру формасы. </w:t>
      </w:r>
    </w:p>
    <w:p w14:paraId="1E0E43C0" w14:textId="77777777" w:rsidR="00620950" w:rsidRPr="000C105B" w:rsidRDefault="00620950"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t xml:space="preserve">Салауатты өмір салты – денсаулықты сақтауға және нығайтуға бағытталған әдеттер мен ұстанымдар жиынтығы, оның ішінде қозғалыс белсенділігі, күн тәртібі, тиімді тамақтану, жеке гигиена және қауіпсіз мінез-құлық. </w:t>
      </w:r>
    </w:p>
    <w:p w14:paraId="2449E655" w14:textId="77777777" w:rsidR="00620950" w:rsidRPr="000C105B" w:rsidRDefault="00620950"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t xml:space="preserve">Командалық жұмыс – ынтымақтастыққа, өзара көмекке, рөлдерді бөлуге, пікірлерді құрметтеуге және ортақ нәтижеге жауапкершілікке негізделген бірлескен қызмет. </w:t>
      </w:r>
    </w:p>
    <w:p w14:paraId="42160C97" w14:textId="77777777" w:rsidR="00620950" w:rsidRPr="000C105B" w:rsidRDefault="00620950"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t xml:space="preserve">Коммуникативтік құзыреттілік – тілдік нормалар мен мәдени контекстті ескере отырып, әртүрлі жағдайларда қарым-қатынас жасау мақсатында тілді қолдану қабілеті. </w:t>
      </w:r>
    </w:p>
    <w:p w14:paraId="62EDE228" w14:textId="77777777" w:rsidR="00620950" w:rsidRPr="000C105B" w:rsidRDefault="00620950"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t xml:space="preserve">Мәдениетаралық коммуникация – әртүрлі тілдік және мәдени тәжірибесі бар адамдардың өзара құрметке, ашықтыққа, айырмашылықтарды түсінуге және диалогқа дайын болуға негізделген өзара әрекеті. </w:t>
      </w:r>
    </w:p>
    <w:p w14:paraId="5B0A088C" w14:textId="77777777" w:rsidR="00620950" w:rsidRPr="000C105B" w:rsidRDefault="00620950"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t xml:space="preserve">Бағдарламаны іске асыру мониторингі – Бағдарламаның іске асу барысы, қатысушылардың тартылуы, күтілетін нәтижелерге қол жеткізу және болу жағдайларының сапасы туралы ақпаратты жүйелі түрде бақылау, жинау және талдау процесі. </w:t>
      </w:r>
    </w:p>
    <w:p w14:paraId="2AF6D1E8" w14:textId="77777777" w:rsidR="00620950" w:rsidRPr="000C105B" w:rsidRDefault="00620950"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lastRenderedPageBreak/>
        <w:t xml:space="preserve">Білім беру қызметі – жалпы білім беру оқу бағдарламаларының мазмұнын қайталамайтын, дамытушы, тілдік, жобалық, шығармашылық және тәжірибеге бағытталған арнайы ұйымдастырылған іс-шаралар жүйесі. </w:t>
      </w:r>
    </w:p>
    <w:p w14:paraId="4EBBAB03" w14:textId="77777777" w:rsidR="00796A2A" w:rsidRPr="000C105B" w:rsidRDefault="00620950"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t xml:space="preserve">Білім беру модулі – қатысушылардың тілдік, коммуникативтік, әлеуметтік-мәдени, шығармашылық, жобалық және әлеуметтік құзыреттілігін дамытуға бағытталған Бағдарламаның бөлігі. </w:t>
      </w:r>
    </w:p>
    <w:p w14:paraId="021891EF" w14:textId="77777777" w:rsidR="00796A2A" w:rsidRPr="000C105B" w:rsidRDefault="00796A2A"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t xml:space="preserve">Сауықтыру қызметі – балалардың дене және психоэмоционалдық денсаулығын нығайтуға, аурулардың алдын алуға, қозғалыс белсенділігін дамытуға және салауатты өмір салты мәдениетін қалыптастыруға бағытталған іс-шаралар жиынтығы. </w:t>
      </w:r>
    </w:p>
    <w:p w14:paraId="65E4E344" w14:textId="77777777" w:rsidR="00796A2A" w:rsidRPr="000C105B" w:rsidRDefault="00796A2A"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t xml:space="preserve">Сауықтыру модулі – дене белсенділігін, профилактикалық іс-шараларды, күн тәртібін сақтау, тамақтану, су ішу режимі, психологиялық сүйемелдеу және эмоционалдық әл-ауқатты қамтитын Бағдарламаның бөлігі. </w:t>
      </w:r>
    </w:p>
    <w:p w14:paraId="2EB4D0D6" w14:textId="77777777" w:rsidR="00796A2A" w:rsidRPr="000C105B" w:rsidRDefault="00796A2A"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t xml:space="preserve">Ауысымның жоспар-кестесі – білім беру, тәрбиелеу және сауықтыру мазмұнын ескере отырып, ауысым күндері бойынша іс-шараларды бөлу тәртібін көрсететін ұйымдастырушылық құжат. </w:t>
      </w:r>
    </w:p>
    <w:p w14:paraId="0C76043C" w14:textId="563B0E63" w:rsidR="00796A2A" w:rsidRPr="000C105B" w:rsidRDefault="00206A31"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t>Тәжірибеге</w:t>
      </w:r>
      <w:r w:rsidR="00796A2A" w:rsidRPr="000C105B">
        <w:rPr>
          <w:rFonts w:cs="Times New Roman"/>
          <w:szCs w:val="28"/>
          <w:lang w:val="kk-KZ"/>
        </w:rPr>
        <w:t xml:space="preserve"> бағытталған сабақ – тілдік тренинг, шеберлік сыныбы, зертханалық немесе практикалық жұмыс, рөлдік ойын, квест немесе нақты тапсырманы орындау арқылы қатысушылардың тәжірибе алуына бағытталған сабақ. </w:t>
      </w:r>
    </w:p>
    <w:p w14:paraId="574DD311" w14:textId="77777777" w:rsidR="00796A2A" w:rsidRPr="000C105B" w:rsidRDefault="00796A2A"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t xml:space="preserve">Жобалық қызмет – қатысушылар идея әзірлеп, рөлдерді бөлісіп, тілдік, шығармашылық немесе ақпараттық өнім жасап, нәтижені таныстыратын қызметті ұйымдастыру түрі. </w:t>
      </w:r>
    </w:p>
    <w:p w14:paraId="23EABEEC" w14:textId="77777777" w:rsidR="00796A2A" w:rsidRPr="000C105B" w:rsidRDefault="00796A2A"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t xml:space="preserve">Рефлексия – қатысушылардың алған тәжірибесін, эмоцияларын, жетістіктерін, қиындықтарын және ұжымдық қызметке қосқан үлесін ой елегінен өткізу формасы. </w:t>
      </w:r>
    </w:p>
    <w:p w14:paraId="5119FD46" w14:textId="1A57603F" w:rsidR="00796A2A" w:rsidRPr="000C105B" w:rsidRDefault="00796A2A"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t>Сөздік минимум – қатысушыларға күн тақырыбы</w:t>
      </w:r>
      <w:r w:rsidR="00260278" w:rsidRPr="000C105B">
        <w:rPr>
          <w:rFonts w:cs="Times New Roman"/>
          <w:szCs w:val="28"/>
          <w:lang w:val="kk-KZ"/>
        </w:rPr>
        <w:t>на</w:t>
      </w:r>
      <w:r w:rsidRPr="000C105B">
        <w:rPr>
          <w:rFonts w:cs="Times New Roman"/>
          <w:szCs w:val="28"/>
          <w:lang w:val="kk-KZ"/>
        </w:rPr>
        <w:t xml:space="preserve"> қарым-қатынас жасауға, ойынға, диалогқа, жобаға немесе таныстырылымға қатысуға қажетті сөздер мен тіркестер жиынтығы. </w:t>
      </w:r>
    </w:p>
    <w:p w14:paraId="7F101BED" w14:textId="77777777" w:rsidR="00796A2A" w:rsidRPr="000C105B" w:rsidRDefault="00796A2A"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t xml:space="preserve">Тілдік практика – қатысушылардың тілді ауызша және жазбаша қарым-қатынаста, шығармашылықта, ойында және жобалық қызметте қолдануына арналған тапсырмалар мен жағдаяттар жүйесі. </w:t>
      </w:r>
    </w:p>
    <w:p w14:paraId="58C1969C" w14:textId="77777777" w:rsidR="00796A2A" w:rsidRPr="000C105B" w:rsidRDefault="00796A2A"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t>Тілдік</w:t>
      </w:r>
      <w:r w:rsidRPr="000C105B">
        <w:rPr>
          <w:rFonts w:cs="Times New Roman"/>
          <w:b/>
          <w:bCs/>
          <w:szCs w:val="28"/>
          <w:lang w:val="kk-KZ"/>
        </w:rPr>
        <w:t xml:space="preserve"> </w:t>
      </w:r>
      <w:r w:rsidRPr="000C105B">
        <w:rPr>
          <w:rFonts w:cs="Times New Roman"/>
          <w:szCs w:val="28"/>
          <w:lang w:val="kk-KZ"/>
        </w:rPr>
        <w:t xml:space="preserve">клуб – қарым-қатынасты дамытуға, сөздік қорды кеңейтуге, айтылымды жетілдіруге, мәдени контекстті түсінуге және тілді сенімді қолдануға бағытталған жұмыс түрі. </w:t>
      </w:r>
    </w:p>
    <w:p w14:paraId="2C5403ED" w14:textId="0B46FCFC" w:rsidR="00796A2A" w:rsidRPr="000C105B" w:rsidRDefault="00796A2A"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t xml:space="preserve">Қатысушының тілдік </w:t>
      </w:r>
      <w:r w:rsidR="005F6553" w:rsidRPr="000C105B">
        <w:rPr>
          <w:rFonts w:cs="Times New Roman"/>
          <w:szCs w:val="28"/>
          <w:lang w:val="kk-KZ"/>
        </w:rPr>
        <w:t>қоры</w:t>
      </w:r>
      <w:r w:rsidRPr="000C105B">
        <w:rPr>
          <w:rFonts w:cs="Times New Roman"/>
          <w:szCs w:val="28"/>
          <w:lang w:val="kk-KZ"/>
        </w:rPr>
        <w:t xml:space="preserve"> – қатысушының жетістіктерін қамтитын жеке жинақ: сөздік, фраза карточкалары, шығармашылық жұмыстар, жобалық материалдар, өзін-өзі бағалау және жеке мақсаттар. </w:t>
      </w:r>
    </w:p>
    <w:p w14:paraId="54A22DBC" w14:textId="77777777" w:rsidR="00796A2A" w:rsidRPr="000C105B" w:rsidRDefault="00796A2A"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t xml:space="preserve">Эмоционалдық әл-ауқат – баланың ұжымда психологиялық жайлылықта, қабылданған, қауіпсіз, жағымды қарым-қатынаста және тұрақты эмоционалдық күйде болуы. </w:t>
      </w:r>
    </w:p>
    <w:p w14:paraId="4F1B3E29" w14:textId="16B53A97" w:rsidR="00796A2A" w:rsidRPr="000C105B" w:rsidRDefault="00796A2A" w:rsidP="003A58BF">
      <w:pPr>
        <w:numPr>
          <w:ilvl w:val="0"/>
          <w:numId w:val="10"/>
        </w:numPr>
        <w:tabs>
          <w:tab w:val="clear" w:pos="720"/>
          <w:tab w:val="num" w:pos="284"/>
          <w:tab w:val="left" w:pos="1134"/>
        </w:tabs>
        <w:ind w:left="0" w:firstLine="709"/>
        <w:jc w:val="both"/>
        <w:rPr>
          <w:rFonts w:cs="Times New Roman"/>
          <w:szCs w:val="28"/>
          <w:lang w:val="kk-KZ"/>
        </w:rPr>
      </w:pPr>
      <w:r w:rsidRPr="000C105B">
        <w:rPr>
          <w:rFonts w:cs="Times New Roman"/>
          <w:szCs w:val="28"/>
          <w:lang w:val="kk-KZ"/>
        </w:rPr>
        <w:lastRenderedPageBreak/>
        <w:t xml:space="preserve">«Адал азамат» – адалдықты, жауапкершілікті, еңбекке құрметті, азаматтық белсенділікті, экологиялық сананы және мінез-құлық мәдениетін қалыптастыруға бағытталған тәрбиелік тұжырымдама. </w:t>
      </w:r>
    </w:p>
    <w:p w14:paraId="244927A1" w14:textId="77777777" w:rsidR="003A58BF" w:rsidRDefault="003A58BF" w:rsidP="003A58BF">
      <w:pPr>
        <w:pStyle w:val="21"/>
        <w:spacing w:before="0" w:after="0"/>
        <w:ind w:firstLine="720"/>
        <w:rPr>
          <w:rFonts w:cs="Times New Roman"/>
          <w:szCs w:val="28"/>
          <w:lang w:val="kk-KZ"/>
        </w:rPr>
      </w:pPr>
    </w:p>
    <w:p w14:paraId="0C68FE7E" w14:textId="77777777" w:rsidR="003A58BF" w:rsidRDefault="003A58BF" w:rsidP="003A58BF">
      <w:pPr>
        <w:pStyle w:val="21"/>
        <w:spacing w:before="0" w:after="0"/>
        <w:ind w:firstLine="720"/>
        <w:rPr>
          <w:rFonts w:cs="Times New Roman"/>
          <w:szCs w:val="28"/>
          <w:lang w:val="kk-KZ"/>
        </w:rPr>
      </w:pPr>
    </w:p>
    <w:p w14:paraId="02B4BB42" w14:textId="25822242" w:rsidR="00941CA8" w:rsidRPr="000C105B" w:rsidRDefault="00941CA8" w:rsidP="003A58BF">
      <w:pPr>
        <w:pStyle w:val="21"/>
        <w:spacing w:before="0" w:after="0"/>
        <w:ind w:firstLine="720"/>
        <w:rPr>
          <w:rFonts w:cs="Times New Roman"/>
          <w:szCs w:val="28"/>
          <w:lang w:val="kk-KZ"/>
        </w:rPr>
      </w:pPr>
      <w:r w:rsidRPr="000C105B">
        <w:rPr>
          <w:rFonts w:cs="Times New Roman"/>
          <w:szCs w:val="28"/>
          <w:lang w:val="kk-KZ"/>
        </w:rPr>
        <w:t>3-бөлім. Бағыттылығы мен тақырыбы</w:t>
      </w:r>
    </w:p>
    <w:p w14:paraId="4770E180" w14:textId="2E852645" w:rsidR="0060501A" w:rsidRPr="000C105B" w:rsidRDefault="00941CA8" w:rsidP="003A58BF">
      <w:pPr>
        <w:pStyle w:val="21"/>
        <w:spacing w:before="0" w:after="0"/>
        <w:ind w:firstLine="709"/>
        <w:rPr>
          <w:rFonts w:cs="Times New Roman"/>
          <w:szCs w:val="28"/>
          <w:lang w:val="kk-KZ"/>
        </w:rPr>
      </w:pPr>
      <w:r w:rsidRPr="000C105B">
        <w:rPr>
          <w:rFonts w:cs="Times New Roman"/>
          <w:szCs w:val="28"/>
          <w:lang w:val="kk-KZ"/>
        </w:rPr>
        <w:t>Бағдарламаның бейіндік бағыттылығы</w:t>
      </w:r>
    </w:p>
    <w:p w14:paraId="4E756FFC" w14:textId="77777777" w:rsidR="00052469" w:rsidRPr="000C105B" w:rsidRDefault="00052469" w:rsidP="003A58BF">
      <w:pPr>
        <w:jc w:val="both"/>
        <w:rPr>
          <w:rFonts w:cs="Times New Roman"/>
          <w:szCs w:val="28"/>
          <w:lang w:val="kk-KZ"/>
        </w:rPr>
      </w:pPr>
      <w:r w:rsidRPr="000C105B">
        <w:rPr>
          <w:rFonts w:cs="Times New Roman"/>
          <w:szCs w:val="28"/>
          <w:lang w:val="kk-KZ"/>
        </w:rPr>
        <w:t>Бағдарлама кешенді әлеуметтік-педагогикалық, тілдік және білім беру-сауықтыру бағыттылығына ие, ол тәрбиелік, коммуникативтік, мәдениетаралық, шығармашылық, жобалық, ойын және сауықтыру мазмұнын біріктіреді.</w:t>
      </w:r>
    </w:p>
    <w:p w14:paraId="051F31E1" w14:textId="5B959BC9" w:rsidR="00052469" w:rsidRPr="000C105B" w:rsidRDefault="00052469" w:rsidP="003A58BF">
      <w:pPr>
        <w:jc w:val="both"/>
        <w:rPr>
          <w:rFonts w:cs="Times New Roman"/>
          <w:szCs w:val="28"/>
          <w:lang w:val="kk-KZ"/>
        </w:rPr>
      </w:pPr>
      <w:r w:rsidRPr="000C105B">
        <w:rPr>
          <w:rFonts w:cs="Times New Roman"/>
          <w:szCs w:val="28"/>
          <w:lang w:val="kk-KZ"/>
        </w:rPr>
        <w:t xml:space="preserve">Бағдарламаның бейіндік бағыттылығы балалардың оқу жылынан кейін күшін қалпына келтіруді ғана емес, сонымен қатар </w:t>
      </w:r>
      <w:r w:rsidR="00932B38">
        <w:rPr>
          <w:rFonts w:cs="Times New Roman"/>
          <w:szCs w:val="28"/>
          <w:lang w:val="kk-KZ"/>
        </w:rPr>
        <w:t>ағылшын</w:t>
      </w:r>
      <w:r w:rsidRPr="000C105B">
        <w:rPr>
          <w:rFonts w:cs="Times New Roman"/>
          <w:szCs w:val="28"/>
          <w:lang w:val="kk-KZ"/>
        </w:rPr>
        <w:t xml:space="preserve"> тілде қарым-қатынас жасаудың практикалық дағдыларын, тілдік сенімділікті, </w:t>
      </w:r>
      <w:r w:rsidR="0093440E" w:rsidRPr="000C105B">
        <w:rPr>
          <w:rFonts w:cs="Times New Roman"/>
          <w:szCs w:val="28"/>
          <w:lang w:val="kk-KZ"/>
        </w:rPr>
        <w:t xml:space="preserve">әңгімелесу </w:t>
      </w:r>
      <w:r w:rsidRPr="000C105B">
        <w:rPr>
          <w:rFonts w:cs="Times New Roman"/>
          <w:szCs w:val="28"/>
          <w:lang w:val="kk-KZ"/>
        </w:rPr>
        <w:t>мәдениетін, тілге, мәдениетке, дәстүрлерге және сөйлеу мінез-құлық нормаларына құрметті дамытуға мүмкіндік беретін мазмұнды жазғы демалыс тілдік ортасын құру қажеттілігімен айқындалады.</w:t>
      </w:r>
    </w:p>
    <w:p w14:paraId="3D73442F" w14:textId="1EF3AC21" w:rsidR="00052469" w:rsidRPr="000C105B" w:rsidRDefault="00052469" w:rsidP="003A58BF">
      <w:pPr>
        <w:jc w:val="both"/>
        <w:rPr>
          <w:rFonts w:cs="Times New Roman"/>
          <w:szCs w:val="28"/>
          <w:lang w:val="kk-KZ"/>
        </w:rPr>
      </w:pPr>
      <w:r w:rsidRPr="000C105B">
        <w:rPr>
          <w:rFonts w:cs="Times New Roman"/>
          <w:szCs w:val="28"/>
          <w:lang w:val="kk-KZ"/>
        </w:rPr>
        <w:t>Бағдарлама мазмұны жалпы білім беру оқу бағдарламаларын қайталауды көздемейді. Барлық сабақтар дамытушылық, практикаға бағытталған, ойын, жобалық және тәрбиелік сипатқа ие болып, балалардың жас және психофизиологиялық ерекшеліктерін ескере отырып іске асырылады.</w:t>
      </w:r>
    </w:p>
    <w:p w14:paraId="76D5DE24" w14:textId="419EC3CC" w:rsidR="00052469" w:rsidRPr="000C105B" w:rsidRDefault="00052469" w:rsidP="003A58BF">
      <w:pPr>
        <w:ind w:firstLine="720"/>
        <w:rPr>
          <w:rStyle w:val="af6"/>
          <w:rFonts w:cs="Times New Roman"/>
          <w:szCs w:val="28"/>
          <w:lang w:val="kk-KZ"/>
        </w:rPr>
      </w:pPr>
      <w:r w:rsidRPr="000C105B">
        <w:rPr>
          <w:rStyle w:val="af6"/>
          <w:rFonts w:cs="Times New Roman"/>
          <w:szCs w:val="28"/>
          <w:lang w:val="kk-KZ"/>
        </w:rPr>
        <w:t>Бағдарламаның тақырыптық мазмұны</w:t>
      </w:r>
      <w:r w:rsidRPr="000C105B">
        <w:rPr>
          <w:rFonts w:cs="Times New Roman"/>
          <w:szCs w:val="28"/>
          <w:lang w:val="kk-KZ"/>
        </w:rPr>
        <w:br/>
      </w:r>
      <w:r w:rsidRPr="000C105B">
        <w:rPr>
          <w:rStyle w:val="af6"/>
          <w:rFonts w:cs="Times New Roman"/>
          <w:szCs w:val="28"/>
          <w:lang w:val="kk-KZ"/>
        </w:rPr>
        <w:t xml:space="preserve">          Тіл – қарым-қатынас құралы ретінде</w:t>
      </w:r>
    </w:p>
    <w:p w14:paraId="247CECCC" w14:textId="440EE55C" w:rsidR="000E4B4A" w:rsidRPr="000C105B" w:rsidRDefault="00AB5B46" w:rsidP="003A58BF">
      <w:pPr>
        <w:jc w:val="both"/>
        <w:rPr>
          <w:rFonts w:cs="Times New Roman"/>
          <w:szCs w:val="28"/>
          <w:lang w:val="kk-KZ"/>
        </w:rPr>
      </w:pPr>
      <w:r w:rsidRPr="000C105B">
        <w:rPr>
          <w:rFonts w:cs="Times New Roman"/>
          <w:szCs w:val="28"/>
          <w:lang w:val="kk-KZ"/>
        </w:rPr>
        <w:t xml:space="preserve"> </w:t>
      </w:r>
      <w:r w:rsidR="00932B38">
        <w:rPr>
          <w:rFonts w:cs="Times New Roman"/>
          <w:szCs w:val="28"/>
          <w:lang w:val="kk-KZ"/>
        </w:rPr>
        <w:t>Ағылшын</w:t>
      </w:r>
      <w:r w:rsidR="000E4B4A" w:rsidRPr="000C105B">
        <w:rPr>
          <w:rFonts w:cs="Times New Roman"/>
          <w:szCs w:val="28"/>
          <w:lang w:val="kk-KZ"/>
        </w:rPr>
        <w:t xml:space="preserve"> тілді үйренуге қызығушылықты дамытуға, сөздік қорды кеңейтуге, қарапайым ауызша қарым-қатынас дағдыларын, сөйлеу этикетін, сыпайы диалог пен тілдік ортадағы мінез-құлық мәдениетін қалыптастыруға бағытталған.</w:t>
      </w:r>
    </w:p>
    <w:p w14:paraId="71B30ABC" w14:textId="4061E281" w:rsidR="000E4B4A" w:rsidRPr="000C105B" w:rsidRDefault="000E4B4A" w:rsidP="003A58BF">
      <w:pPr>
        <w:jc w:val="both"/>
        <w:rPr>
          <w:rFonts w:cs="Times New Roman"/>
          <w:szCs w:val="28"/>
          <w:lang w:val="kk-KZ"/>
        </w:rPr>
      </w:pPr>
      <w:r w:rsidRPr="000C105B">
        <w:rPr>
          <w:rFonts w:cs="Times New Roman"/>
          <w:szCs w:val="28"/>
          <w:lang w:val="kk-KZ"/>
        </w:rPr>
        <w:t xml:space="preserve">Іске асырудың ықтимал түрлері: тілдік ойындар, сөйлеу жаттығулары, фраза карточкаларымен жұмыс, диалогтар, шағын сахналық көріністер, әндер, ұйқастар, </w:t>
      </w:r>
      <w:r w:rsidR="00C355F3" w:rsidRPr="000C105B">
        <w:rPr>
          <w:rFonts w:cs="Times New Roman"/>
          <w:szCs w:val="28"/>
          <w:lang w:val="kk-KZ"/>
        </w:rPr>
        <w:t>сөйлемдер</w:t>
      </w:r>
      <w:r w:rsidRPr="000C105B">
        <w:rPr>
          <w:rFonts w:cs="Times New Roman"/>
          <w:szCs w:val="28"/>
          <w:lang w:val="kk-KZ"/>
        </w:rPr>
        <w:t xml:space="preserve"> квесттер</w:t>
      </w:r>
      <w:r w:rsidR="00C355F3" w:rsidRPr="000C105B">
        <w:rPr>
          <w:rFonts w:cs="Times New Roman"/>
          <w:szCs w:val="28"/>
          <w:lang w:val="kk-KZ"/>
        </w:rPr>
        <w:t>і</w:t>
      </w:r>
      <w:r w:rsidRPr="000C105B">
        <w:rPr>
          <w:rFonts w:cs="Times New Roman"/>
          <w:szCs w:val="28"/>
          <w:lang w:val="kk-KZ"/>
        </w:rPr>
        <w:t>, амандасу сайысы, тілдік станциялар, «Сұра және жауап бер», «Жұп тап», «</w:t>
      </w:r>
      <w:r w:rsidR="00C355F3" w:rsidRPr="000C105B">
        <w:rPr>
          <w:rFonts w:cs="Times New Roman"/>
          <w:szCs w:val="28"/>
          <w:lang w:val="kk-KZ"/>
        </w:rPr>
        <w:t>Сұхбат</w:t>
      </w:r>
      <w:r w:rsidRPr="000C105B">
        <w:rPr>
          <w:rFonts w:cs="Times New Roman"/>
          <w:szCs w:val="28"/>
          <w:lang w:val="kk-KZ"/>
        </w:rPr>
        <w:t xml:space="preserve"> құрастыр» сияқты коммуникативтік тапсырмалар, «Менің </w:t>
      </w:r>
      <w:r w:rsidR="00932B38">
        <w:rPr>
          <w:rFonts w:cs="Times New Roman"/>
          <w:szCs w:val="28"/>
          <w:lang w:val="kk-KZ"/>
        </w:rPr>
        <w:t>БСЛ</w:t>
      </w:r>
      <w:r w:rsidRPr="000C105B">
        <w:rPr>
          <w:rFonts w:cs="Times New Roman"/>
          <w:szCs w:val="28"/>
          <w:lang w:val="kk-KZ"/>
        </w:rPr>
        <w:t xml:space="preserve"> күнім </w:t>
      </w:r>
      <w:r w:rsidR="00932B38">
        <w:rPr>
          <w:rFonts w:cs="Times New Roman"/>
          <w:szCs w:val="28"/>
          <w:lang w:val="kk-KZ"/>
        </w:rPr>
        <w:t>ағылшын</w:t>
      </w:r>
      <w:r w:rsidRPr="000C105B">
        <w:rPr>
          <w:rFonts w:cs="Times New Roman"/>
          <w:szCs w:val="28"/>
          <w:lang w:val="kk-KZ"/>
        </w:rPr>
        <w:t xml:space="preserve"> тілде» атты шағын жоба.</w:t>
      </w:r>
    </w:p>
    <w:p w14:paraId="2E63BA7F" w14:textId="0FE088E6" w:rsidR="000E4B4A" w:rsidRPr="000C105B" w:rsidRDefault="000E4B4A" w:rsidP="003A58BF">
      <w:pPr>
        <w:jc w:val="both"/>
        <w:rPr>
          <w:rFonts w:cs="Times New Roman"/>
          <w:szCs w:val="28"/>
          <w:lang w:val="kk-KZ"/>
        </w:rPr>
      </w:pPr>
      <w:r w:rsidRPr="000C105B">
        <w:rPr>
          <w:rFonts w:cs="Times New Roman"/>
          <w:szCs w:val="28"/>
          <w:lang w:val="kk-KZ"/>
        </w:rPr>
        <w:t xml:space="preserve">Күтілетін нәтиже: </w:t>
      </w:r>
      <w:r w:rsidR="00932B38">
        <w:rPr>
          <w:rFonts w:cs="Times New Roman"/>
          <w:szCs w:val="28"/>
          <w:lang w:val="kk-KZ"/>
        </w:rPr>
        <w:t>ағылшын</w:t>
      </w:r>
      <w:r w:rsidRPr="000C105B">
        <w:rPr>
          <w:rFonts w:cs="Times New Roman"/>
          <w:szCs w:val="28"/>
          <w:lang w:val="kk-KZ"/>
        </w:rPr>
        <w:t xml:space="preserve"> тілді үйренуге қызығушылықтың артуы, сөздік қорының кеңеюі, тілдік кедергіні еңсеру және қарым-қатынас мәдениетіне құрметпен қарауды қалыптастыру.</w:t>
      </w:r>
    </w:p>
    <w:p w14:paraId="04BF61C3" w14:textId="016CB4FD" w:rsidR="00B9286B" w:rsidRPr="000C105B" w:rsidRDefault="00AB5B46" w:rsidP="003A58BF">
      <w:pPr>
        <w:pStyle w:val="31"/>
        <w:spacing w:before="0" w:after="0"/>
        <w:ind w:firstLine="709"/>
        <w:rPr>
          <w:rFonts w:cs="Times New Roman"/>
          <w:szCs w:val="28"/>
          <w:lang w:val="kk-KZ"/>
        </w:rPr>
      </w:pPr>
      <w:r w:rsidRPr="000C105B">
        <w:rPr>
          <w:rFonts w:cs="Times New Roman"/>
          <w:szCs w:val="28"/>
          <w:lang w:val="kk-KZ"/>
        </w:rPr>
        <w:t xml:space="preserve">Сөйлеу практикасы және коммуникативтік жағдаяттар </w:t>
      </w:r>
    </w:p>
    <w:p w14:paraId="134E83A9" w14:textId="170A480D" w:rsidR="00903072" w:rsidRPr="000C105B" w:rsidRDefault="00903072" w:rsidP="003A58BF">
      <w:pPr>
        <w:jc w:val="both"/>
        <w:rPr>
          <w:rFonts w:cs="Times New Roman"/>
          <w:szCs w:val="28"/>
          <w:lang w:val="kk-KZ"/>
        </w:rPr>
      </w:pPr>
      <w:r w:rsidRPr="000C105B">
        <w:rPr>
          <w:rStyle w:val="ypks7kbdpwfgdykd3qb9"/>
          <w:rFonts w:cs="Times New Roman"/>
          <w:szCs w:val="28"/>
          <w:lang w:val="kk-KZ"/>
        </w:rPr>
        <w:t>негізгі</w:t>
      </w:r>
      <w:r w:rsidRPr="000C105B">
        <w:rPr>
          <w:rFonts w:cs="Times New Roman"/>
          <w:szCs w:val="28"/>
          <w:lang w:val="kk-KZ"/>
        </w:rPr>
        <w:t xml:space="preserve"> </w:t>
      </w:r>
      <w:r w:rsidRPr="000C105B">
        <w:rPr>
          <w:rStyle w:val="ypks7kbdpwfgdykd3qb9"/>
          <w:rFonts w:cs="Times New Roman"/>
          <w:szCs w:val="28"/>
          <w:lang w:val="kk-KZ"/>
        </w:rPr>
        <w:t>сөйлесу</w:t>
      </w:r>
      <w:r w:rsidRPr="000C105B">
        <w:rPr>
          <w:rFonts w:cs="Times New Roman"/>
          <w:szCs w:val="28"/>
          <w:lang w:val="kk-KZ"/>
        </w:rPr>
        <w:t xml:space="preserve"> </w:t>
      </w:r>
      <w:r w:rsidRPr="000C105B">
        <w:rPr>
          <w:rStyle w:val="ypks7kbdpwfgdykd3qb9"/>
          <w:rFonts w:cs="Times New Roman"/>
          <w:szCs w:val="28"/>
          <w:lang w:val="kk-KZ"/>
        </w:rPr>
        <w:t>тәжірибесін,</w:t>
      </w:r>
      <w:r w:rsidRPr="000C105B">
        <w:rPr>
          <w:rFonts w:cs="Times New Roman"/>
          <w:szCs w:val="28"/>
          <w:lang w:val="kk-KZ"/>
        </w:rPr>
        <w:t xml:space="preserve"> </w:t>
      </w:r>
      <w:r w:rsidRPr="000C105B">
        <w:rPr>
          <w:rStyle w:val="ypks7kbdpwfgdykd3qb9"/>
          <w:rFonts w:cs="Times New Roman"/>
          <w:szCs w:val="28"/>
          <w:lang w:val="kk-KZ"/>
        </w:rPr>
        <w:t>қарым</w:t>
      </w:r>
      <w:r w:rsidRPr="000C105B">
        <w:rPr>
          <w:rFonts w:cs="Times New Roman"/>
          <w:szCs w:val="28"/>
          <w:lang w:val="kk-KZ"/>
        </w:rPr>
        <w:t xml:space="preserve">-қатынасқа деген </w:t>
      </w:r>
      <w:r w:rsidRPr="000C105B">
        <w:rPr>
          <w:rStyle w:val="ypks7kbdpwfgdykd3qb9"/>
          <w:rFonts w:cs="Times New Roman"/>
          <w:szCs w:val="28"/>
          <w:lang w:val="kk-KZ"/>
        </w:rPr>
        <w:t>сенімділікті</w:t>
      </w:r>
      <w:r w:rsidRPr="000C105B">
        <w:rPr>
          <w:rFonts w:cs="Times New Roman"/>
          <w:szCs w:val="28"/>
          <w:lang w:val="kk-KZ"/>
        </w:rPr>
        <w:t xml:space="preserve">, </w:t>
      </w:r>
      <w:r w:rsidRPr="000C105B">
        <w:rPr>
          <w:rStyle w:val="ypks7kbdpwfgdykd3qb9"/>
          <w:rFonts w:cs="Times New Roman"/>
          <w:szCs w:val="28"/>
          <w:lang w:val="kk-KZ"/>
        </w:rPr>
        <w:t>танысу,</w:t>
      </w:r>
      <w:r w:rsidRPr="000C105B">
        <w:rPr>
          <w:rFonts w:cs="Times New Roman"/>
          <w:szCs w:val="28"/>
          <w:lang w:val="kk-KZ"/>
        </w:rPr>
        <w:t xml:space="preserve"> </w:t>
      </w:r>
      <w:r w:rsidRPr="000C105B">
        <w:rPr>
          <w:rStyle w:val="ypks7kbdpwfgdykd3qb9"/>
          <w:rFonts w:cs="Times New Roman"/>
          <w:szCs w:val="28"/>
          <w:lang w:val="kk-KZ"/>
        </w:rPr>
        <w:t>өтініш білдіру,</w:t>
      </w:r>
      <w:r w:rsidRPr="000C105B">
        <w:rPr>
          <w:rFonts w:cs="Times New Roman"/>
          <w:szCs w:val="28"/>
          <w:lang w:val="kk-KZ"/>
        </w:rPr>
        <w:t xml:space="preserve"> </w:t>
      </w:r>
      <w:r w:rsidRPr="000C105B">
        <w:rPr>
          <w:rStyle w:val="ypks7kbdpwfgdykd3qb9"/>
          <w:rFonts w:cs="Times New Roman"/>
          <w:szCs w:val="28"/>
          <w:lang w:val="kk-KZ"/>
        </w:rPr>
        <w:t>алғыс</w:t>
      </w:r>
      <w:r w:rsidRPr="000C105B">
        <w:rPr>
          <w:rFonts w:cs="Times New Roman"/>
          <w:szCs w:val="28"/>
          <w:lang w:val="kk-KZ"/>
        </w:rPr>
        <w:t xml:space="preserve"> айту</w:t>
      </w:r>
      <w:r w:rsidRPr="000C105B">
        <w:rPr>
          <w:rStyle w:val="ypks7kbdpwfgdykd3qb9"/>
          <w:rFonts w:cs="Times New Roman"/>
          <w:szCs w:val="28"/>
          <w:lang w:val="kk-KZ"/>
        </w:rPr>
        <w:t>,</w:t>
      </w:r>
      <w:r w:rsidRPr="000C105B">
        <w:rPr>
          <w:rFonts w:cs="Times New Roman"/>
          <w:szCs w:val="28"/>
          <w:lang w:val="kk-KZ"/>
        </w:rPr>
        <w:t xml:space="preserve"> </w:t>
      </w:r>
      <w:r w:rsidRPr="000C105B">
        <w:rPr>
          <w:rStyle w:val="ypks7kbdpwfgdykd3qb9"/>
          <w:rFonts w:cs="Times New Roman"/>
          <w:szCs w:val="28"/>
          <w:lang w:val="kk-KZ"/>
        </w:rPr>
        <w:t>бірлескен</w:t>
      </w:r>
      <w:r w:rsidRPr="000C105B">
        <w:rPr>
          <w:rFonts w:cs="Times New Roman"/>
          <w:szCs w:val="28"/>
          <w:lang w:val="kk-KZ"/>
        </w:rPr>
        <w:t xml:space="preserve"> </w:t>
      </w:r>
      <w:r w:rsidRPr="000C105B">
        <w:rPr>
          <w:rStyle w:val="ypks7kbdpwfgdykd3qb9"/>
          <w:rFonts w:cs="Times New Roman"/>
          <w:szCs w:val="28"/>
          <w:lang w:val="kk-KZ"/>
        </w:rPr>
        <w:t>ойын,</w:t>
      </w:r>
      <w:r w:rsidRPr="000C105B">
        <w:rPr>
          <w:rFonts w:cs="Times New Roman"/>
          <w:szCs w:val="28"/>
          <w:lang w:val="kk-KZ"/>
        </w:rPr>
        <w:t xml:space="preserve"> </w:t>
      </w:r>
      <w:r w:rsidRPr="000C105B">
        <w:rPr>
          <w:rStyle w:val="ypks7kbdpwfgdykd3qb9"/>
          <w:rFonts w:cs="Times New Roman"/>
          <w:szCs w:val="28"/>
          <w:lang w:val="kk-KZ"/>
        </w:rPr>
        <w:t>топтық</w:t>
      </w:r>
      <w:r w:rsidRPr="000C105B">
        <w:rPr>
          <w:rFonts w:cs="Times New Roman"/>
          <w:szCs w:val="28"/>
          <w:lang w:val="kk-KZ"/>
        </w:rPr>
        <w:t xml:space="preserve"> </w:t>
      </w:r>
      <w:r w:rsidRPr="000C105B">
        <w:rPr>
          <w:rStyle w:val="ypks7kbdpwfgdykd3qb9"/>
          <w:rFonts w:cs="Times New Roman"/>
          <w:szCs w:val="28"/>
          <w:lang w:val="kk-KZ"/>
        </w:rPr>
        <w:t>жұмыс,</w:t>
      </w:r>
      <w:r w:rsidRPr="000C105B">
        <w:rPr>
          <w:rFonts w:cs="Times New Roman"/>
          <w:szCs w:val="28"/>
          <w:lang w:val="kk-KZ"/>
        </w:rPr>
        <w:t xml:space="preserve"> </w:t>
      </w:r>
      <w:r w:rsidR="00932B38">
        <w:rPr>
          <w:rFonts w:cs="Times New Roman"/>
          <w:szCs w:val="28"/>
          <w:lang w:val="kk-KZ"/>
        </w:rPr>
        <w:t>БСЛ</w:t>
      </w:r>
      <w:r w:rsidRPr="000C105B">
        <w:rPr>
          <w:rFonts w:cs="Times New Roman"/>
          <w:szCs w:val="28"/>
          <w:lang w:val="kk-KZ"/>
        </w:rPr>
        <w:t xml:space="preserve"> </w:t>
      </w:r>
      <w:r w:rsidRPr="000C105B">
        <w:rPr>
          <w:rStyle w:val="ypks7kbdpwfgdykd3qb9"/>
          <w:rFonts w:cs="Times New Roman"/>
          <w:szCs w:val="28"/>
          <w:lang w:val="kk-KZ"/>
        </w:rPr>
        <w:t>өміріндегі</w:t>
      </w:r>
      <w:r w:rsidRPr="000C105B">
        <w:rPr>
          <w:rFonts w:cs="Times New Roman"/>
          <w:szCs w:val="28"/>
          <w:lang w:val="kk-KZ"/>
        </w:rPr>
        <w:t xml:space="preserve"> </w:t>
      </w:r>
      <w:r w:rsidRPr="000C105B">
        <w:rPr>
          <w:rStyle w:val="ypks7kbdpwfgdykd3qb9"/>
          <w:rFonts w:cs="Times New Roman"/>
          <w:szCs w:val="28"/>
          <w:lang w:val="kk-KZ"/>
        </w:rPr>
        <w:t>заттарды,</w:t>
      </w:r>
      <w:r w:rsidRPr="000C105B">
        <w:rPr>
          <w:rFonts w:cs="Times New Roman"/>
          <w:szCs w:val="28"/>
          <w:lang w:val="kk-KZ"/>
        </w:rPr>
        <w:t xml:space="preserve"> </w:t>
      </w:r>
      <w:r w:rsidRPr="000C105B">
        <w:rPr>
          <w:rStyle w:val="ypks7kbdpwfgdykd3qb9"/>
          <w:rFonts w:cs="Times New Roman"/>
          <w:szCs w:val="28"/>
          <w:lang w:val="kk-KZ"/>
        </w:rPr>
        <w:t>әрекеттерді,</w:t>
      </w:r>
      <w:r w:rsidRPr="000C105B">
        <w:rPr>
          <w:rFonts w:cs="Times New Roman"/>
          <w:szCs w:val="28"/>
          <w:lang w:val="kk-KZ"/>
        </w:rPr>
        <w:t xml:space="preserve"> </w:t>
      </w:r>
      <w:r w:rsidRPr="000C105B">
        <w:rPr>
          <w:rStyle w:val="ypks7kbdpwfgdykd3qb9"/>
          <w:rFonts w:cs="Times New Roman"/>
          <w:szCs w:val="28"/>
          <w:lang w:val="kk-KZ"/>
        </w:rPr>
        <w:t>эмоциялар</w:t>
      </w:r>
      <w:r w:rsidRPr="000C105B">
        <w:rPr>
          <w:rFonts w:cs="Times New Roman"/>
          <w:szCs w:val="28"/>
          <w:lang w:val="kk-KZ"/>
        </w:rPr>
        <w:t xml:space="preserve"> </w:t>
      </w:r>
      <w:r w:rsidRPr="000C105B">
        <w:rPr>
          <w:rStyle w:val="ypks7kbdpwfgdykd3qb9"/>
          <w:rFonts w:cs="Times New Roman"/>
          <w:szCs w:val="28"/>
          <w:lang w:val="kk-KZ"/>
        </w:rPr>
        <w:t>мен</w:t>
      </w:r>
      <w:r w:rsidRPr="000C105B">
        <w:rPr>
          <w:rFonts w:cs="Times New Roman"/>
          <w:szCs w:val="28"/>
          <w:lang w:val="kk-KZ"/>
        </w:rPr>
        <w:t xml:space="preserve"> </w:t>
      </w:r>
      <w:r w:rsidRPr="000C105B">
        <w:rPr>
          <w:rStyle w:val="ypks7kbdpwfgdykd3qb9"/>
          <w:rFonts w:cs="Times New Roman"/>
          <w:szCs w:val="28"/>
          <w:lang w:val="kk-KZ"/>
        </w:rPr>
        <w:t>оқиғаларды</w:t>
      </w:r>
      <w:r w:rsidRPr="000C105B">
        <w:rPr>
          <w:rFonts w:cs="Times New Roman"/>
          <w:szCs w:val="28"/>
          <w:lang w:val="kk-KZ"/>
        </w:rPr>
        <w:t xml:space="preserve"> </w:t>
      </w:r>
      <w:r w:rsidRPr="000C105B">
        <w:rPr>
          <w:rStyle w:val="ypks7kbdpwfgdykd3qb9"/>
          <w:rFonts w:cs="Times New Roman"/>
          <w:szCs w:val="28"/>
          <w:lang w:val="kk-KZ"/>
        </w:rPr>
        <w:t>сипаттау</w:t>
      </w:r>
      <w:r w:rsidRPr="000C105B">
        <w:rPr>
          <w:rFonts w:cs="Times New Roman"/>
          <w:szCs w:val="28"/>
          <w:lang w:val="kk-KZ"/>
        </w:rPr>
        <w:t xml:space="preserve"> </w:t>
      </w:r>
      <w:r w:rsidRPr="000C105B">
        <w:rPr>
          <w:rStyle w:val="ypks7kbdpwfgdykd3qb9"/>
          <w:rFonts w:cs="Times New Roman"/>
          <w:szCs w:val="28"/>
          <w:lang w:val="kk-KZ"/>
        </w:rPr>
        <w:t>жағдайларында</w:t>
      </w:r>
      <w:r w:rsidRPr="000C105B">
        <w:rPr>
          <w:rFonts w:cs="Times New Roman"/>
          <w:szCs w:val="28"/>
          <w:lang w:val="kk-KZ"/>
        </w:rPr>
        <w:t xml:space="preserve"> </w:t>
      </w:r>
      <w:r w:rsidR="00932B38">
        <w:rPr>
          <w:rStyle w:val="ypks7kbdpwfgdykd3qb9"/>
          <w:rFonts w:cs="Times New Roman"/>
          <w:szCs w:val="28"/>
          <w:lang w:val="kk-KZ"/>
        </w:rPr>
        <w:t>ағылшын</w:t>
      </w:r>
      <w:r w:rsidRPr="000C105B">
        <w:rPr>
          <w:rFonts w:cs="Times New Roman"/>
          <w:szCs w:val="28"/>
          <w:lang w:val="kk-KZ"/>
        </w:rPr>
        <w:t xml:space="preserve"> </w:t>
      </w:r>
      <w:r w:rsidRPr="000C105B">
        <w:rPr>
          <w:rStyle w:val="ypks7kbdpwfgdykd3qb9"/>
          <w:rFonts w:cs="Times New Roman"/>
          <w:szCs w:val="28"/>
          <w:lang w:val="kk-KZ"/>
        </w:rPr>
        <w:t>тілді</w:t>
      </w:r>
      <w:r w:rsidRPr="000C105B">
        <w:rPr>
          <w:rFonts w:cs="Times New Roman"/>
          <w:szCs w:val="28"/>
          <w:lang w:val="kk-KZ"/>
        </w:rPr>
        <w:t xml:space="preserve"> </w:t>
      </w:r>
      <w:r w:rsidRPr="000C105B">
        <w:rPr>
          <w:rStyle w:val="ypks7kbdpwfgdykd3qb9"/>
          <w:rFonts w:cs="Times New Roman"/>
          <w:szCs w:val="28"/>
          <w:lang w:val="kk-KZ"/>
        </w:rPr>
        <w:t>қолдана</w:t>
      </w:r>
      <w:r w:rsidRPr="000C105B">
        <w:rPr>
          <w:rFonts w:cs="Times New Roman"/>
          <w:szCs w:val="28"/>
          <w:lang w:val="kk-KZ"/>
        </w:rPr>
        <w:t xml:space="preserve"> </w:t>
      </w:r>
      <w:r w:rsidRPr="000C105B">
        <w:rPr>
          <w:rStyle w:val="ypks7kbdpwfgdykd3qb9"/>
          <w:rFonts w:cs="Times New Roman"/>
          <w:szCs w:val="28"/>
          <w:lang w:val="kk-KZ"/>
        </w:rPr>
        <w:t>білуге</w:t>
      </w:r>
      <w:r w:rsidRPr="000C105B">
        <w:rPr>
          <w:rFonts w:cs="Times New Roman"/>
          <w:szCs w:val="28"/>
          <w:lang w:val="kk-KZ"/>
        </w:rPr>
        <w:t xml:space="preserve"> </w:t>
      </w:r>
      <w:r w:rsidRPr="000C105B">
        <w:rPr>
          <w:rStyle w:val="ypks7kbdpwfgdykd3qb9"/>
          <w:rFonts w:cs="Times New Roman"/>
          <w:szCs w:val="28"/>
          <w:lang w:val="kk-KZ"/>
        </w:rPr>
        <w:t>бағытталған</w:t>
      </w:r>
      <w:r w:rsidRPr="000C105B">
        <w:rPr>
          <w:rFonts w:cs="Times New Roman"/>
          <w:szCs w:val="28"/>
          <w:lang w:val="kk-KZ"/>
        </w:rPr>
        <w:t>.</w:t>
      </w:r>
    </w:p>
    <w:p w14:paraId="49A8FC6E" w14:textId="2C273242" w:rsidR="00903072" w:rsidRPr="000C105B" w:rsidRDefault="00903072" w:rsidP="003A58BF">
      <w:pPr>
        <w:jc w:val="both"/>
        <w:rPr>
          <w:rFonts w:cs="Times New Roman"/>
          <w:szCs w:val="28"/>
          <w:lang w:val="kk-KZ"/>
        </w:rPr>
      </w:pPr>
      <w:r w:rsidRPr="000C105B">
        <w:rPr>
          <w:rFonts w:cs="Times New Roman"/>
          <w:szCs w:val="28"/>
          <w:lang w:val="kk-KZ"/>
        </w:rPr>
        <w:t xml:space="preserve">Іске асырудың ықтимал түрлері: сөйлеу клубтары, жұптық диалогтар, рөлдік ойындар, сұхбаттар, тілдік станциялар, коммуникативтік карточкалар, </w:t>
      </w:r>
      <w:r w:rsidRPr="000C105B">
        <w:rPr>
          <w:rFonts w:cs="Times New Roman"/>
          <w:szCs w:val="28"/>
          <w:lang w:val="kk-KZ"/>
        </w:rPr>
        <w:lastRenderedPageBreak/>
        <w:t>қысқа презентациялар, постерлер, «Кімді тап?» («</w:t>
      </w:r>
      <w:r w:rsidRPr="000C105B">
        <w:rPr>
          <w:rStyle w:val="ypks7kbdpwfgdykd3qb9"/>
          <w:rFonts w:cs="Times New Roman"/>
          <w:szCs w:val="28"/>
          <w:lang w:val="kk-KZ"/>
        </w:rPr>
        <w:t>Кім</w:t>
      </w:r>
      <w:r w:rsidRPr="000C105B">
        <w:rPr>
          <w:rFonts w:cs="Times New Roman"/>
          <w:szCs w:val="28"/>
          <w:lang w:val="kk-KZ"/>
        </w:rPr>
        <w:t xml:space="preserve"> екенін </w:t>
      </w:r>
      <w:r w:rsidRPr="000C105B">
        <w:rPr>
          <w:rStyle w:val="ypks7kbdpwfgdykd3qb9"/>
          <w:rFonts w:cs="Times New Roman"/>
          <w:szCs w:val="28"/>
          <w:lang w:val="kk-KZ"/>
        </w:rPr>
        <w:t>табыңыз</w:t>
      </w:r>
      <w:r w:rsidRPr="000C105B">
        <w:rPr>
          <w:rFonts w:cs="Times New Roman"/>
          <w:szCs w:val="28"/>
          <w:lang w:val="kk-KZ"/>
        </w:rPr>
        <w:t>...») ойыны, «Бір минуттық сұхбат», «</w:t>
      </w:r>
      <w:r w:rsidR="00932B38">
        <w:rPr>
          <w:rFonts w:cs="Times New Roman"/>
          <w:szCs w:val="28"/>
          <w:lang w:val="kk-KZ"/>
        </w:rPr>
        <w:t>БСЛ</w:t>
      </w:r>
      <w:r w:rsidRPr="000C105B">
        <w:rPr>
          <w:rFonts w:cs="Times New Roman"/>
          <w:szCs w:val="28"/>
          <w:lang w:val="kk-KZ"/>
        </w:rPr>
        <w:t xml:space="preserve"> тілшісі», «Бізді қоршаған </w:t>
      </w:r>
      <w:r w:rsidR="00932B38">
        <w:rPr>
          <w:rFonts w:cs="Times New Roman"/>
          <w:szCs w:val="28"/>
          <w:lang w:val="kk-KZ"/>
        </w:rPr>
        <w:t>ағылшын</w:t>
      </w:r>
      <w:r w:rsidRPr="000C105B">
        <w:rPr>
          <w:rFonts w:cs="Times New Roman"/>
          <w:szCs w:val="28"/>
          <w:lang w:val="kk-KZ"/>
        </w:rPr>
        <w:t xml:space="preserve"> тіл» квесті.</w:t>
      </w:r>
    </w:p>
    <w:p w14:paraId="31158BC6" w14:textId="13C28E4E" w:rsidR="00903072" w:rsidRPr="000C105B" w:rsidRDefault="00903072" w:rsidP="003A58BF">
      <w:pPr>
        <w:jc w:val="both"/>
        <w:rPr>
          <w:rFonts w:cs="Times New Roman"/>
          <w:szCs w:val="28"/>
          <w:lang w:val="kk-KZ"/>
        </w:rPr>
      </w:pPr>
      <w:r w:rsidRPr="000C105B">
        <w:rPr>
          <w:rFonts w:cs="Times New Roman"/>
          <w:szCs w:val="28"/>
          <w:lang w:val="kk-KZ"/>
        </w:rPr>
        <w:t xml:space="preserve">Күтілетін нәтиже: </w:t>
      </w:r>
      <w:r w:rsidR="009D55B3">
        <w:rPr>
          <w:rFonts w:cs="Times New Roman"/>
          <w:szCs w:val="28"/>
          <w:lang w:val="kk-KZ"/>
        </w:rPr>
        <w:t>ағылшын</w:t>
      </w:r>
      <w:r w:rsidRPr="000C105B">
        <w:rPr>
          <w:rFonts w:cs="Times New Roman"/>
          <w:szCs w:val="28"/>
          <w:lang w:val="kk-KZ"/>
        </w:rPr>
        <w:t xml:space="preserve"> тілде қарапайым қарым-қатынас дағдыларының дамуы, ауызша сөйлеудегі сенімділіктің артуы және тілді үйренуге оң көзқарастың қалыптасуы.</w:t>
      </w:r>
    </w:p>
    <w:p w14:paraId="7938662E" w14:textId="0238EDDA" w:rsidR="00B9286B" w:rsidRPr="000C105B" w:rsidRDefault="007F36E7" w:rsidP="003A58BF">
      <w:pPr>
        <w:pStyle w:val="31"/>
        <w:spacing w:before="0" w:after="0"/>
        <w:ind w:firstLine="709"/>
        <w:rPr>
          <w:rFonts w:cs="Times New Roman"/>
          <w:szCs w:val="28"/>
          <w:lang w:val="kk-KZ"/>
        </w:rPr>
      </w:pPr>
      <w:r w:rsidRPr="000C105B">
        <w:rPr>
          <w:rFonts w:cs="Times New Roman"/>
          <w:szCs w:val="28"/>
          <w:lang w:val="kk-KZ"/>
        </w:rPr>
        <w:t xml:space="preserve">Таңдалған тілдің әлеуметтік-мәдени мазмұны </w:t>
      </w:r>
    </w:p>
    <w:p w14:paraId="55B2BEE2" w14:textId="3DBF9260" w:rsidR="007F36E7" w:rsidRPr="000C105B" w:rsidRDefault="007F36E7" w:rsidP="003A58BF">
      <w:pPr>
        <w:jc w:val="both"/>
        <w:rPr>
          <w:rFonts w:cs="Times New Roman"/>
          <w:szCs w:val="28"/>
          <w:lang w:val="kk-KZ"/>
        </w:rPr>
      </w:pPr>
      <w:r w:rsidRPr="000C105B">
        <w:rPr>
          <w:rFonts w:cs="Times New Roman"/>
          <w:szCs w:val="28"/>
          <w:lang w:val="kk-KZ"/>
        </w:rPr>
        <w:t xml:space="preserve"> </w:t>
      </w:r>
      <w:r w:rsidR="009D55B3">
        <w:rPr>
          <w:rFonts w:cs="Times New Roman"/>
          <w:szCs w:val="28"/>
          <w:lang w:val="kk-KZ"/>
        </w:rPr>
        <w:t>Ағылшын</w:t>
      </w:r>
      <w:r w:rsidRPr="000C105B">
        <w:rPr>
          <w:rFonts w:cs="Times New Roman"/>
          <w:szCs w:val="28"/>
          <w:lang w:val="kk-KZ"/>
        </w:rPr>
        <w:t xml:space="preserve"> тілмен байланысты қарым-қатынас мәдениетімен, дәстүрлермен, сөйлеу этикетімен, күнделікті жағда</w:t>
      </w:r>
      <w:r w:rsidR="006139A5" w:rsidRPr="000C105B">
        <w:rPr>
          <w:rFonts w:cs="Times New Roman"/>
          <w:szCs w:val="28"/>
          <w:lang w:val="kk-KZ"/>
        </w:rPr>
        <w:t>йлармен</w:t>
      </w:r>
      <w:r w:rsidRPr="000C105B">
        <w:rPr>
          <w:rFonts w:cs="Times New Roman"/>
          <w:szCs w:val="28"/>
          <w:lang w:val="kk-KZ"/>
        </w:rPr>
        <w:t>, рәміздермен, әндермен, балалар ойындарымен, әңгімелермен және мәдени ерекшеліктермен таныстыруға бағытталған.</w:t>
      </w:r>
    </w:p>
    <w:p w14:paraId="7021E55E" w14:textId="2B3EFA2F" w:rsidR="007F36E7" w:rsidRPr="000C105B" w:rsidRDefault="007F36E7" w:rsidP="003A58BF">
      <w:pPr>
        <w:jc w:val="both"/>
        <w:rPr>
          <w:rFonts w:cs="Times New Roman"/>
          <w:szCs w:val="28"/>
          <w:lang w:val="kk-KZ"/>
        </w:rPr>
      </w:pPr>
      <w:r w:rsidRPr="000C105B">
        <w:rPr>
          <w:rFonts w:cs="Times New Roman"/>
          <w:szCs w:val="28"/>
          <w:lang w:val="kk-KZ"/>
        </w:rPr>
        <w:t>Іске асырудың ықтимал түрлері: мәдениет картасы, тілдік викторина, ән және ойын тапсырмалары, шығармашылық шеберхана, тұрмыстық жағда</w:t>
      </w:r>
      <w:r w:rsidR="00BC2F4B" w:rsidRPr="000C105B">
        <w:rPr>
          <w:rFonts w:cs="Times New Roman"/>
          <w:szCs w:val="28"/>
          <w:lang w:val="kk-KZ"/>
        </w:rPr>
        <w:t>йлармен</w:t>
      </w:r>
      <w:r w:rsidRPr="000C105B">
        <w:rPr>
          <w:rFonts w:cs="Times New Roman"/>
          <w:szCs w:val="28"/>
          <w:lang w:val="kk-KZ"/>
        </w:rPr>
        <w:t xml:space="preserve"> сахналау, сөйлеу </w:t>
      </w:r>
      <w:r w:rsidR="00BC2F4B" w:rsidRPr="000C105B">
        <w:rPr>
          <w:rFonts w:cs="Times New Roman"/>
          <w:szCs w:val="28"/>
          <w:lang w:val="kk-KZ"/>
        </w:rPr>
        <w:t>әдеб</w:t>
      </w:r>
      <w:r w:rsidRPr="000C105B">
        <w:rPr>
          <w:rFonts w:cs="Times New Roman"/>
          <w:szCs w:val="28"/>
          <w:lang w:val="kk-KZ"/>
        </w:rPr>
        <w:t>і карточкалары, «</w:t>
      </w:r>
      <w:r w:rsidR="009D55B3">
        <w:rPr>
          <w:rFonts w:cs="Times New Roman"/>
          <w:szCs w:val="28"/>
          <w:lang w:val="kk-KZ"/>
        </w:rPr>
        <w:t>ағылшын</w:t>
      </w:r>
      <w:r w:rsidRPr="000C105B">
        <w:rPr>
          <w:rFonts w:cs="Times New Roman"/>
          <w:szCs w:val="28"/>
          <w:lang w:val="kk-KZ"/>
        </w:rPr>
        <w:t xml:space="preserve"> тілдегі қарым-қатынас мәдениеті» шағын жобасы, станциялар бойынша тілдік маршрут.</w:t>
      </w:r>
    </w:p>
    <w:p w14:paraId="131D616E" w14:textId="6EB5AF85" w:rsidR="007F36E7" w:rsidRPr="000C105B" w:rsidRDefault="007F36E7" w:rsidP="003A58BF">
      <w:pPr>
        <w:jc w:val="both"/>
        <w:rPr>
          <w:rFonts w:cs="Times New Roman"/>
          <w:szCs w:val="28"/>
          <w:lang w:val="kk-KZ"/>
        </w:rPr>
      </w:pPr>
      <w:r w:rsidRPr="000C105B">
        <w:rPr>
          <w:rFonts w:cs="Times New Roman"/>
          <w:szCs w:val="28"/>
          <w:lang w:val="kk-KZ"/>
        </w:rPr>
        <w:t xml:space="preserve">Күтілетін нәтиже: </w:t>
      </w:r>
      <w:r w:rsidR="009D55B3">
        <w:rPr>
          <w:rFonts w:cs="Times New Roman"/>
          <w:szCs w:val="28"/>
          <w:lang w:val="kk-KZ"/>
        </w:rPr>
        <w:t>ағылшын</w:t>
      </w:r>
      <w:r w:rsidRPr="000C105B">
        <w:rPr>
          <w:rFonts w:cs="Times New Roman"/>
          <w:szCs w:val="28"/>
          <w:lang w:val="kk-KZ"/>
        </w:rPr>
        <w:t xml:space="preserve"> тілдің мәдени контекстін түсіну, тіл мәдениетіне және сөйлеу мінез-құлық нормаларына құрметпен қарау дағдысының қалыптасуы.</w:t>
      </w:r>
    </w:p>
    <w:p w14:paraId="01F03DCC" w14:textId="104D7047" w:rsidR="00B9286B" w:rsidRPr="000C105B" w:rsidRDefault="007F36E7" w:rsidP="003A58BF">
      <w:pPr>
        <w:pStyle w:val="31"/>
        <w:spacing w:before="0" w:after="0"/>
        <w:ind w:firstLine="709"/>
        <w:rPr>
          <w:rFonts w:cs="Times New Roman"/>
          <w:szCs w:val="28"/>
          <w:lang w:val="kk-KZ"/>
        </w:rPr>
      </w:pPr>
      <w:r w:rsidRPr="000C105B">
        <w:rPr>
          <w:rFonts w:cs="Times New Roman"/>
          <w:szCs w:val="28"/>
          <w:lang w:val="kk-KZ"/>
        </w:rPr>
        <w:t xml:space="preserve">Шығармашылық тілдік қызмет </w:t>
      </w:r>
    </w:p>
    <w:p w14:paraId="32299712" w14:textId="5B3E18C6" w:rsidR="007F36E7" w:rsidRPr="000C105B" w:rsidRDefault="006A45ED" w:rsidP="003A58BF">
      <w:pPr>
        <w:jc w:val="both"/>
        <w:rPr>
          <w:rFonts w:cs="Times New Roman"/>
          <w:szCs w:val="28"/>
          <w:lang w:val="kk-KZ"/>
        </w:rPr>
      </w:pPr>
      <w:r w:rsidRPr="000C105B">
        <w:rPr>
          <w:rFonts w:cs="Times New Roman"/>
          <w:szCs w:val="28"/>
          <w:lang w:val="kk-KZ"/>
        </w:rPr>
        <w:t xml:space="preserve"> </w:t>
      </w:r>
      <w:r w:rsidR="009D55B3">
        <w:rPr>
          <w:rFonts w:cs="Times New Roman"/>
          <w:szCs w:val="28"/>
          <w:lang w:val="kk-KZ"/>
        </w:rPr>
        <w:t>Ағылшын</w:t>
      </w:r>
      <w:r w:rsidR="007F36E7" w:rsidRPr="000C105B">
        <w:rPr>
          <w:rFonts w:cs="Times New Roman"/>
          <w:szCs w:val="28"/>
          <w:lang w:val="kk-KZ"/>
        </w:rPr>
        <w:t xml:space="preserve"> тілді шығармашылықта, сахналық қойылымдарда, ән айтуда, сурет салуда, плакат жасауда, шағын спектакльдерде, сторителлингте, ойында және ұжымдық нәтижені ұсынуда қолдануға бағытталған.</w:t>
      </w:r>
    </w:p>
    <w:p w14:paraId="60060147" w14:textId="3E816EA7" w:rsidR="007F36E7" w:rsidRPr="000C105B" w:rsidRDefault="007F36E7" w:rsidP="003A58BF">
      <w:pPr>
        <w:jc w:val="both"/>
        <w:rPr>
          <w:rFonts w:cs="Times New Roman"/>
          <w:szCs w:val="28"/>
          <w:lang w:val="kk-KZ"/>
        </w:rPr>
      </w:pPr>
      <w:r w:rsidRPr="000C105B">
        <w:rPr>
          <w:rFonts w:cs="Times New Roman"/>
          <w:szCs w:val="28"/>
          <w:lang w:val="kk-KZ"/>
        </w:rPr>
        <w:t>Іске асырудың ықтимал түрлері: тілдік театр, ән шеберханасы, қысқа көріністерді дыбыстау, комикс, ашық хат, плакат немесе</w:t>
      </w:r>
      <w:r w:rsidR="009D55B3">
        <w:rPr>
          <w:rFonts w:cs="Times New Roman"/>
          <w:szCs w:val="28"/>
          <w:lang w:val="kk-KZ"/>
        </w:rPr>
        <w:t xml:space="preserve"> ағылшын</w:t>
      </w:r>
      <w:r w:rsidRPr="000C105B">
        <w:rPr>
          <w:rFonts w:cs="Times New Roman"/>
          <w:szCs w:val="28"/>
          <w:lang w:val="kk-KZ"/>
        </w:rPr>
        <w:t xml:space="preserve"> тілде шағын кітап жасау, жаңылтпаштар сайысы, шығармашылық </w:t>
      </w:r>
      <w:r w:rsidR="00956CBF" w:rsidRPr="000C105B">
        <w:rPr>
          <w:rFonts w:cs="Times New Roman"/>
          <w:szCs w:val="28"/>
          <w:lang w:val="kk-KZ"/>
        </w:rPr>
        <w:t>қойылым</w:t>
      </w:r>
      <w:r w:rsidRPr="000C105B">
        <w:rPr>
          <w:rFonts w:cs="Times New Roman"/>
          <w:szCs w:val="28"/>
          <w:lang w:val="kk-KZ"/>
        </w:rPr>
        <w:t>, командалық сторителлинг, «</w:t>
      </w:r>
      <w:r w:rsidR="009D55B3">
        <w:rPr>
          <w:rFonts w:cs="Times New Roman"/>
          <w:szCs w:val="28"/>
          <w:lang w:val="kk-KZ"/>
        </w:rPr>
        <w:t>БСЛ</w:t>
      </w:r>
      <w:r w:rsidRPr="000C105B">
        <w:rPr>
          <w:rFonts w:cs="Times New Roman"/>
          <w:szCs w:val="28"/>
          <w:lang w:val="kk-KZ"/>
        </w:rPr>
        <w:t xml:space="preserve"> бір күн» сахналық қойылымы.</w:t>
      </w:r>
    </w:p>
    <w:p w14:paraId="61399BA5" w14:textId="74791656" w:rsidR="007F36E7" w:rsidRPr="000C105B" w:rsidRDefault="007F36E7" w:rsidP="003A58BF">
      <w:pPr>
        <w:jc w:val="both"/>
        <w:rPr>
          <w:rFonts w:cs="Times New Roman"/>
          <w:szCs w:val="28"/>
          <w:lang w:val="kk-KZ"/>
        </w:rPr>
      </w:pPr>
      <w:r w:rsidRPr="000C105B">
        <w:rPr>
          <w:rFonts w:cs="Times New Roman"/>
          <w:szCs w:val="28"/>
          <w:lang w:val="kk-KZ"/>
        </w:rPr>
        <w:t xml:space="preserve">Күтілетін нәтиже: </w:t>
      </w:r>
      <w:r w:rsidR="009D55B3">
        <w:rPr>
          <w:rFonts w:cs="Times New Roman"/>
          <w:szCs w:val="28"/>
          <w:lang w:val="kk-KZ"/>
        </w:rPr>
        <w:t>ағылшын</w:t>
      </w:r>
      <w:r w:rsidRPr="000C105B">
        <w:rPr>
          <w:rFonts w:cs="Times New Roman"/>
          <w:szCs w:val="28"/>
          <w:lang w:val="kk-KZ"/>
        </w:rPr>
        <w:t xml:space="preserve"> тілді шығармашылық тұрғыда қолдану дағдыларының дамуы, өзін-өзі білдіру қабілетінің артуы, командалық жұмыс және көпшілік алдында сөйлеу дағдыларының қалыптасуы.</w:t>
      </w:r>
    </w:p>
    <w:p w14:paraId="7F35F55C" w14:textId="10A3B7F6" w:rsidR="00B9286B" w:rsidRPr="000C105B" w:rsidRDefault="002554D0" w:rsidP="003A58BF">
      <w:pPr>
        <w:pStyle w:val="31"/>
        <w:spacing w:before="0" w:after="0"/>
        <w:ind w:firstLine="709"/>
        <w:rPr>
          <w:rFonts w:cs="Times New Roman"/>
          <w:szCs w:val="28"/>
          <w:lang w:val="kk-KZ"/>
        </w:rPr>
      </w:pPr>
      <w:r w:rsidRPr="000C105B">
        <w:rPr>
          <w:rFonts w:cs="Times New Roman"/>
          <w:szCs w:val="28"/>
          <w:lang w:val="kk-KZ"/>
        </w:rPr>
        <w:t xml:space="preserve">Тілдік медиажоба </w:t>
      </w:r>
    </w:p>
    <w:p w14:paraId="5662F9C4" w14:textId="4A04AC3D" w:rsidR="002554D0" w:rsidRPr="000C105B" w:rsidRDefault="002554D0" w:rsidP="003A58BF">
      <w:pPr>
        <w:jc w:val="both"/>
        <w:rPr>
          <w:rFonts w:cs="Times New Roman"/>
          <w:szCs w:val="28"/>
          <w:lang w:val="kk-KZ"/>
        </w:rPr>
      </w:pPr>
      <w:r w:rsidRPr="000C105B">
        <w:rPr>
          <w:rFonts w:cs="Times New Roman"/>
          <w:szCs w:val="28"/>
          <w:lang w:val="kk-KZ"/>
        </w:rPr>
        <w:t xml:space="preserve">қарапайым ақпараттық, шығармашылық немесе медиажобалық өнімді </w:t>
      </w:r>
      <w:r w:rsidR="009D55B3">
        <w:rPr>
          <w:rFonts w:cs="Times New Roman"/>
          <w:szCs w:val="28"/>
          <w:lang w:val="kk-KZ"/>
        </w:rPr>
        <w:t>ағылшын</w:t>
      </w:r>
      <w:r w:rsidRPr="000C105B">
        <w:rPr>
          <w:rFonts w:cs="Times New Roman"/>
          <w:szCs w:val="28"/>
          <w:lang w:val="kk-KZ"/>
        </w:rPr>
        <w:t xml:space="preserve"> тілде ұйымның қолжетімді құралдарын пайдалана отырып жасауға бағытталған.</w:t>
      </w:r>
    </w:p>
    <w:p w14:paraId="3BE6B561" w14:textId="46F34880" w:rsidR="002554D0" w:rsidRPr="000C105B" w:rsidRDefault="002554D0" w:rsidP="003A58BF">
      <w:pPr>
        <w:jc w:val="both"/>
        <w:rPr>
          <w:rFonts w:cs="Times New Roman"/>
          <w:szCs w:val="28"/>
          <w:lang w:val="kk-KZ"/>
        </w:rPr>
      </w:pPr>
      <w:r w:rsidRPr="000C105B">
        <w:rPr>
          <w:rFonts w:cs="Times New Roman"/>
          <w:szCs w:val="28"/>
          <w:lang w:val="kk-KZ"/>
        </w:rPr>
        <w:t xml:space="preserve">Іске асырудың ықтимал түрлері: </w:t>
      </w:r>
      <w:r w:rsidR="009D55B3">
        <w:rPr>
          <w:rFonts w:cs="Times New Roman"/>
          <w:szCs w:val="28"/>
          <w:lang w:val="kk-KZ"/>
        </w:rPr>
        <w:t>ағылшын</w:t>
      </w:r>
      <w:r w:rsidRPr="000C105B">
        <w:rPr>
          <w:rFonts w:cs="Times New Roman"/>
          <w:szCs w:val="28"/>
          <w:lang w:val="kk-KZ"/>
        </w:rPr>
        <w:t xml:space="preserve"> тілде жазылған ауысымның фотожылнамасы, жасақтың медиакүнделігі, сұхбаттар, аудиохабарламалар, подкаст, постер, шағын газет, қысқа бейнеролик, ақпараттық карточка, «Біздің </w:t>
      </w:r>
      <w:r w:rsidR="009D55B3">
        <w:rPr>
          <w:rFonts w:cs="Times New Roman"/>
          <w:szCs w:val="28"/>
          <w:lang w:val="kk-KZ"/>
        </w:rPr>
        <w:t>БСЛ</w:t>
      </w:r>
      <w:r w:rsidRPr="000C105B">
        <w:rPr>
          <w:rFonts w:cs="Times New Roman"/>
          <w:szCs w:val="28"/>
          <w:lang w:val="kk-KZ"/>
        </w:rPr>
        <w:t xml:space="preserve"> </w:t>
      </w:r>
      <w:r w:rsidR="009D55B3">
        <w:rPr>
          <w:rFonts w:cs="Times New Roman"/>
          <w:szCs w:val="28"/>
          <w:lang w:val="kk-KZ"/>
        </w:rPr>
        <w:t>ағылшын</w:t>
      </w:r>
      <w:r w:rsidR="009D55B3" w:rsidRPr="000C105B">
        <w:rPr>
          <w:rFonts w:cs="Times New Roman"/>
          <w:szCs w:val="28"/>
          <w:lang w:val="kk-KZ"/>
        </w:rPr>
        <w:t xml:space="preserve"> </w:t>
      </w:r>
      <w:r w:rsidRPr="000C105B">
        <w:rPr>
          <w:rFonts w:cs="Times New Roman"/>
          <w:szCs w:val="28"/>
          <w:lang w:val="kk-KZ"/>
        </w:rPr>
        <w:t xml:space="preserve">тілде» атты </w:t>
      </w:r>
      <w:r w:rsidR="003559E4" w:rsidRPr="000C105B">
        <w:rPr>
          <w:rFonts w:cs="Times New Roman"/>
          <w:szCs w:val="28"/>
          <w:lang w:val="kk-KZ"/>
        </w:rPr>
        <w:t>қойылым көрінісі</w:t>
      </w:r>
      <w:r w:rsidRPr="000C105B">
        <w:rPr>
          <w:rFonts w:cs="Times New Roman"/>
          <w:szCs w:val="28"/>
          <w:lang w:val="kk-KZ"/>
        </w:rPr>
        <w:t>.</w:t>
      </w:r>
    </w:p>
    <w:p w14:paraId="0ABAC19C" w14:textId="224B6D1C" w:rsidR="002554D0" w:rsidRPr="000C105B" w:rsidRDefault="002554D0" w:rsidP="003A58BF">
      <w:pPr>
        <w:jc w:val="both"/>
        <w:rPr>
          <w:rFonts w:cs="Times New Roman"/>
          <w:szCs w:val="28"/>
          <w:lang w:val="kk-KZ"/>
        </w:rPr>
      </w:pPr>
      <w:r w:rsidRPr="000C105B">
        <w:rPr>
          <w:rFonts w:cs="Times New Roman"/>
          <w:szCs w:val="28"/>
          <w:lang w:val="kk-KZ"/>
        </w:rPr>
        <w:t xml:space="preserve">Күтілетін нәтиже: </w:t>
      </w:r>
      <w:r w:rsidR="009D55B3">
        <w:rPr>
          <w:rFonts w:cs="Times New Roman"/>
          <w:szCs w:val="28"/>
          <w:lang w:val="kk-KZ"/>
        </w:rPr>
        <w:t>ағылшын</w:t>
      </w:r>
      <w:r w:rsidR="009D55B3" w:rsidRPr="000C105B">
        <w:rPr>
          <w:rFonts w:cs="Times New Roman"/>
          <w:szCs w:val="28"/>
          <w:lang w:val="kk-KZ"/>
        </w:rPr>
        <w:t xml:space="preserve"> </w:t>
      </w:r>
      <w:r w:rsidRPr="000C105B">
        <w:rPr>
          <w:rFonts w:cs="Times New Roman"/>
          <w:szCs w:val="28"/>
          <w:lang w:val="kk-KZ"/>
        </w:rPr>
        <w:t>тілді қарапайым ақпараттық өнім жасау, идеяны ұсыну және командалық таныстырылым жасау үшін қолдану дағдыларының дамуы.</w:t>
      </w:r>
    </w:p>
    <w:p w14:paraId="2AA319CA" w14:textId="77777777" w:rsidR="002554D0" w:rsidRPr="000C105B" w:rsidRDefault="002554D0" w:rsidP="003A58BF">
      <w:pPr>
        <w:jc w:val="both"/>
        <w:rPr>
          <w:rFonts w:cs="Times New Roman"/>
          <w:szCs w:val="28"/>
          <w:lang w:val="kk-KZ"/>
        </w:rPr>
      </w:pPr>
    </w:p>
    <w:p w14:paraId="1BD5EBBA" w14:textId="233BA0BB" w:rsidR="00B9286B" w:rsidRPr="000C105B" w:rsidRDefault="008E5A38" w:rsidP="003A58BF">
      <w:pPr>
        <w:pStyle w:val="31"/>
        <w:spacing w:before="0" w:after="0"/>
        <w:ind w:firstLine="709"/>
        <w:rPr>
          <w:rFonts w:cs="Times New Roman"/>
          <w:szCs w:val="28"/>
          <w:lang w:val="kk-KZ"/>
        </w:rPr>
      </w:pPr>
      <w:r w:rsidRPr="000C105B">
        <w:rPr>
          <w:rFonts w:cs="Times New Roman"/>
          <w:szCs w:val="28"/>
          <w:lang w:val="kk-KZ"/>
        </w:rPr>
        <w:lastRenderedPageBreak/>
        <w:t xml:space="preserve">Қорытынды тілдік жоба </w:t>
      </w:r>
    </w:p>
    <w:p w14:paraId="375593C3" w14:textId="2B8A9D95" w:rsidR="008E5A38" w:rsidRPr="000C105B" w:rsidRDefault="008E5A38" w:rsidP="003A58BF">
      <w:pPr>
        <w:jc w:val="both"/>
        <w:rPr>
          <w:rFonts w:cs="Times New Roman"/>
          <w:szCs w:val="28"/>
          <w:lang w:val="kk-KZ"/>
        </w:rPr>
      </w:pPr>
      <w:r w:rsidRPr="000C105B">
        <w:rPr>
          <w:rFonts w:cs="Times New Roman"/>
          <w:szCs w:val="28"/>
          <w:lang w:val="kk-KZ"/>
        </w:rPr>
        <w:t>қатысушылардың сөздік қорды, фразаларды, сөйлеу жағда</w:t>
      </w:r>
      <w:r w:rsidR="003559E4" w:rsidRPr="000C105B">
        <w:rPr>
          <w:rFonts w:cs="Times New Roman"/>
          <w:szCs w:val="28"/>
          <w:lang w:val="kk-KZ"/>
        </w:rPr>
        <w:t>йларын</w:t>
      </w:r>
      <w:r w:rsidRPr="000C105B">
        <w:rPr>
          <w:rFonts w:cs="Times New Roman"/>
          <w:szCs w:val="28"/>
          <w:lang w:val="kk-KZ"/>
        </w:rPr>
        <w:t xml:space="preserve">, мәдени мазмұнды және </w:t>
      </w:r>
      <w:r w:rsidR="009D55B3">
        <w:rPr>
          <w:rFonts w:cs="Times New Roman"/>
          <w:szCs w:val="28"/>
          <w:lang w:val="kk-KZ"/>
        </w:rPr>
        <w:t>ағылшын</w:t>
      </w:r>
      <w:r w:rsidR="009D55B3" w:rsidRPr="000C105B">
        <w:rPr>
          <w:rFonts w:cs="Times New Roman"/>
          <w:szCs w:val="28"/>
          <w:lang w:val="kk-KZ"/>
        </w:rPr>
        <w:t xml:space="preserve"> </w:t>
      </w:r>
      <w:r w:rsidRPr="000C105B">
        <w:rPr>
          <w:rFonts w:cs="Times New Roman"/>
          <w:szCs w:val="28"/>
          <w:lang w:val="kk-KZ"/>
        </w:rPr>
        <w:t>тілді шығармашылық тұрғыда қолдануды меңгеруін көрсететін командалық немесе жеке өнімді дайындауды көздейді.</w:t>
      </w:r>
    </w:p>
    <w:p w14:paraId="3E207C43" w14:textId="38B5E68E" w:rsidR="008E5A38" w:rsidRPr="000C105B" w:rsidRDefault="008E5A38" w:rsidP="003A58BF">
      <w:pPr>
        <w:jc w:val="both"/>
        <w:rPr>
          <w:rFonts w:cs="Times New Roman"/>
          <w:szCs w:val="28"/>
          <w:lang w:val="kk-KZ"/>
        </w:rPr>
      </w:pPr>
      <w:r w:rsidRPr="000C105B">
        <w:rPr>
          <w:rFonts w:cs="Times New Roman"/>
          <w:szCs w:val="28"/>
          <w:lang w:val="kk-KZ"/>
        </w:rPr>
        <w:t xml:space="preserve">Іске асырудың ықтимал түрлері: тілдік </w:t>
      </w:r>
      <w:r w:rsidR="003559E4" w:rsidRPr="000C105B">
        <w:rPr>
          <w:rFonts w:cs="Times New Roman"/>
          <w:szCs w:val="28"/>
          <w:lang w:val="kk-KZ"/>
        </w:rPr>
        <w:t>қоры</w:t>
      </w:r>
      <w:r w:rsidRPr="000C105B">
        <w:rPr>
          <w:rFonts w:cs="Times New Roman"/>
          <w:szCs w:val="28"/>
          <w:lang w:val="kk-KZ"/>
        </w:rPr>
        <w:t xml:space="preserve">, сахналық көрініс, шағын спектакль, ән, постер, медиажоба, </w:t>
      </w:r>
      <w:r w:rsidR="009D55B3">
        <w:rPr>
          <w:rFonts w:cs="Times New Roman"/>
          <w:szCs w:val="28"/>
          <w:lang w:val="kk-KZ"/>
        </w:rPr>
        <w:t>БСЛ</w:t>
      </w:r>
      <w:r w:rsidRPr="000C105B">
        <w:rPr>
          <w:rFonts w:cs="Times New Roman"/>
          <w:szCs w:val="28"/>
          <w:lang w:val="kk-KZ"/>
        </w:rPr>
        <w:t xml:space="preserve"> сөздігі, </w:t>
      </w:r>
      <w:r w:rsidR="009D55B3">
        <w:rPr>
          <w:rFonts w:cs="Times New Roman"/>
          <w:szCs w:val="28"/>
          <w:lang w:val="kk-KZ"/>
        </w:rPr>
        <w:t>ағылшын</w:t>
      </w:r>
      <w:r w:rsidR="009D55B3" w:rsidRPr="000C105B">
        <w:rPr>
          <w:rFonts w:cs="Times New Roman"/>
          <w:szCs w:val="28"/>
          <w:lang w:val="kk-KZ"/>
        </w:rPr>
        <w:t xml:space="preserve"> </w:t>
      </w:r>
      <w:r w:rsidRPr="000C105B">
        <w:rPr>
          <w:rFonts w:cs="Times New Roman"/>
          <w:szCs w:val="28"/>
          <w:lang w:val="kk-KZ"/>
        </w:rPr>
        <w:t xml:space="preserve">тілде </w:t>
      </w:r>
      <w:r w:rsidR="009D55B3">
        <w:rPr>
          <w:rFonts w:cs="Times New Roman"/>
          <w:szCs w:val="28"/>
          <w:lang w:val="kk-KZ"/>
        </w:rPr>
        <w:t>БСЛ</w:t>
      </w:r>
      <w:r w:rsidRPr="000C105B">
        <w:rPr>
          <w:rFonts w:cs="Times New Roman"/>
          <w:szCs w:val="28"/>
          <w:lang w:val="kk-KZ"/>
        </w:rPr>
        <w:t xml:space="preserve"> </w:t>
      </w:r>
      <w:r w:rsidR="003559E4" w:rsidRPr="000C105B">
        <w:rPr>
          <w:rFonts w:cs="Times New Roman"/>
          <w:szCs w:val="28"/>
          <w:lang w:val="kk-KZ"/>
        </w:rPr>
        <w:t xml:space="preserve"> </w:t>
      </w:r>
      <w:r w:rsidRPr="000C105B">
        <w:rPr>
          <w:rFonts w:cs="Times New Roman"/>
          <w:szCs w:val="28"/>
          <w:lang w:val="kk-KZ"/>
        </w:rPr>
        <w:t xml:space="preserve"> жолсілтеме, командалық презентация, көрме, тілдік ауысым жетістіктер фестивалі.</w:t>
      </w:r>
    </w:p>
    <w:p w14:paraId="62F94E00" w14:textId="755018DB" w:rsidR="008E5A38" w:rsidRPr="000C105B" w:rsidRDefault="008E5A38" w:rsidP="003A58BF">
      <w:pPr>
        <w:jc w:val="both"/>
        <w:rPr>
          <w:rFonts w:cs="Times New Roman"/>
          <w:szCs w:val="28"/>
          <w:lang w:val="kk-KZ"/>
        </w:rPr>
      </w:pPr>
      <w:r w:rsidRPr="000C105B">
        <w:rPr>
          <w:rFonts w:cs="Times New Roman"/>
          <w:szCs w:val="28"/>
          <w:lang w:val="kk-KZ"/>
        </w:rPr>
        <w:t xml:space="preserve">Күтілетін нәтиже: тілдік тәжірибені бекіту, </w:t>
      </w:r>
      <w:r w:rsidR="009D55B3">
        <w:rPr>
          <w:rFonts w:cs="Times New Roman"/>
          <w:szCs w:val="28"/>
          <w:lang w:val="kk-KZ"/>
        </w:rPr>
        <w:t>ағылшын</w:t>
      </w:r>
      <w:r w:rsidR="009D55B3" w:rsidRPr="000C105B">
        <w:rPr>
          <w:rFonts w:cs="Times New Roman"/>
          <w:szCs w:val="28"/>
          <w:lang w:val="kk-KZ"/>
        </w:rPr>
        <w:t xml:space="preserve"> </w:t>
      </w:r>
      <w:r w:rsidRPr="000C105B">
        <w:rPr>
          <w:rFonts w:cs="Times New Roman"/>
          <w:szCs w:val="28"/>
          <w:lang w:val="kk-KZ"/>
        </w:rPr>
        <w:t>тілді қолданудағы сенімділікті дамыту және жеке немесе командалық жетістіктерді ұсыну.</w:t>
      </w:r>
    </w:p>
    <w:p w14:paraId="7E26C521" w14:textId="6247E375" w:rsidR="00B9286B" w:rsidRPr="000C105B" w:rsidRDefault="008E5A38" w:rsidP="003A58BF">
      <w:pPr>
        <w:pStyle w:val="21"/>
        <w:spacing w:before="0" w:after="0"/>
        <w:ind w:firstLine="709"/>
        <w:rPr>
          <w:rFonts w:cs="Times New Roman"/>
          <w:szCs w:val="28"/>
          <w:lang w:val="kk-KZ"/>
        </w:rPr>
      </w:pPr>
      <w:r w:rsidRPr="000C105B">
        <w:rPr>
          <w:rFonts w:cs="Times New Roman"/>
          <w:szCs w:val="28"/>
          <w:lang w:val="kk-KZ"/>
        </w:rPr>
        <w:t xml:space="preserve">Бағдарламаның өзектілігін негіздеу </w:t>
      </w:r>
    </w:p>
    <w:p w14:paraId="07EBB107" w14:textId="77777777" w:rsidR="008E5A38" w:rsidRPr="000C105B" w:rsidRDefault="008E5A38" w:rsidP="003A58BF">
      <w:pPr>
        <w:jc w:val="both"/>
        <w:rPr>
          <w:rFonts w:cs="Times New Roman"/>
          <w:szCs w:val="28"/>
          <w:lang w:val="kk-KZ"/>
        </w:rPr>
      </w:pPr>
      <w:r w:rsidRPr="000C105B">
        <w:rPr>
          <w:rFonts w:cs="Times New Roman"/>
          <w:szCs w:val="28"/>
          <w:lang w:val="kk-KZ"/>
        </w:rPr>
        <w:t>Бағдарламаның өзектілігі балалардың денсаулығын нығайтуды, тәрбиелеуді, коммуникативтік дағдыларын, тілдік мәдениетін, мәдениетаралық сыйластықты және жағымды әлеуметтік бейімделуді үйлестіретін қауіпсіз, мазмұнды және қолжетімді жазғы демалысты ұйымдастыру қажеттілігімен айқындалады.</w:t>
      </w:r>
    </w:p>
    <w:p w14:paraId="7AF60015" w14:textId="77777777" w:rsidR="008E5A38" w:rsidRPr="000C105B" w:rsidRDefault="008E5A38" w:rsidP="003A58BF">
      <w:pPr>
        <w:jc w:val="both"/>
        <w:rPr>
          <w:rFonts w:cs="Times New Roman"/>
          <w:szCs w:val="28"/>
          <w:lang w:val="kk-KZ"/>
        </w:rPr>
      </w:pPr>
      <w:r w:rsidRPr="000C105B">
        <w:rPr>
          <w:rFonts w:cs="Times New Roman"/>
          <w:szCs w:val="28"/>
          <w:lang w:val="kk-KZ"/>
        </w:rPr>
        <w:t>Қазіргі балалар қозғалыс белсенділігін арттыруға, тірі қарым-қатынасқа, эмоциялық қалпына келуге, дербестікті дамытуға, командалық жұмысқа, сөйлеу сенімділігіне, диалог мәдениетіне, мемлекеттік тілге, ана тіліне және басқа халықтардың тілдеріне құрметпен қарауға мұқтаж. Сонымен қатар азаматтық жауапкершілікті, отансүйгіштікті, ұлттық құндылықтарға, мәдениетке, еңбекке, қоршаған ортаға және қауіпсіз мінез-құлыққа құрметті қалыптастыруға бағытталған тәрбиелік жұмыстың маңызы ерекше.</w:t>
      </w:r>
    </w:p>
    <w:p w14:paraId="3C800B35" w14:textId="37DF5071" w:rsidR="008E5A38" w:rsidRPr="000C105B" w:rsidRDefault="008E5A38" w:rsidP="003A58BF">
      <w:pPr>
        <w:jc w:val="both"/>
        <w:rPr>
          <w:rFonts w:cs="Times New Roman"/>
          <w:szCs w:val="28"/>
          <w:lang w:val="kk-KZ"/>
        </w:rPr>
      </w:pPr>
      <w:r w:rsidRPr="000C105B">
        <w:rPr>
          <w:rFonts w:cs="Times New Roman"/>
          <w:szCs w:val="28"/>
          <w:lang w:val="kk-KZ"/>
        </w:rPr>
        <w:t>Бағдарламаның мазмұны «Адал азамат» Бір</w:t>
      </w:r>
      <w:r w:rsidR="00470B74" w:rsidRPr="000C105B">
        <w:rPr>
          <w:rFonts w:cs="Times New Roman"/>
          <w:szCs w:val="28"/>
          <w:lang w:val="kk-KZ"/>
        </w:rPr>
        <w:t>тұтас</w:t>
      </w:r>
      <w:r w:rsidRPr="000C105B">
        <w:rPr>
          <w:rFonts w:cs="Times New Roman"/>
          <w:szCs w:val="28"/>
          <w:lang w:val="kk-KZ"/>
        </w:rPr>
        <w:t xml:space="preserve"> тәрбие бағдарламасының негізгі қағидаттарымен сәйкестендірілген, ол адал, жауапты, еңбекқор, отансүйгіш және әлеуметтік белсенді азаматты қалыптастыруды көздейді. Тілдік </w:t>
      </w:r>
      <w:r w:rsidR="009D55B3">
        <w:rPr>
          <w:rFonts w:cs="Times New Roman"/>
          <w:szCs w:val="28"/>
          <w:lang w:val="kk-KZ"/>
        </w:rPr>
        <w:t>БСЛ</w:t>
      </w:r>
      <w:r w:rsidRPr="000C105B">
        <w:rPr>
          <w:rFonts w:cs="Times New Roman"/>
          <w:szCs w:val="28"/>
          <w:lang w:val="kk-KZ"/>
        </w:rPr>
        <w:t xml:space="preserve"> жағдайында бұл тәрбиелік бағдарлар өзара сыйластыққа негізделген қарым-қатынас мәдениеті, командалық тілдік жобалар, мәдениетаралық диалогтар, ұжымдық шығармашылық істер, әлеуметтік маңызы бар тапсырмалар және сөйлеу этикетін күнделікті қолдану арқылы жүзеге асырылады.</w:t>
      </w:r>
    </w:p>
    <w:p w14:paraId="4FFDA746" w14:textId="2BD31DAD" w:rsidR="008E5A38" w:rsidRPr="000C105B" w:rsidRDefault="008E5A38" w:rsidP="003A58BF">
      <w:pPr>
        <w:jc w:val="both"/>
        <w:rPr>
          <w:rFonts w:cs="Times New Roman"/>
          <w:szCs w:val="28"/>
          <w:lang w:val="kk-KZ"/>
        </w:rPr>
      </w:pPr>
      <w:r w:rsidRPr="000C105B">
        <w:rPr>
          <w:rFonts w:cs="Times New Roman"/>
          <w:szCs w:val="28"/>
          <w:lang w:val="kk-KZ"/>
        </w:rPr>
        <w:t xml:space="preserve">Маусымдық </w:t>
      </w:r>
      <w:r w:rsidR="009D55B3">
        <w:rPr>
          <w:rFonts w:cs="Times New Roman"/>
          <w:szCs w:val="28"/>
          <w:lang w:val="kk-KZ"/>
        </w:rPr>
        <w:t>БСЛ</w:t>
      </w:r>
      <w:r w:rsidRPr="000C105B">
        <w:rPr>
          <w:rFonts w:cs="Times New Roman"/>
          <w:szCs w:val="28"/>
          <w:lang w:val="kk-KZ"/>
        </w:rPr>
        <w:t xml:space="preserve"> тілдік тәжірибе үшін қолайлы орта болып табылады, себебі ол уақытша балалар ұжымын, күн тәртібін, таза ауада белсенді болуды, қызмет түрлерінің әртүрлілігін және тілді ойын, шығармашылық, тұрмыстық, жобалық және нақты коммуникативтік жағдаяттарда қолдану мүмкіндігін қамтамасыз етеді.</w:t>
      </w:r>
    </w:p>
    <w:p w14:paraId="027259E3" w14:textId="5185272E" w:rsidR="008E5A38" w:rsidRPr="000C105B" w:rsidRDefault="008E5A38" w:rsidP="003A58BF">
      <w:pPr>
        <w:jc w:val="both"/>
        <w:rPr>
          <w:rFonts w:cs="Times New Roman"/>
          <w:szCs w:val="28"/>
          <w:lang w:val="kk-KZ"/>
        </w:rPr>
      </w:pPr>
      <w:r w:rsidRPr="000C105B">
        <w:rPr>
          <w:rFonts w:cs="Times New Roman"/>
          <w:szCs w:val="28"/>
          <w:lang w:val="kk-KZ"/>
        </w:rPr>
        <w:t xml:space="preserve">Бағдарлама білім беру мен сауықтыру жүктемесінің тепе-теңдігін қамтамасыз етеді және мазмұнды нақты </w:t>
      </w:r>
      <w:r w:rsidR="009D55B3">
        <w:rPr>
          <w:rFonts w:cs="Times New Roman"/>
          <w:szCs w:val="28"/>
          <w:lang w:val="kk-KZ"/>
        </w:rPr>
        <w:t>БСЛ</w:t>
      </w:r>
      <w:r w:rsidRPr="000C105B">
        <w:rPr>
          <w:rFonts w:cs="Times New Roman"/>
          <w:szCs w:val="28"/>
          <w:lang w:val="kk-KZ"/>
        </w:rPr>
        <w:t xml:space="preserve"> жағдайына, қатысушылардың жас ерекшеліктеріне, тілдік деңгейіне, аумақтың климаттық ерекшеліктеріне, кадрлық және материалдық-техникалық қамтамасыз етілуіне бейімдеуге мүмкіндік береді.</w:t>
      </w:r>
    </w:p>
    <w:p w14:paraId="2FCE2D14" w14:textId="77777777" w:rsidR="008E5A38" w:rsidRPr="000C105B" w:rsidRDefault="008E5A38" w:rsidP="003A58BF">
      <w:pPr>
        <w:jc w:val="both"/>
        <w:rPr>
          <w:rFonts w:cs="Times New Roman"/>
          <w:szCs w:val="28"/>
          <w:lang w:val="kk-KZ"/>
        </w:rPr>
      </w:pPr>
    </w:p>
    <w:p w14:paraId="5754F684" w14:textId="061ECAE5" w:rsidR="00B9286B" w:rsidRPr="000C105B" w:rsidRDefault="008E5A38" w:rsidP="003A58BF">
      <w:pPr>
        <w:pStyle w:val="21"/>
        <w:spacing w:before="0" w:after="0"/>
        <w:ind w:firstLine="709"/>
        <w:rPr>
          <w:rFonts w:cs="Times New Roman"/>
          <w:szCs w:val="28"/>
          <w:lang w:val="kk-KZ"/>
        </w:rPr>
      </w:pPr>
      <w:r w:rsidRPr="000C105B">
        <w:rPr>
          <w:rFonts w:cs="Times New Roman"/>
          <w:szCs w:val="28"/>
          <w:lang w:val="kk-KZ"/>
        </w:rPr>
        <w:lastRenderedPageBreak/>
        <w:t xml:space="preserve">Бағдарламаның нысаналы аудиториясы </w:t>
      </w:r>
    </w:p>
    <w:p w14:paraId="19D9D789" w14:textId="4626C59A" w:rsidR="008E5A38" w:rsidRPr="000C105B" w:rsidRDefault="008E5A38" w:rsidP="003A58BF">
      <w:pPr>
        <w:jc w:val="both"/>
        <w:rPr>
          <w:rFonts w:cs="Times New Roman"/>
          <w:szCs w:val="28"/>
          <w:lang w:val="kk-KZ"/>
        </w:rPr>
      </w:pPr>
      <w:r w:rsidRPr="000C105B">
        <w:rPr>
          <w:rFonts w:cs="Times New Roman"/>
          <w:szCs w:val="28"/>
          <w:lang w:val="kk-KZ"/>
        </w:rPr>
        <w:t xml:space="preserve">Бағдарламаның нысаналы аудиториясы – маусымдық </w:t>
      </w:r>
      <w:r w:rsidR="009D55B3">
        <w:rPr>
          <w:rFonts w:cs="Times New Roman"/>
          <w:szCs w:val="28"/>
          <w:lang w:val="kk-KZ"/>
        </w:rPr>
        <w:t>БСЛ</w:t>
      </w:r>
      <w:r w:rsidRPr="000C105B">
        <w:rPr>
          <w:rFonts w:cs="Times New Roman"/>
          <w:szCs w:val="28"/>
          <w:lang w:val="kk-KZ"/>
        </w:rPr>
        <w:t xml:space="preserve"> ауысымына қатысатын 7</w:t>
      </w:r>
      <w:r w:rsidR="00E710B7" w:rsidRPr="000C105B">
        <w:rPr>
          <w:rFonts w:cs="Times New Roman"/>
          <w:szCs w:val="28"/>
          <w:lang w:val="kk-KZ"/>
        </w:rPr>
        <w:t>-</w:t>
      </w:r>
      <w:r w:rsidRPr="000C105B">
        <w:rPr>
          <w:rFonts w:cs="Times New Roman"/>
          <w:szCs w:val="28"/>
          <w:lang w:val="kk-KZ"/>
        </w:rPr>
        <w:t>1</w:t>
      </w:r>
      <w:r w:rsidR="009D55B3">
        <w:rPr>
          <w:rFonts w:cs="Times New Roman"/>
          <w:szCs w:val="28"/>
          <w:lang w:val="kk-KZ"/>
        </w:rPr>
        <w:t>5</w:t>
      </w:r>
      <w:r w:rsidRPr="000C105B">
        <w:rPr>
          <w:rFonts w:cs="Times New Roman"/>
          <w:szCs w:val="28"/>
          <w:lang w:val="kk-KZ"/>
        </w:rPr>
        <w:t xml:space="preserve"> жас </w:t>
      </w:r>
      <w:r w:rsidR="00E710B7" w:rsidRPr="000C105B">
        <w:rPr>
          <w:rFonts w:cs="Times New Roman"/>
          <w:szCs w:val="28"/>
          <w:lang w:val="kk-KZ"/>
        </w:rPr>
        <w:t>аралығындағы</w:t>
      </w:r>
      <w:r w:rsidRPr="000C105B">
        <w:rPr>
          <w:rFonts w:cs="Times New Roman"/>
          <w:szCs w:val="28"/>
          <w:lang w:val="kk-KZ"/>
        </w:rPr>
        <w:t xml:space="preserve"> кәмелетке толмаған балалар.</w:t>
      </w:r>
    </w:p>
    <w:p w14:paraId="7E4234A1" w14:textId="5F9A1FDE" w:rsidR="008E5A38" w:rsidRPr="000C105B" w:rsidRDefault="008E5A38" w:rsidP="003A58BF">
      <w:pPr>
        <w:jc w:val="both"/>
        <w:rPr>
          <w:rFonts w:cs="Times New Roman"/>
          <w:szCs w:val="28"/>
          <w:lang w:val="kk-KZ"/>
        </w:rPr>
      </w:pPr>
      <w:r w:rsidRPr="000C105B">
        <w:rPr>
          <w:rFonts w:cs="Times New Roman"/>
          <w:szCs w:val="28"/>
          <w:lang w:val="kk-KZ"/>
        </w:rPr>
        <w:t>Бағдарлама қатысушылардың тілдік дайындығындағы, қызығушылықтарындағы, коммуникативтік тәжірибесіндегі, дене дамуы мен жеке ерекшеліктеріндегі айырмашылықтарды ескереді. Жұмыс түрлері әрбір бала өз мүмкіндігіне сай тілдік қызметке тартылып, жетістік жағдайын сезіне алатындай таңдалады.</w:t>
      </w:r>
    </w:p>
    <w:p w14:paraId="0302EE97" w14:textId="71A912C6" w:rsidR="008E5A38" w:rsidRPr="000C105B" w:rsidRDefault="008E5A38" w:rsidP="003A58BF">
      <w:pPr>
        <w:jc w:val="both"/>
        <w:rPr>
          <w:rFonts w:cs="Times New Roman"/>
          <w:szCs w:val="28"/>
          <w:lang w:val="kk-KZ"/>
        </w:rPr>
      </w:pPr>
      <w:r w:rsidRPr="000C105B">
        <w:rPr>
          <w:rFonts w:cs="Times New Roman"/>
          <w:szCs w:val="28"/>
          <w:lang w:val="kk-KZ"/>
        </w:rPr>
        <w:t>Қажет болған жағдайда Ұйым ерекше білім беру қажеттіліктері бар балалар үшін жекелеген қызмет түрлерін мамандардың ұсынымдарына, медициналық көрсеткіштерге, орта мүмкіндіктеріне және заңды өкілдерімен келісімге сәйкес бейімдейді.</w:t>
      </w:r>
    </w:p>
    <w:p w14:paraId="6950A988" w14:textId="40026F8C" w:rsidR="00B9286B" w:rsidRPr="000C105B" w:rsidRDefault="008E5A38" w:rsidP="003A58BF">
      <w:pPr>
        <w:pStyle w:val="21"/>
        <w:spacing w:before="0" w:after="0"/>
        <w:ind w:firstLine="709"/>
        <w:rPr>
          <w:rFonts w:cs="Times New Roman"/>
          <w:szCs w:val="28"/>
          <w:lang w:val="kk-KZ"/>
        </w:rPr>
      </w:pPr>
      <w:r w:rsidRPr="000C105B">
        <w:rPr>
          <w:rStyle w:val="ypks7kbdpwfgdykd3qb9"/>
          <w:rFonts w:cs="Times New Roman"/>
          <w:szCs w:val="28"/>
          <w:lang w:val="kk-KZ"/>
        </w:rPr>
        <w:t>Бағдарламаның</w:t>
      </w:r>
      <w:r w:rsidRPr="000C105B">
        <w:rPr>
          <w:rFonts w:cs="Times New Roman"/>
          <w:szCs w:val="28"/>
          <w:lang w:val="kk-KZ"/>
        </w:rPr>
        <w:t xml:space="preserve"> </w:t>
      </w:r>
      <w:r w:rsidRPr="000C105B">
        <w:rPr>
          <w:rStyle w:val="ypks7kbdpwfgdykd3qb9"/>
          <w:rFonts w:cs="Times New Roman"/>
          <w:szCs w:val="28"/>
          <w:lang w:val="kk-KZ"/>
        </w:rPr>
        <w:t>жаңа</w:t>
      </w:r>
      <w:r w:rsidR="00AD7B3F" w:rsidRPr="000C105B">
        <w:rPr>
          <w:rStyle w:val="ypks7kbdpwfgdykd3qb9"/>
          <w:rFonts w:cs="Times New Roman"/>
          <w:szCs w:val="28"/>
          <w:lang w:val="kk-KZ"/>
        </w:rPr>
        <w:t>шылдығы</w:t>
      </w:r>
      <w:r w:rsidRPr="000C105B">
        <w:rPr>
          <w:rFonts w:cs="Times New Roman"/>
          <w:szCs w:val="28"/>
          <w:lang w:val="kk-KZ"/>
        </w:rPr>
        <w:t xml:space="preserve"> </w:t>
      </w:r>
      <w:r w:rsidRPr="000C105B">
        <w:rPr>
          <w:rStyle w:val="ypks7kbdpwfgdykd3qb9"/>
          <w:rFonts w:cs="Times New Roman"/>
          <w:szCs w:val="28"/>
          <w:lang w:val="kk-KZ"/>
        </w:rPr>
        <w:t>мен</w:t>
      </w:r>
      <w:r w:rsidRPr="000C105B">
        <w:rPr>
          <w:rFonts w:cs="Times New Roman"/>
          <w:szCs w:val="28"/>
          <w:lang w:val="kk-KZ"/>
        </w:rPr>
        <w:t xml:space="preserve"> </w:t>
      </w:r>
      <w:r w:rsidRPr="000C105B">
        <w:rPr>
          <w:rStyle w:val="ypks7kbdpwfgdykd3qb9"/>
          <w:rFonts w:cs="Times New Roman"/>
          <w:szCs w:val="28"/>
          <w:lang w:val="kk-KZ"/>
        </w:rPr>
        <w:t>айрықша</w:t>
      </w:r>
      <w:r w:rsidRPr="000C105B">
        <w:rPr>
          <w:rFonts w:cs="Times New Roman"/>
          <w:szCs w:val="28"/>
          <w:lang w:val="kk-KZ"/>
        </w:rPr>
        <w:t xml:space="preserve"> </w:t>
      </w:r>
      <w:r w:rsidRPr="000C105B">
        <w:rPr>
          <w:rStyle w:val="ypks7kbdpwfgdykd3qb9"/>
          <w:rFonts w:cs="Times New Roman"/>
          <w:szCs w:val="28"/>
          <w:lang w:val="kk-KZ"/>
        </w:rPr>
        <w:t xml:space="preserve">ерекшеліктері </w:t>
      </w:r>
    </w:p>
    <w:p w14:paraId="5684AC3C" w14:textId="7D419FED" w:rsidR="00B9286B" w:rsidRPr="000C105B" w:rsidRDefault="00AD7B3F" w:rsidP="003A58BF">
      <w:pPr>
        <w:jc w:val="both"/>
        <w:rPr>
          <w:rFonts w:cs="Times New Roman"/>
          <w:szCs w:val="28"/>
          <w:lang w:val="kk-KZ"/>
        </w:rPr>
      </w:pPr>
      <w:r w:rsidRPr="000C105B">
        <w:rPr>
          <w:rFonts w:cs="Times New Roman"/>
          <w:szCs w:val="28"/>
          <w:lang w:val="kk-KZ"/>
        </w:rPr>
        <w:t>Бағдарламаның жаңашылдығы бір 1</w:t>
      </w:r>
      <w:r w:rsidR="009D55B3">
        <w:rPr>
          <w:rFonts w:cs="Times New Roman"/>
          <w:szCs w:val="28"/>
          <w:lang w:val="kk-KZ"/>
        </w:rPr>
        <w:t>0</w:t>
      </w:r>
      <w:r w:rsidRPr="000C105B">
        <w:rPr>
          <w:rFonts w:cs="Times New Roman"/>
          <w:szCs w:val="28"/>
          <w:lang w:val="kk-KZ"/>
        </w:rPr>
        <w:t xml:space="preserve"> күндік ауысым шеңберінде тілдік, мәдениетаралық, тәрбиелік, жобалық, шығармашылық және сауықтыру қызметін кешенді түрде біріктіруінде, сонымен қатар екі міндетті модульге – білім беру және сауықтыру модульдеріне қойылатын талаптарды сақтауда жатыр.</w:t>
      </w:r>
    </w:p>
    <w:p w14:paraId="073FF1E5" w14:textId="77777777" w:rsidR="003A58BF" w:rsidRDefault="005D2573" w:rsidP="003A58BF">
      <w:pPr>
        <w:jc w:val="both"/>
        <w:rPr>
          <w:rFonts w:cs="Times New Roman"/>
          <w:szCs w:val="28"/>
          <w:lang w:val="kk-KZ"/>
        </w:rPr>
      </w:pPr>
      <w:r w:rsidRPr="000C105B">
        <w:rPr>
          <w:rFonts w:cs="Times New Roman"/>
          <w:szCs w:val="28"/>
          <w:lang w:val="kk-KZ"/>
        </w:rPr>
        <w:t xml:space="preserve">• нақты </w:t>
      </w:r>
      <w:r w:rsidR="009D55B3">
        <w:rPr>
          <w:rFonts w:cs="Times New Roman"/>
          <w:szCs w:val="28"/>
          <w:lang w:val="kk-KZ"/>
        </w:rPr>
        <w:t>БСЛ</w:t>
      </w:r>
      <w:r w:rsidRPr="000C105B">
        <w:rPr>
          <w:rFonts w:cs="Times New Roman"/>
          <w:szCs w:val="28"/>
          <w:lang w:val="kk-KZ"/>
        </w:rPr>
        <w:t xml:space="preserve"> тілдік бейініне сәйкес мазмұнды бейімдеу мүмкіндігі;</w:t>
      </w:r>
    </w:p>
    <w:p w14:paraId="3A28F5C9" w14:textId="77777777" w:rsidR="003A58BF" w:rsidRDefault="005D2573" w:rsidP="003A58BF">
      <w:pPr>
        <w:jc w:val="both"/>
        <w:rPr>
          <w:rFonts w:cs="Times New Roman"/>
          <w:szCs w:val="28"/>
          <w:lang w:val="kk-KZ"/>
        </w:rPr>
      </w:pPr>
      <w:r w:rsidRPr="000C105B">
        <w:rPr>
          <w:rFonts w:cs="Times New Roman"/>
          <w:szCs w:val="28"/>
          <w:lang w:val="kk-KZ"/>
        </w:rPr>
        <w:t xml:space="preserve">• Ұйымның қолжетімді ресурстарын пайдалана отырып тілдік </w:t>
      </w:r>
      <w:r w:rsidR="000515B1" w:rsidRPr="000C105B">
        <w:rPr>
          <w:rFonts w:cs="Times New Roman"/>
          <w:szCs w:val="28"/>
          <w:lang w:val="kk-KZ"/>
        </w:rPr>
        <w:t>тәжірибені</w:t>
      </w:r>
      <w:r w:rsidRPr="000C105B">
        <w:rPr>
          <w:rFonts w:cs="Times New Roman"/>
          <w:szCs w:val="28"/>
          <w:lang w:val="kk-KZ"/>
        </w:rPr>
        <w:t xml:space="preserve"> жүзеге асыру;</w:t>
      </w:r>
    </w:p>
    <w:p w14:paraId="176BB14A" w14:textId="77777777" w:rsidR="003A58BF" w:rsidRDefault="005D2573" w:rsidP="003A58BF">
      <w:pPr>
        <w:jc w:val="both"/>
        <w:rPr>
          <w:rFonts w:cs="Times New Roman"/>
          <w:szCs w:val="28"/>
          <w:lang w:val="kk-KZ"/>
        </w:rPr>
      </w:pPr>
      <w:r w:rsidRPr="000C105B">
        <w:rPr>
          <w:rFonts w:cs="Times New Roman"/>
          <w:szCs w:val="28"/>
          <w:lang w:val="kk-KZ"/>
        </w:rPr>
        <w:t>• ауысым үшін бір тілдік бейінді таңдау мүмкіндігі: қазақ, ағылшын, неміс, қытай, француз немесе Ұйымның жағдайына сәйкес өзге тіл;</w:t>
      </w:r>
    </w:p>
    <w:p w14:paraId="4BD82A1D" w14:textId="77777777" w:rsidR="003A58BF" w:rsidRDefault="005D2573" w:rsidP="003A58BF">
      <w:pPr>
        <w:jc w:val="both"/>
        <w:rPr>
          <w:rFonts w:cs="Times New Roman"/>
          <w:szCs w:val="28"/>
          <w:lang w:val="kk-KZ"/>
        </w:rPr>
      </w:pPr>
      <w:r w:rsidRPr="000C105B">
        <w:rPr>
          <w:rFonts w:cs="Times New Roman"/>
          <w:szCs w:val="28"/>
          <w:lang w:val="kk-KZ"/>
        </w:rPr>
        <w:t>• тірі қарым-қатынасқа, тілдік кедергіні еңсеруге және сөйлеу мәдениетіне бағдарлану;</w:t>
      </w:r>
    </w:p>
    <w:p w14:paraId="079750C7" w14:textId="77777777" w:rsidR="003A58BF" w:rsidRDefault="005D2573" w:rsidP="003A58BF">
      <w:pPr>
        <w:jc w:val="both"/>
        <w:rPr>
          <w:rFonts w:cs="Times New Roman"/>
          <w:szCs w:val="28"/>
          <w:lang w:val="kk-KZ"/>
        </w:rPr>
      </w:pPr>
      <w:r w:rsidRPr="000C105B">
        <w:rPr>
          <w:rFonts w:cs="Times New Roman"/>
          <w:szCs w:val="28"/>
          <w:lang w:val="kk-KZ"/>
        </w:rPr>
        <w:t>• тілдік практиканы ойындармен, шығармашылықпен, жобалармен, спортпен және тәрбиелік іс-шаралармен ұштастыру;</w:t>
      </w:r>
    </w:p>
    <w:p w14:paraId="3626469A" w14:textId="77777777" w:rsidR="003A58BF" w:rsidRDefault="005D2573" w:rsidP="003A58BF">
      <w:pPr>
        <w:jc w:val="both"/>
        <w:rPr>
          <w:rFonts w:cs="Times New Roman"/>
          <w:szCs w:val="28"/>
          <w:lang w:val="kk-KZ"/>
        </w:rPr>
      </w:pPr>
      <w:r w:rsidRPr="000C105B">
        <w:rPr>
          <w:rFonts w:cs="Times New Roman"/>
          <w:szCs w:val="28"/>
          <w:lang w:val="kk-KZ"/>
        </w:rPr>
        <w:t>• «Адал азамат» құндылықтарын өзара сыйластыққа негізделген қарым-қатынас, адал командалық жұмыс, ортақ іске жауапкершілік және мәдениетаралық диалог арқылы іске асыру;</w:t>
      </w:r>
    </w:p>
    <w:p w14:paraId="5C76D8E1" w14:textId="301CDCE8" w:rsidR="005D2573" w:rsidRPr="000C105B" w:rsidRDefault="005D2573" w:rsidP="003A58BF">
      <w:pPr>
        <w:jc w:val="both"/>
        <w:rPr>
          <w:rFonts w:cs="Times New Roman"/>
          <w:szCs w:val="28"/>
          <w:lang w:val="kk-KZ"/>
        </w:rPr>
      </w:pPr>
      <w:r w:rsidRPr="000C105B">
        <w:rPr>
          <w:rFonts w:cs="Times New Roman"/>
          <w:szCs w:val="28"/>
          <w:lang w:val="kk-KZ"/>
        </w:rPr>
        <w:t>• күтілетін нәтижелердің өлшенуі және ауысым қорытындысы</w:t>
      </w:r>
      <w:r w:rsidR="00063B60" w:rsidRPr="000C105B">
        <w:rPr>
          <w:rFonts w:cs="Times New Roman"/>
          <w:szCs w:val="28"/>
          <w:lang w:val="kk-KZ"/>
        </w:rPr>
        <w:t>на</w:t>
      </w:r>
      <w:r w:rsidRPr="000C105B">
        <w:rPr>
          <w:rFonts w:cs="Times New Roman"/>
          <w:szCs w:val="28"/>
          <w:lang w:val="kk-KZ"/>
        </w:rPr>
        <w:t xml:space="preserve"> мониторинг жүргізу мүмкіндігі.</w:t>
      </w:r>
    </w:p>
    <w:p w14:paraId="28B46369" w14:textId="77777777" w:rsidR="00BE268E" w:rsidRPr="000C105B" w:rsidRDefault="00BE268E" w:rsidP="003A58BF">
      <w:pPr>
        <w:ind w:firstLine="426"/>
        <w:jc w:val="both"/>
        <w:rPr>
          <w:rFonts w:cs="Times New Roman"/>
          <w:szCs w:val="28"/>
          <w:lang w:val="kk-KZ"/>
        </w:rPr>
      </w:pPr>
    </w:p>
    <w:tbl>
      <w:tblPr>
        <w:tblStyle w:val="aff0"/>
        <w:tblW w:w="0" w:type="auto"/>
        <w:jc w:val="center"/>
        <w:tblLook w:val="04A0" w:firstRow="1" w:lastRow="0" w:firstColumn="1" w:lastColumn="0" w:noHBand="0" w:noVBand="1"/>
      </w:tblPr>
      <w:tblGrid>
        <w:gridCol w:w="2235"/>
        <w:gridCol w:w="2566"/>
        <w:gridCol w:w="2540"/>
        <w:gridCol w:w="2288"/>
      </w:tblGrid>
      <w:tr w:rsidR="00B9286B" w:rsidRPr="000C105B" w14:paraId="035866D4" w14:textId="77777777">
        <w:trPr>
          <w:tblHeader/>
          <w:jc w:val="center"/>
        </w:trPr>
        <w:tc>
          <w:tcPr>
            <w:tcW w:w="1701" w:type="dxa"/>
            <w:shd w:val="clear" w:color="auto" w:fill="D9EAD3"/>
            <w:vAlign w:val="center"/>
          </w:tcPr>
          <w:p w14:paraId="4F9F53B3" w14:textId="0E9E0953" w:rsidR="00B9286B" w:rsidRPr="000C105B" w:rsidRDefault="00EE309A" w:rsidP="003A58BF">
            <w:pPr>
              <w:ind w:firstLine="0"/>
              <w:jc w:val="center"/>
              <w:rPr>
                <w:rFonts w:cs="Times New Roman"/>
                <w:szCs w:val="28"/>
                <w:lang w:val="kk-KZ"/>
              </w:rPr>
            </w:pPr>
            <w:r w:rsidRPr="000C105B">
              <w:rPr>
                <w:rFonts w:cs="Times New Roman"/>
                <w:b/>
                <w:szCs w:val="28"/>
                <w:lang w:val="kk-KZ"/>
              </w:rPr>
              <w:t>Бағыты</w:t>
            </w:r>
          </w:p>
        </w:tc>
        <w:tc>
          <w:tcPr>
            <w:tcW w:w="2835" w:type="dxa"/>
            <w:shd w:val="clear" w:color="auto" w:fill="D9EAD3"/>
            <w:vAlign w:val="center"/>
          </w:tcPr>
          <w:p w14:paraId="2E5AC781" w14:textId="2050E7C6" w:rsidR="00B9286B" w:rsidRPr="000C105B" w:rsidRDefault="00EE309A" w:rsidP="003A58BF">
            <w:pPr>
              <w:ind w:firstLine="0"/>
              <w:jc w:val="center"/>
              <w:rPr>
                <w:rFonts w:cs="Times New Roman"/>
                <w:b/>
                <w:szCs w:val="28"/>
                <w:lang w:val="kk-KZ"/>
              </w:rPr>
            </w:pPr>
            <w:r w:rsidRPr="000C105B">
              <w:rPr>
                <w:rFonts w:cs="Times New Roman"/>
                <w:b/>
                <w:szCs w:val="28"/>
                <w:lang w:val="kk-KZ"/>
              </w:rPr>
              <w:t>Қызмет мазмұны</w:t>
            </w:r>
          </w:p>
        </w:tc>
        <w:tc>
          <w:tcPr>
            <w:tcW w:w="2835" w:type="dxa"/>
            <w:shd w:val="clear" w:color="auto" w:fill="D9EAD3"/>
            <w:vAlign w:val="center"/>
          </w:tcPr>
          <w:p w14:paraId="6BA47E1F" w14:textId="0512C225" w:rsidR="00B9286B" w:rsidRPr="000C105B" w:rsidRDefault="00EE309A" w:rsidP="003A58BF">
            <w:pPr>
              <w:ind w:firstLine="0"/>
              <w:jc w:val="center"/>
              <w:rPr>
                <w:rFonts w:cs="Times New Roman"/>
                <w:b/>
                <w:szCs w:val="28"/>
                <w:lang w:val="kk-KZ"/>
              </w:rPr>
            </w:pPr>
            <w:r w:rsidRPr="000C105B">
              <w:rPr>
                <w:rFonts w:cs="Times New Roman"/>
                <w:b/>
                <w:szCs w:val="28"/>
                <w:lang w:val="kk-KZ"/>
              </w:rPr>
              <w:t>Іске асыру түрлері</w:t>
            </w:r>
          </w:p>
        </w:tc>
        <w:tc>
          <w:tcPr>
            <w:tcW w:w="2268" w:type="dxa"/>
            <w:shd w:val="clear" w:color="auto" w:fill="D9EAD3"/>
            <w:vAlign w:val="center"/>
          </w:tcPr>
          <w:p w14:paraId="2087586F" w14:textId="58E0B375" w:rsidR="00B9286B" w:rsidRPr="000C105B" w:rsidRDefault="00EE309A" w:rsidP="003A58BF">
            <w:pPr>
              <w:ind w:firstLine="0"/>
              <w:jc w:val="center"/>
              <w:rPr>
                <w:rFonts w:cs="Times New Roman"/>
                <w:b/>
                <w:szCs w:val="28"/>
                <w:lang w:val="kk-KZ"/>
              </w:rPr>
            </w:pPr>
            <w:r w:rsidRPr="000C105B">
              <w:rPr>
                <w:rFonts w:cs="Times New Roman"/>
                <w:b/>
                <w:szCs w:val="28"/>
                <w:lang w:val="kk-KZ"/>
              </w:rPr>
              <w:t>Күтілетін нәтиже</w:t>
            </w:r>
          </w:p>
        </w:tc>
      </w:tr>
      <w:tr w:rsidR="00B9286B" w:rsidRPr="003A58BF" w14:paraId="21463C95" w14:textId="77777777">
        <w:trPr>
          <w:jc w:val="center"/>
        </w:trPr>
        <w:tc>
          <w:tcPr>
            <w:tcW w:w="1701" w:type="dxa"/>
          </w:tcPr>
          <w:p w14:paraId="716D97F2" w14:textId="6D5A3B12" w:rsidR="00B9286B" w:rsidRPr="000C105B" w:rsidRDefault="007D57DE" w:rsidP="003A58BF">
            <w:pPr>
              <w:ind w:firstLine="0"/>
              <w:rPr>
                <w:rFonts w:cs="Times New Roman"/>
                <w:szCs w:val="28"/>
                <w:lang w:val="kk-KZ"/>
              </w:rPr>
            </w:pPr>
            <w:r w:rsidRPr="000C105B">
              <w:rPr>
                <w:rFonts w:cs="Times New Roman"/>
                <w:szCs w:val="28"/>
                <w:lang w:val="kk-KZ"/>
              </w:rPr>
              <w:t>Зерттелетін тіл</w:t>
            </w:r>
          </w:p>
        </w:tc>
        <w:tc>
          <w:tcPr>
            <w:tcW w:w="2835" w:type="dxa"/>
          </w:tcPr>
          <w:p w14:paraId="146B2351" w14:textId="1CDFBC6E" w:rsidR="00B9286B" w:rsidRPr="000C105B" w:rsidRDefault="009D55B3" w:rsidP="003A58BF">
            <w:pPr>
              <w:ind w:firstLine="0"/>
              <w:rPr>
                <w:rFonts w:cs="Times New Roman"/>
                <w:szCs w:val="28"/>
                <w:lang w:val="kk-KZ"/>
              </w:rPr>
            </w:pPr>
            <w:r>
              <w:rPr>
                <w:rFonts w:cs="Times New Roman"/>
                <w:szCs w:val="28"/>
                <w:lang w:val="kk-KZ"/>
              </w:rPr>
              <w:t>ағылшын</w:t>
            </w:r>
            <w:r w:rsidRPr="000C105B">
              <w:rPr>
                <w:rFonts w:cs="Times New Roman"/>
                <w:szCs w:val="28"/>
                <w:lang w:val="kk-KZ"/>
              </w:rPr>
              <w:t xml:space="preserve"> </w:t>
            </w:r>
            <w:r w:rsidR="00645645" w:rsidRPr="000C105B">
              <w:rPr>
                <w:rFonts w:cs="Times New Roman"/>
                <w:szCs w:val="28"/>
                <w:lang w:val="kk-KZ"/>
              </w:rPr>
              <w:t>тілде коммуникация, сөздік қор, сөйлеу этикеті, қарым-қатынас мәдениеті</w:t>
            </w:r>
          </w:p>
        </w:tc>
        <w:tc>
          <w:tcPr>
            <w:tcW w:w="2835" w:type="dxa"/>
          </w:tcPr>
          <w:p w14:paraId="6D368C67" w14:textId="43625829" w:rsidR="00B9286B" w:rsidRPr="000C105B" w:rsidRDefault="00645645" w:rsidP="003A58BF">
            <w:pPr>
              <w:ind w:firstLine="0"/>
              <w:rPr>
                <w:rFonts w:cs="Times New Roman"/>
                <w:szCs w:val="28"/>
                <w:lang w:val="kk-KZ"/>
              </w:rPr>
            </w:pPr>
            <w:r w:rsidRPr="000C105B">
              <w:rPr>
                <w:rFonts w:cs="Times New Roman"/>
                <w:szCs w:val="28"/>
                <w:lang w:val="kk-KZ"/>
              </w:rPr>
              <w:t>Ойындар, диалогтар, фраза карточкалары, шығармашылық тапсырмалар, шағын жобалар</w:t>
            </w:r>
          </w:p>
        </w:tc>
        <w:tc>
          <w:tcPr>
            <w:tcW w:w="2268" w:type="dxa"/>
          </w:tcPr>
          <w:p w14:paraId="60B52B2D" w14:textId="72E0B944" w:rsidR="00B9286B" w:rsidRPr="000C105B" w:rsidRDefault="009D55B3" w:rsidP="003A58BF">
            <w:pPr>
              <w:ind w:firstLine="0"/>
              <w:rPr>
                <w:rFonts w:cs="Times New Roman"/>
                <w:szCs w:val="28"/>
                <w:lang w:val="kk-KZ"/>
              </w:rPr>
            </w:pPr>
            <w:r>
              <w:rPr>
                <w:rFonts w:cs="Times New Roman"/>
                <w:szCs w:val="28"/>
                <w:lang w:val="kk-KZ"/>
              </w:rPr>
              <w:t>ағылшын</w:t>
            </w:r>
            <w:r w:rsidRPr="000C105B">
              <w:rPr>
                <w:rFonts w:cs="Times New Roman"/>
                <w:szCs w:val="28"/>
                <w:lang w:val="kk-KZ"/>
              </w:rPr>
              <w:t xml:space="preserve"> </w:t>
            </w:r>
            <w:r w:rsidR="00976C0A" w:rsidRPr="000C105B">
              <w:rPr>
                <w:rFonts w:cs="Times New Roman"/>
                <w:szCs w:val="28"/>
                <w:lang w:val="kk-KZ"/>
              </w:rPr>
              <w:t>тілге және қарым-қатынас мәдениетіне қызығушылық</w:t>
            </w:r>
          </w:p>
        </w:tc>
      </w:tr>
      <w:tr w:rsidR="00B9286B" w:rsidRPr="003A58BF" w14:paraId="4B471DB5" w14:textId="77777777">
        <w:trPr>
          <w:jc w:val="center"/>
        </w:trPr>
        <w:tc>
          <w:tcPr>
            <w:tcW w:w="1701" w:type="dxa"/>
          </w:tcPr>
          <w:p w14:paraId="1E8EF4CD" w14:textId="24D26262" w:rsidR="00B9286B" w:rsidRPr="000C105B" w:rsidRDefault="007D57DE" w:rsidP="003A58BF">
            <w:pPr>
              <w:ind w:firstLine="0"/>
              <w:rPr>
                <w:rFonts w:cs="Times New Roman"/>
                <w:szCs w:val="28"/>
                <w:lang w:val="kk-KZ"/>
              </w:rPr>
            </w:pPr>
            <w:r w:rsidRPr="000C105B">
              <w:rPr>
                <w:rFonts w:cs="Times New Roman"/>
                <w:szCs w:val="28"/>
                <w:lang w:val="kk-KZ"/>
              </w:rPr>
              <w:lastRenderedPageBreak/>
              <w:t>Сөйлеу тәжірибесі</w:t>
            </w:r>
          </w:p>
        </w:tc>
        <w:tc>
          <w:tcPr>
            <w:tcW w:w="2835" w:type="dxa"/>
          </w:tcPr>
          <w:p w14:paraId="6D5219B0" w14:textId="102C6C1F" w:rsidR="00B9286B" w:rsidRPr="000C105B" w:rsidRDefault="00645645" w:rsidP="003A58BF">
            <w:pPr>
              <w:ind w:firstLine="0"/>
              <w:rPr>
                <w:rFonts w:cs="Times New Roman"/>
                <w:szCs w:val="28"/>
                <w:lang w:val="kk-KZ"/>
              </w:rPr>
            </w:pPr>
            <w:r w:rsidRPr="000C105B">
              <w:rPr>
                <w:rFonts w:cs="Times New Roman"/>
                <w:szCs w:val="28"/>
                <w:lang w:val="kk-KZ"/>
              </w:rPr>
              <w:t>Сөйлеу, тыңдап түсіну, сұрақ-жауап, тұрмыстық жағда</w:t>
            </w:r>
            <w:r w:rsidR="00063B60" w:rsidRPr="000C105B">
              <w:rPr>
                <w:rFonts w:cs="Times New Roman"/>
                <w:szCs w:val="28"/>
                <w:lang w:val="kk-KZ"/>
              </w:rPr>
              <w:t>йлар</w:t>
            </w:r>
          </w:p>
        </w:tc>
        <w:tc>
          <w:tcPr>
            <w:tcW w:w="2835" w:type="dxa"/>
          </w:tcPr>
          <w:p w14:paraId="01B05E24" w14:textId="32E40A7E" w:rsidR="00B9286B" w:rsidRPr="000C105B" w:rsidRDefault="00645645" w:rsidP="003A58BF">
            <w:pPr>
              <w:ind w:firstLine="0"/>
              <w:rPr>
                <w:rFonts w:cs="Times New Roman"/>
                <w:szCs w:val="28"/>
                <w:lang w:val="kk-KZ"/>
              </w:rPr>
            </w:pPr>
            <w:r w:rsidRPr="000C105B">
              <w:rPr>
                <w:rFonts w:cs="Times New Roman"/>
                <w:szCs w:val="28"/>
                <w:lang w:val="kk-KZ"/>
              </w:rPr>
              <w:t>Тілдік клубтар, сұхбаттар, рөлдік ойындар, коммуникативтік квесттер</w:t>
            </w:r>
          </w:p>
        </w:tc>
        <w:tc>
          <w:tcPr>
            <w:tcW w:w="2268" w:type="dxa"/>
          </w:tcPr>
          <w:p w14:paraId="66183F73" w14:textId="41BF0333" w:rsidR="00B9286B" w:rsidRPr="000C105B" w:rsidRDefault="009D55B3" w:rsidP="003A58BF">
            <w:pPr>
              <w:ind w:firstLine="0"/>
              <w:rPr>
                <w:rFonts w:cs="Times New Roman"/>
                <w:szCs w:val="28"/>
                <w:lang w:val="kk-KZ"/>
              </w:rPr>
            </w:pPr>
            <w:r>
              <w:rPr>
                <w:rFonts w:cs="Times New Roman"/>
                <w:szCs w:val="28"/>
                <w:lang w:val="kk-KZ"/>
              </w:rPr>
              <w:t>ағылшын</w:t>
            </w:r>
            <w:r w:rsidRPr="000C105B">
              <w:rPr>
                <w:rFonts w:cs="Times New Roman"/>
                <w:szCs w:val="28"/>
                <w:lang w:val="kk-KZ"/>
              </w:rPr>
              <w:t xml:space="preserve"> </w:t>
            </w:r>
            <w:r w:rsidR="00976C0A" w:rsidRPr="000C105B">
              <w:rPr>
                <w:rFonts w:cs="Times New Roman"/>
                <w:szCs w:val="28"/>
                <w:lang w:val="kk-KZ"/>
              </w:rPr>
              <w:t>тілде қарапайым қарым-қатынасқа сенімділік</w:t>
            </w:r>
          </w:p>
        </w:tc>
      </w:tr>
      <w:tr w:rsidR="00B9286B" w:rsidRPr="003A58BF" w14:paraId="3A18448C" w14:textId="77777777">
        <w:trPr>
          <w:jc w:val="center"/>
        </w:trPr>
        <w:tc>
          <w:tcPr>
            <w:tcW w:w="1701" w:type="dxa"/>
          </w:tcPr>
          <w:p w14:paraId="024B8E10" w14:textId="0B809365" w:rsidR="00B9286B" w:rsidRPr="000C105B" w:rsidRDefault="00212A0A" w:rsidP="003A58BF">
            <w:pPr>
              <w:ind w:firstLine="0"/>
              <w:rPr>
                <w:rFonts w:cs="Times New Roman"/>
                <w:szCs w:val="28"/>
                <w:lang w:val="kk-KZ"/>
              </w:rPr>
            </w:pPr>
            <w:r w:rsidRPr="000C105B">
              <w:rPr>
                <w:rFonts w:cs="Times New Roman"/>
                <w:szCs w:val="28"/>
                <w:lang w:val="kk-KZ"/>
              </w:rPr>
              <w:t>Әлеуметтік-мәдени мазмұн</w:t>
            </w:r>
          </w:p>
        </w:tc>
        <w:tc>
          <w:tcPr>
            <w:tcW w:w="2835" w:type="dxa"/>
          </w:tcPr>
          <w:p w14:paraId="27959F1B" w14:textId="41E1EA9A" w:rsidR="00B9286B" w:rsidRPr="000C105B" w:rsidRDefault="00645645" w:rsidP="003A58BF">
            <w:pPr>
              <w:ind w:firstLine="0"/>
              <w:rPr>
                <w:rFonts w:cs="Times New Roman"/>
                <w:szCs w:val="28"/>
                <w:lang w:val="kk-KZ"/>
              </w:rPr>
            </w:pPr>
            <w:r w:rsidRPr="000C105B">
              <w:rPr>
                <w:rFonts w:cs="Times New Roman"/>
                <w:szCs w:val="28"/>
                <w:lang w:val="kk-KZ"/>
              </w:rPr>
              <w:t>Мәдени контекст, сөйлеу этикеті, дәстүрлер мен қарым-қатынас нормалары</w:t>
            </w:r>
          </w:p>
        </w:tc>
        <w:tc>
          <w:tcPr>
            <w:tcW w:w="2835" w:type="dxa"/>
          </w:tcPr>
          <w:p w14:paraId="3205977E" w14:textId="189CFE1A" w:rsidR="00B9286B" w:rsidRPr="000C105B" w:rsidRDefault="00645645" w:rsidP="003A58BF">
            <w:pPr>
              <w:ind w:firstLine="0"/>
              <w:rPr>
                <w:rFonts w:cs="Times New Roman"/>
                <w:szCs w:val="28"/>
                <w:lang w:val="kk-KZ"/>
              </w:rPr>
            </w:pPr>
            <w:r w:rsidRPr="000C105B">
              <w:rPr>
                <w:rFonts w:cs="Times New Roman"/>
                <w:szCs w:val="28"/>
                <w:lang w:val="kk-KZ"/>
              </w:rPr>
              <w:t>Мәдени станциялар, викториналар, карталар, шағын зерттеулер</w:t>
            </w:r>
          </w:p>
        </w:tc>
        <w:tc>
          <w:tcPr>
            <w:tcW w:w="2268" w:type="dxa"/>
          </w:tcPr>
          <w:p w14:paraId="1B918E99" w14:textId="5ED4D3BB" w:rsidR="00B9286B" w:rsidRPr="000C105B" w:rsidRDefault="00976C0A" w:rsidP="003A58BF">
            <w:pPr>
              <w:ind w:firstLine="0"/>
              <w:rPr>
                <w:rFonts w:cs="Times New Roman"/>
                <w:szCs w:val="28"/>
                <w:lang w:val="kk-KZ"/>
              </w:rPr>
            </w:pPr>
            <w:r w:rsidRPr="000C105B">
              <w:rPr>
                <w:rFonts w:cs="Times New Roman"/>
                <w:szCs w:val="28"/>
                <w:lang w:val="kk-KZ"/>
              </w:rPr>
              <w:t xml:space="preserve">Мәдениет пен сөйлеу мінез-құлық </w:t>
            </w:r>
            <w:r w:rsidR="00063B60" w:rsidRPr="000C105B">
              <w:rPr>
                <w:rFonts w:cs="Times New Roman"/>
                <w:szCs w:val="28"/>
                <w:lang w:val="kk-KZ"/>
              </w:rPr>
              <w:t>талабына</w:t>
            </w:r>
            <w:r w:rsidRPr="000C105B">
              <w:rPr>
                <w:rFonts w:cs="Times New Roman"/>
                <w:szCs w:val="28"/>
                <w:lang w:val="kk-KZ"/>
              </w:rPr>
              <w:t xml:space="preserve"> құрмет</w:t>
            </w:r>
          </w:p>
        </w:tc>
      </w:tr>
      <w:tr w:rsidR="00B9286B" w:rsidRPr="003A58BF" w14:paraId="114EFD0E" w14:textId="77777777">
        <w:trPr>
          <w:jc w:val="center"/>
        </w:trPr>
        <w:tc>
          <w:tcPr>
            <w:tcW w:w="1701" w:type="dxa"/>
          </w:tcPr>
          <w:p w14:paraId="500A74D7" w14:textId="1A1CB479" w:rsidR="00B9286B" w:rsidRPr="000C105B" w:rsidRDefault="00212A0A" w:rsidP="003A58BF">
            <w:pPr>
              <w:ind w:firstLine="0"/>
              <w:rPr>
                <w:rFonts w:cs="Times New Roman"/>
                <w:szCs w:val="28"/>
                <w:lang w:val="kk-KZ"/>
              </w:rPr>
            </w:pPr>
            <w:r w:rsidRPr="000C105B">
              <w:rPr>
                <w:rFonts w:cs="Times New Roman"/>
                <w:szCs w:val="28"/>
                <w:lang w:val="kk-KZ"/>
              </w:rPr>
              <w:t>Шығармашылық тілдік қызмет</w:t>
            </w:r>
          </w:p>
        </w:tc>
        <w:tc>
          <w:tcPr>
            <w:tcW w:w="2835" w:type="dxa"/>
          </w:tcPr>
          <w:p w14:paraId="3C314EF9" w14:textId="19A0BC34" w:rsidR="00B9286B" w:rsidRPr="000C105B" w:rsidRDefault="00645645" w:rsidP="003A58BF">
            <w:pPr>
              <w:ind w:firstLine="0"/>
              <w:rPr>
                <w:rFonts w:cs="Times New Roman"/>
                <w:szCs w:val="28"/>
                <w:lang w:val="kk-KZ"/>
              </w:rPr>
            </w:pPr>
            <w:r w:rsidRPr="000C105B">
              <w:rPr>
                <w:rFonts w:cs="Times New Roman"/>
                <w:szCs w:val="28"/>
                <w:lang w:val="kk-KZ"/>
              </w:rPr>
              <w:t>Тілді әнде, сахналық көріністе, әңгімеде, комиксте және таныстырылымда қолдану</w:t>
            </w:r>
          </w:p>
        </w:tc>
        <w:tc>
          <w:tcPr>
            <w:tcW w:w="2835" w:type="dxa"/>
          </w:tcPr>
          <w:p w14:paraId="4AAF6B64" w14:textId="3F219BD1" w:rsidR="00B9286B" w:rsidRPr="000C105B" w:rsidRDefault="00645645" w:rsidP="003A58BF">
            <w:pPr>
              <w:ind w:firstLine="0"/>
              <w:rPr>
                <w:rFonts w:cs="Times New Roman"/>
                <w:szCs w:val="28"/>
                <w:lang w:val="kk-KZ"/>
              </w:rPr>
            </w:pPr>
            <w:r w:rsidRPr="000C105B">
              <w:rPr>
                <w:rFonts w:cs="Times New Roman"/>
                <w:szCs w:val="28"/>
                <w:lang w:val="kk-KZ"/>
              </w:rPr>
              <w:t>Театр, әндер, сторителлинг, шығармашылық шеберханалар, постерлер</w:t>
            </w:r>
          </w:p>
        </w:tc>
        <w:tc>
          <w:tcPr>
            <w:tcW w:w="2268" w:type="dxa"/>
          </w:tcPr>
          <w:p w14:paraId="46B7B95D" w14:textId="106A925E" w:rsidR="00B9286B" w:rsidRPr="000C105B" w:rsidRDefault="009D55B3" w:rsidP="003A58BF">
            <w:pPr>
              <w:ind w:firstLine="0"/>
              <w:rPr>
                <w:rFonts w:cs="Times New Roman"/>
                <w:szCs w:val="28"/>
                <w:lang w:val="kk-KZ"/>
              </w:rPr>
            </w:pPr>
            <w:r>
              <w:rPr>
                <w:rFonts w:cs="Times New Roman"/>
                <w:szCs w:val="28"/>
                <w:lang w:val="kk-KZ"/>
              </w:rPr>
              <w:t>ағылшын</w:t>
            </w:r>
            <w:r w:rsidRPr="000C105B">
              <w:rPr>
                <w:rFonts w:cs="Times New Roman"/>
                <w:szCs w:val="28"/>
                <w:lang w:val="kk-KZ"/>
              </w:rPr>
              <w:t xml:space="preserve"> </w:t>
            </w:r>
            <w:r w:rsidR="00976C0A" w:rsidRPr="000C105B">
              <w:rPr>
                <w:rFonts w:cs="Times New Roman"/>
                <w:szCs w:val="28"/>
                <w:lang w:val="kk-KZ"/>
              </w:rPr>
              <w:t>тілді шығармашылық тұрғыда қолдану</w:t>
            </w:r>
          </w:p>
        </w:tc>
      </w:tr>
      <w:tr w:rsidR="00B9286B" w:rsidRPr="003A58BF" w14:paraId="26D7B23F" w14:textId="77777777">
        <w:trPr>
          <w:jc w:val="center"/>
        </w:trPr>
        <w:tc>
          <w:tcPr>
            <w:tcW w:w="1701" w:type="dxa"/>
          </w:tcPr>
          <w:p w14:paraId="1E4EB484" w14:textId="0E930483" w:rsidR="00B9286B" w:rsidRPr="000C105B" w:rsidRDefault="00212A0A" w:rsidP="003A58BF">
            <w:pPr>
              <w:ind w:firstLine="0"/>
              <w:rPr>
                <w:rFonts w:cs="Times New Roman"/>
                <w:szCs w:val="28"/>
                <w:lang w:val="kk-KZ"/>
              </w:rPr>
            </w:pPr>
            <w:r w:rsidRPr="000C105B">
              <w:rPr>
                <w:rFonts w:cs="Times New Roman"/>
                <w:szCs w:val="28"/>
                <w:lang w:val="kk-KZ"/>
              </w:rPr>
              <w:t>Тілдік медиажоба</w:t>
            </w:r>
          </w:p>
        </w:tc>
        <w:tc>
          <w:tcPr>
            <w:tcW w:w="2835" w:type="dxa"/>
          </w:tcPr>
          <w:p w14:paraId="4C6FE8CB" w14:textId="2A3690E2" w:rsidR="00B9286B" w:rsidRPr="000C105B" w:rsidRDefault="009D55B3" w:rsidP="003A58BF">
            <w:pPr>
              <w:ind w:firstLine="0"/>
              <w:rPr>
                <w:rFonts w:cs="Times New Roman"/>
                <w:szCs w:val="28"/>
                <w:lang w:val="kk-KZ"/>
              </w:rPr>
            </w:pPr>
            <w:r>
              <w:rPr>
                <w:rFonts w:cs="Times New Roman"/>
                <w:szCs w:val="28"/>
                <w:lang w:val="kk-KZ"/>
              </w:rPr>
              <w:t>ағылшын</w:t>
            </w:r>
            <w:r w:rsidRPr="000C105B">
              <w:rPr>
                <w:rFonts w:cs="Times New Roman"/>
                <w:szCs w:val="28"/>
                <w:lang w:val="kk-KZ"/>
              </w:rPr>
              <w:t xml:space="preserve"> </w:t>
            </w:r>
            <w:r w:rsidR="00645645" w:rsidRPr="000C105B">
              <w:rPr>
                <w:rFonts w:cs="Times New Roman"/>
                <w:szCs w:val="28"/>
                <w:lang w:val="kk-KZ"/>
              </w:rPr>
              <w:t>тілде қарапайым ақпараттық өнім жасау</w:t>
            </w:r>
          </w:p>
        </w:tc>
        <w:tc>
          <w:tcPr>
            <w:tcW w:w="2835" w:type="dxa"/>
          </w:tcPr>
          <w:p w14:paraId="7C42A077" w14:textId="0B3F872E" w:rsidR="00B9286B" w:rsidRPr="000C105B" w:rsidRDefault="00645645" w:rsidP="003A58BF">
            <w:pPr>
              <w:ind w:firstLine="0"/>
              <w:rPr>
                <w:rFonts w:cs="Times New Roman"/>
                <w:szCs w:val="28"/>
                <w:lang w:val="kk-KZ"/>
              </w:rPr>
            </w:pPr>
            <w:r w:rsidRPr="000C105B">
              <w:rPr>
                <w:rFonts w:cs="Times New Roman"/>
                <w:szCs w:val="28"/>
                <w:lang w:val="kk-KZ"/>
              </w:rPr>
              <w:t>Сұхбаттар, медиакүнделік, постер, подкаст, шағын бейнеролик</w:t>
            </w:r>
          </w:p>
        </w:tc>
        <w:tc>
          <w:tcPr>
            <w:tcW w:w="2268" w:type="dxa"/>
          </w:tcPr>
          <w:p w14:paraId="2312E493" w14:textId="6E39FD10" w:rsidR="00B9286B" w:rsidRPr="000C105B" w:rsidRDefault="00976C0A" w:rsidP="003A58BF">
            <w:pPr>
              <w:ind w:firstLine="0"/>
              <w:rPr>
                <w:rFonts w:cs="Times New Roman"/>
                <w:szCs w:val="28"/>
                <w:lang w:val="kk-KZ"/>
              </w:rPr>
            </w:pPr>
            <w:r w:rsidRPr="000C105B">
              <w:rPr>
                <w:rFonts w:cs="Times New Roman"/>
                <w:szCs w:val="28"/>
                <w:lang w:val="kk-KZ"/>
              </w:rPr>
              <w:t>Ақпаратты ұсыну үшін тілді қолдану</w:t>
            </w:r>
          </w:p>
        </w:tc>
      </w:tr>
      <w:tr w:rsidR="00B9286B" w:rsidRPr="003A58BF" w14:paraId="5A51D325" w14:textId="77777777">
        <w:trPr>
          <w:jc w:val="center"/>
        </w:trPr>
        <w:tc>
          <w:tcPr>
            <w:tcW w:w="1701" w:type="dxa"/>
          </w:tcPr>
          <w:p w14:paraId="3BDDE25E" w14:textId="56135993" w:rsidR="00B9286B" w:rsidRPr="000C105B" w:rsidRDefault="00212A0A" w:rsidP="003A58BF">
            <w:pPr>
              <w:ind w:firstLine="0"/>
              <w:rPr>
                <w:rFonts w:cs="Times New Roman"/>
                <w:szCs w:val="28"/>
                <w:lang w:val="kk-KZ"/>
              </w:rPr>
            </w:pPr>
            <w:r w:rsidRPr="000C105B">
              <w:rPr>
                <w:rFonts w:cs="Times New Roman"/>
                <w:szCs w:val="28"/>
                <w:lang w:val="kk-KZ"/>
              </w:rPr>
              <w:t>Тілдік жоба</w:t>
            </w:r>
          </w:p>
        </w:tc>
        <w:tc>
          <w:tcPr>
            <w:tcW w:w="2835" w:type="dxa"/>
          </w:tcPr>
          <w:p w14:paraId="4A4214ED" w14:textId="3C600E7C" w:rsidR="00B9286B" w:rsidRPr="000C105B" w:rsidRDefault="00645645" w:rsidP="003A58BF">
            <w:pPr>
              <w:ind w:firstLine="0"/>
              <w:rPr>
                <w:rFonts w:cs="Times New Roman"/>
                <w:szCs w:val="28"/>
                <w:lang w:val="kk-KZ"/>
              </w:rPr>
            </w:pPr>
            <w:r w:rsidRPr="000C105B">
              <w:rPr>
                <w:rFonts w:cs="Times New Roman"/>
                <w:szCs w:val="28"/>
                <w:lang w:val="kk-KZ"/>
              </w:rPr>
              <w:t>Командалық өнім және көпшілік алдында таныстырылым</w:t>
            </w:r>
          </w:p>
        </w:tc>
        <w:tc>
          <w:tcPr>
            <w:tcW w:w="2835" w:type="dxa"/>
          </w:tcPr>
          <w:p w14:paraId="6429ADB3" w14:textId="3A888212" w:rsidR="00B9286B" w:rsidRPr="000C105B" w:rsidRDefault="00645645" w:rsidP="003A58BF">
            <w:pPr>
              <w:ind w:firstLine="0"/>
              <w:rPr>
                <w:rFonts w:cs="Times New Roman"/>
                <w:szCs w:val="28"/>
                <w:lang w:val="kk-KZ"/>
              </w:rPr>
            </w:pPr>
            <w:r w:rsidRPr="000C105B">
              <w:rPr>
                <w:rFonts w:cs="Times New Roman"/>
                <w:szCs w:val="28"/>
                <w:lang w:val="kk-KZ"/>
              </w:rPr>
              <w:t xml:space="preserve">Қатысушы </w:t>
            </w:r>
            <w:r w:rsidR="00063B60" w:rsidRPr="000C105B">
              <w:rPr>
                <w:rFonts w:cs="Times New Roman"/>
                <w:szCs w:val="28"/>
                <w:lang w:val="kk-KZ"/>
              </w:rPr>
              <w:t>қоржыны</w:t>
            </w:r>
            <w:r w:rsidRPr="000C105B">
              <w:rPr>
                <w:rFonts w:cs="Times New Roman"/>
                <w:szCs w:val="28"/>
                <w:lang w:val="kk-KZ"/>
              </w:rPr>
              <w:t>, презентациялар, тілдік ауысым жетістіктер фестивалі</w:t>
            </w:r>
          </w:p>
        </w:tc>
        <w:tc>
          <w:tcPr>
            <w:tcW w:w="2268" w:type="dxa"/>
          </w:tcPr>
          <w:p w14:paraId="2DF9918E" w14:textId="2CF5B0A2" w:rsidR="00B9286B" w:rsidRPr="000C105B" w:rsidRDefault="00976C0A" w:rsidP="003A58BF">
            <w:pPr>
              <w:ind w:firstLine="0"/>
              <w:rPr>
                <w:rFonts w:cs="Times New Roman"/>
                <w:szCs w:val="28"/>
                <w:lang w:val="kk-KZ"/>
              </w:rPr>
            </w:pPr>
            <w:r w:rsidRPr="000C105B">
              <w:rPr>
                <w:rFonts w:cs="Times New Roman"/>
                <w:szCs w:val="28"/>
                <w:lang w:val="kk-KZ"/>
              </w:rPr>
              <w:t>Жобалық және коммуникативтік дағдыларды дамыту</w:t>
            </w:r>
          </w:p>
        </w:tc>
      </w:tr>
    </w:tbl>
    <w:p w14:paraId="1C5470D9" w14:textId="77777777" w:rsidR="003A0221" w:rsidRPr="000C105B" w:rsidRDefault="003A0221" w:rsidP="003A58BF">
      <w:pPr>
        <w:ind w:firstLine="0"/>
        <w:rPr>
          <w:rFonts w:cs="Times New Roman"/>
          <w:b/>
          <w:bCs/>
          <w:szCs w:val="28"/>
          <w:lang w:val="kk-KZ"/>
        </w:rPr>
      </w:pPr>
    </w:p>
    <w:p w14:paraId="4317F944" w14:textId="77777777" w:rsidR="003A58BF" w:rsidRDefault="003A58BF" w:rsidP="003A58BF">
      <w:pPr>
        <w:ind w:firstLine="720"/>
        <w:rPr>
          <w:rFonts w:cs="Times New Roman"/>
          <w:b/>
          <w:bCs/>
          <w:szCs w:val="28"/>
          <w:lang w:val="kk-KZ"/>
        </w:rPr>
      </w:pPr>
    </w:p>
    <w:p w14:paraId="25AFF84A" w14:textId="5E537763" w:rsidR="00FF0727" w:rsidRPr="000C105B" w:rsidRDefault="00FF0727" w:rsidP="003A58BF">
      <w:pPr>
        <w:ind w:firstLine="720"/>
        <w:rPr>
          <w:rFonts w:cs="Times New Roman"/>
          <w:szCs w:val="28"/>
          <w:lang w:val="kk-KZ"/>
        </w:rPr>
      </w:pPr>
      <w:r w:rsidRPr="000C105B">
        <w:rPr>
          <w:rFonts w:cs="Times New Roman"/>
          <w:b/>
          <w:bCs/>
          <w:szCs w:val="28"/>
          <w:lang w:val="kk-KZ"/>
        </w:rPr>
        <w:t>4-бөлім. Мақсаты, міндеттері және күтілетін нәтижелері</w:t>
      </w:r>
    </w:p>
    <w:p w14:paraId="21E31F8C" w14:textId="06443AD8" w:rsidR="00FF0727" w:rsidRPr="000C105B" w:rsidRDefault="00FF0727" w:rsidP="003A58BF">
      <w:pPr>
        <w:rPr>
          <w:rFonts w:cs="Times New Roman"/>
          <w:szCs w:val="28"/>
          <w:lang w:val="kk-KZ"/>
        </w:rPr>
      </w:pPr>
      <w:r w:rsidRPr="000C105B">
        <w:rPr>
          <w:rFonts w:cs="Times New Roman"/>
          <w:b/>
          <w:bCs/>
          <w:szCs w:val="28"/>
          <w:lang w:val="kk-KZ"/>
        </w:rPr>
        <w:t>Бағдарламаның мақсаты</w:t>
      </w:r>
    </w:p>
    <w:p w14:paraId="0295D54E" w14:textId="67110043" w:rsidR="00843D98" w:rsidRPr="000C105B" w:rsidRDefault="00843D98" w:rsidP="003A58BF">
      <w:pPr>
        <w:jc w:val="both"/>
        <w:rPr>
          <w:rFonts w:cs="Times New Roman"/>
          <w:szCs w:val="28"/>
          <w:lang w:val="kk-KZ"/>
        </w:rPr>
      </w:pPr>
      <w:r w:rsidRPr="000C105B">
        <w:rPr>
          <w:rFonts w:cs="Times New Roman"/>
          <w:szCs w:val="28"/>
          <w:lang w:val="kk-KZ"/>
        </w:rPr>
        <w:t>Кәмелетке толмағандардың физикалық және психоэмоционалдық денсаулығын нығайтуға, тілдік практика, мәдениетаралық қарым-қатынас, шығармашылық, ойын, жобалық және сауықтыру қызметі арқылы олардың тілдік, коммуникативтік, мәдениетаралық, шығармашылық, жобалық, әлеуметтік және тұлғалық құзыреттерін дамытуға, сондай-ақ «Адал азамат» Бір</w:t>
      </w:r>
      <w:r w:rsidR="00470B74" w:rsidRPr="000C105B">
        <w:rPr>
          <w:rFonts w:cs="Times New Roman"/>
          <w:szCs w:val="28"/>
          <w:lang w:val="kk-KZ"/>
        </w:rPr>
        <w:t>тұтас</w:t>
      </w:r>
      <w:r w:rsidRPr="000C105B">
        <w:rPr>
          <w:rFonts w:cs="Times New Roman"/>
          <w:szCs w:val="28"/>
          <w:lang w:val="kk-KZ"/>
        </w:rPr>
        <w:t xml:space="preserve"> тәрбие бағдарламасына сәйкес құндылық бағдарларын қалыптастыруға бағытталған маусымдық тілдік </w:t>
      </w:r>
      <w:r w:rsidR="009D55B3">
        <w:rPr>
          <w:rFonts w:cs="Times New Roman"/>
          <w:szCs w:val="28"/>
          <w:lang w:val="kk-KZ"/>
        </w:rPr>
        <w:t>БСЛ</w:t>
      </w:r>
      <w:r w:rsidRPr="000C105B">
        <w:rPr>
          <w:rFonts w:cs="Times New Roman"/>
          <w:szCs w:val="28"/>
          <w:lang w:val="kk-KZ"/>
        </w:rPr>
        <w:t xml:space="preserve"> білім беру-сауықтыру ортасын құру.</w:t>
      </w:r>
    </w:p>
    <w:p w14:paraId="469896C0" w14:textId="560A5FCB" w:rsidR="00843D98" w:rsidRPr="000C105B" w:rsidRDefault="00843D98" w:rsidP="003A58BF">
      <w:pPr>
        <w:jc w:val="both"/>
        <w:rPr>
          <w:rFonts w:cs="Times New Roman"/>
          <w:szCs w:val="28"/>
          <w:lang w:val="kk-KZ"/>
        </w:rPr>
      </w:pPr>
      <w:r w:rsidRPr="000C105B">
        <w:rPr>
          <w:rFonts w:cs="Times New Roman"/>
          <w:szCs w:val="28"/>
          <w:lang w:val="kk-KZ"/>
        </w:rPr>
        <w:t xml:space="preserve">Бағдарлама адал, жауапты, еңбекқор, отансүйгіш, бастамашыл және әлеуметтік белсенді қатысушыны тәрбиелеуге бағдарланған, ол мемлекеттік тілді, ана тілін, ұлттық құндылықтарды, тілдік және мәдени </w:t>
      </w:r>
      <w:r w:rsidR="003A0221" w:rsidRPr="000C105B">
        <w:rPr>
          <w:rFonts w:cs="Times New Roman"/>
          <w:szCs w:val="28"/>
          <w:lang w:val="kk-KZ"/>
        </w:rPr>
        <w:t>көптүрлілікті</w:t>
      </w:r>
      <w:r w:rsidRPr="000C105B">
        <w:rPr>
          <w:rFonts w:cs="Times New Roman"/>
          <w:szCs w:val="28"/>
          <w:lang w:val="kk-KZ"/>
        </w:rPr>
        <w:t xml:space="preserve"> </w:t>
      </w:r>
      <w:r w:rsidRPr="000C105B">
        <w:rPr>
          <w:rFonts w:cs="Times New Roman"/>
          <w:szCs w:val="28"/>
          <w:lang w:val="kk-KZ"/>
        </w:rPr>
        <w:lastRenderedPageBreak/>
        <w:t>құрметтеуге, қауіпсіз мінез-құлық мәдениетін сақтауға, командалық жұмыс істеуге және жасампаз қызметке қатысуға қабілетті.</w:t>
      </w:r>
    </w:p>
    <w:p w14:paraId="74D20F9A" w14:textId="77777777" w:rsidR="00843D98" w:rsidRPr="000C105B" w:rsidRDefault="00843D98" w:rsidP="003A58BF">
      <w:pPr>
        <w:rPr>
          <w:rFonts w:cs="Times New Roman"/>
          <w:szCs w:val="28"/>
          <w:lang w:val="kk-KZ"/>
        </w:rPr>
      </w:pPr>
      <w:r w:rsidRPr="000C105B">
        <w:rPr>
          <w:rFonts w:cs="Times New Roman"/>
          <w:b/>
          <w:bCs/>
          <w:szCs w:val="28"/>
          <w:lang w:val="kk-KZ"/>
        </w:rPr>
        <w:t>Бағдарламаның міндеттері</w:t>
      </w:r>
    </w:p>
    <w:p w14:paraId="0D1B8F88" w14:textId="50F5B0D3" w:rsidR="00843D98" w:rsidRPr="000C105B" w:rsidRDefault="00843D98" w:rsidP="003A58BF">
      <w:pPr>
        <w:jc w:val="both"/>
        <w:rPr>
          <w:rFonts w:cs="Times New Roman"/>
          <w:szCs w:val="28"/>
          <w:lang w:val="kk-KZ"/>
        </w:rPr>
      </w:pPr>
      <w:r w:rsidRPr="000C105B">
        <w:rPr>
          <w:rFonts w:cs="Times New Roman"/>
          <w:szCs w:val="28"/>
          <w:lang w:val="kk-KZ"/>
        </w:rPr>
        <w:t>Бағдарламаның міндеттері білім беру және сауықтыру модульдері арқылы жүзеге асырылады.</w:t>
      </w:r>
    </w:p>
    <w:p w14:paraId="29019DB5" w14:textId="50588BA0" w:rsidR="00B9286B" w:rsidRPr="000C105B" w:rsidRDefault="00843D98" w:rsidP="003A58BF">
      <w:pPr>
        <w:pStyle w:val="31"/>
        <w:spacing w:before="0" w:after="0"/>
        <w:ind w:firstLine="709"/>
        <w:rPr>
          <w:rFonts w:cs="Times New Roman"/>
          <w:szCs w:val="28"/>
          <w:lang w:val="kk-KZ"/>
        </w:rPr>
      </w:pPr>
      <w:r w:rsidRPr="000C105B">
        <w:rPr>
          <w:rFonts w:cs="Times New Roman"/>
          <w:szCs w:val="28"/>
          <w:lang w:val="kk-KZ"/>
        </w:rPr>
        <w:t xml:space="preserve">Білім беру міндеттері </w:t>
      </w:r>
    </w:p>
    <w:p w14:paraId="71D0C456" w14:textId="77777777" w:rsidR="00843D98" w:rsidRPr="000C105B" w:rsidRDefault="00843D98" w:rsidP="003A58BF">
      <w:pPr>
        <w:numPr>
          <w:ilvl w:val="0"/>
          <w:numId w:val="12"/>
        </w:numPr>
        <w:tabs>
          <w:tab w:val="clear" w:pos="720"/>
          <w:tab w:val="num" w:pos="360"/>
          <w:tab w:val="left" w:pos="1134"/>
        </w:tabs>
        <w:ind w:left="0" w:firstLine="709"/>
        <w:jc w:val="both"/>
        <w:rPr>
          <w:rFonts w:cs="Times New Roman"/>
          <w:szCs w:val="28"/>
          <w:lang w:val="kk-KZ"/>
        </w:rPr>
      </w:pPr>
      <w:r w:rsidRPr="000C105B">
        <w:rPr>
          <w:rFonts w:cs="Times New Roman"/>
          <w:szCs w:val="28"/>
          <w:lang w:val="kk-KZ"/>
        </w:rPr>
        <w:t xml:space="preserve">Қатысушылардың тілдік белсенділігін, сөйлеу сенімділігін, танымдық бастамашылдығын, сыни және шығармашылық ойлауын дамыту үшін жағдай жасау. </w:t>
      </w:r>
    </w:p>
    <w:p w14:paraId="7108F919" w14:textId="105AE8B5" w:rsidR="00843D98" w:rsidRPr="000C105B" w:rsidRDefault="00843D98" w:rsidP="003A58BF">
      <w:pPr>
        <w:numPr>
          <w:ilvl w:val="0"/>
          <w:numId w:val="12"/>
        </w:numPr>
        <w:tabs>
          <w:tab w:val="clear" w:pos="720"/>
          <w:tab w:val="num" w:pos="360"/>
          <w:tab w:val="left" w:pos="1134"/>
        </w:tabs>
        <w:ind w:left="0" w:firstLine="709"/>
        <w:jc w:val="both"/>
        <w:rPr>
          <w:rFonts w:cs="Times New Roman"/>
          <w:szCs w:val="28"/>
          <w:lang w:val="kk-KZ"/>
        </w:rPr>
      </w:pPr>
      <w:r w:rsidRPr="000C105B">
        <w:rPr>
          <w:rFonts w:cs="Times New Roman"/>
          <w:szCs w:val="28"/>
          <w:lang w:val="kk-KZ"/>
        </w:rPr>
        <w:t xml:space="preserve">Қатысушылардың күнделікті қарым-қатынас, </w:t>
      </w:r>
      <w:r w:rsidR="009D55B3">
        <w:rPr>
          <w:rFonts w:cs="Times New Roman"/>
          <w:szCs w:val="28"/>
          <w:lang w:val="kk-KZ"/>
        </w:rPr>
        <w:t>БСЛ</w:t>
      </w:r>
      <w:r w:rsidRPr="000C105B">
        <w:rPr>
          <w:rFonts w:cs="Times New Roman"/>
          <w:szCs w:val="28"/>
          <w:lang w:val="kk-KZ"/>
        </w:rPr>
        <w:t xml:space="preserve"> өмірі, мәдениет, достық, табиғат, денсаулық және бірлескен қызмет тақырыптары</w:t>
      </w:r>
      <w:r w:rsidR="003A0221" w:rsidRPr="000C105B">
        <w:rPr>
          <w:rFonts w:cs="Times New Roman"/>
          <w:szCs w:val="28"/>
          <w:lang w:val="kk-KZ"/>
        </w:rPr>
        <w:t>на</w:t>
      </w:r>
      <w:r w:rsidRPr="000C105B">
        <w:rPr>
          <w:rFonts w:cs="Times New Roman"/>
          <w:szCs w:val="28"/>
          <w:lang w:val="kk-KZ"/>
        </w:rPr>
        <w:t xml:space="preserve"> </w:t>
      </w:r>
      <w:r w:rsidR="003A0221" w:rsidRPr="000C105B">
        <w:rPr>
          <w:rFonts w:cs="Times New Roman"/>
          <w:szCs w:val="28"/>
          <w:lang w:val="kk-KZ"/>
        </w:rPr>
        <w:t>негізгі</w:t>
      </w:r>
      <w:r w:rsidRPr="000C105B">
        <w:rPr>
          <w:rFonts w:cs="Times New Roman"/>
          <w:szCs w:val="28"/>
          <w:lang w:val="kk-KZ"/>
        </w:rPr>
        <w:t xml:space="preserve"> сөздік қорын және сөйлеу үлгілерін қалыптастыру және кеңейту. </w:t>
      </w:r>
    </w:p>
    <w:p w14:paraId="0049169E" w14:textId="77777777" w:rsidR="00843D98" w:rsidRPr="000C105B" w:rsidRDefault="00843D98" w:rsidP="003A58BF">
      <w:pPr>
        <w:numPr>
          <w:ilvl w:val="0"/>
          <w:numId w:val="12"/>
        </w:numPr>
        <w:tabs>
          <w:tab w:val="clear" w:pos="720"/>
          <w:tab w:val="num" w:pos="360"/>
          <w:tab w:val="left" w:pos="1134"/>
        </w:tabs>
        <w:ind w:left="0" w:firstLine="709"/>
        <w:jc w:val="both"/>
        <w:rPr>
          <w:rFonts w:cs="Times New Roman"/>
          <w:szCs w:val="28"/>
          <w:lang w:val="kk-KZ"/>
        </w:rPr>
      </w:pPr>
      <w:r w:rsidRPr="000C105B">
        <w:rPr>
          <w:rFonts w:cs="Times New Roman"/>
          <w:szCs w:val="28"/>
          <w:lang w:val="kk-KZ"/>
        </w:rPr>
        <w:t xml:space="preserve">Ойын, шығармашылық, жобалық және практикалық формалар арқылы тыңдап түсіну, сөйлеу, оқу, жазу және тілдік өзара әрекет дағдыларын дамыту. </w:t>
      </w:r>
    </w:p>
    <w:p w14:paraId="0EF5597C" w14:textId="4D8EECBB" w:rsidR="00843D98" w:rsidRPr="000C105B" w:rsidRDefault="00843D98" w:rsidP="003A58BF">
      <w:pPr>
        <w:numPr>
          <w:ilvl w:val="0"/>
          <w:numId w:val="12"/>
        </w:numPr>
        <w:tabs>
          <w:tab w:val="clear" w:pos="720"/>
          <w:tab w:val="num" w:pos="360"/>
          <w:tab w:val="left" w:pos="1134"/>
        </w:tabs>
        <w:ind w:left="0" w:firstLine="709"/>
        <w:jc w:val="both"/>
        <w:rPr>
          <w:rFonts w:cs="Times New Roman"/>
          <w:szCs w:val="28"/>
          <w:lang w:val="kk-KZ"/>
        </w:rPr>
      </w:pPr>
      <w:r w:rsidRPr="000C105B">
        <w:rPr>
          <w:rFonts w:cs="Times New Roman"/>
          <w:szCs w:val="28"/>
          <w:lang w:val="kk-KZ"/>
        </w:rPr>
        <w:t xml:space="preserve">Ауысымның тілдік бейінін, қатысушылардың дайындық деңгейін және Ұйым мүмкіндіктерін ескере отырып, </w:t>
      </w:r>
      <w:r w:rsidR="009D55B3">
        <w:rPr>
          <w:rFonts w:cs="Times New Roman"/>
          <w:szCs w:val="28"/>
          <w:lang w:val="kk-KZ"/>
        </w:rPr>
        <w:t>ағылшын</w:t>
      </w:r>
      <w:r w:rsidR="009D55B3" w:rsidRPr="000C105B">
        <w:rPr>
          <w:rFonts w:cs="Times New Roman"/>
          <w:szCs w:val="28"/>
          <w:lang w:val="kk-KZ"/>
        </w:rPr>
        <w:t xml:space="preserve"> </w:t>
      </w:r>
      <w:r w:rsidRPr="000C105B">
        <w:rPr>
          <w:rFonts w:cs="Times New Roman"/>
          <w:szCs w:val="28"/>
          <w:lang w:val="kk-KZ"/>
        </w:rPr>
        <w:t xml:space="preserve">тілге қызығушылықты қалыптастыру. </w:t>
      </w:r>
    </w:p>
    <w:p w14:paraId="7576925B" w14:textId="58E7570F" w:rsidR="00843D98" w:rsidRPr="000C105B" w:rsidRDefault="009D55B3" w:rsidP="003A58BF">
      <w:pPr>
        <w:numPr>
          <w:ilvl w:val="0"/>
          <w:numId w:val="12"/>
        </w:numPr>
        <w:tabs>
          <w:tab w:val="clear" w:pos="720"/>
          <w:tab w:val="num" w:pos="360"/>
          <w:tab w:val="left" w:pos="1134"/>
        </w:tabs>
        <w:ind w:left="0" w:firstLine="709"/>
        <w:jc w:val="both"/>
        <w:rPr>
          <w:rFonts w:cs="Times New Roman"/>
          <w:szCs w:val="28"/>
          <w:lang w:val="kk-KZ"/>
        </w:rPr>
      </w:pPr>
      <w:r>
        <w:rPr>
          <w:rFonts w:cs="Times New Roman"/>
          <w:szCs w:val="28"/>
          <w:lang w:val="kk-KZ"/>
        </w:rPr>
        <w:t>Ағылшын</w:t>
      </w:r>
      <w:r w:rsidRPr="000C105B">
        <w:rPr>
          <w:rFonts w:cs="Times New Roman"/>
          <w:szCs w:val="28"/>
          <w:lang w:val="kk-KZ"/>
        </w:rPr>
        <w:t xml:space="preserve"> </w:t>
      </w:r>
      <w:r w:rsidR="00843D98" w:rsidRPr="000C105B">
        <w:rPr>
          <w:rFonts w:cs="Times New Roman"/>
          <w:szCs w:val="28"/>
          <w:lang w:val="kk-KZ"/>
        </w:rPr>
        <w:t xml:space="preserve">тілмен байланысты қарым-қатынас мәдениеті, дәстүрлер, сөйлеу этикеті және құндылықтық мазмұн бойынша әлеуметтік-мәдени құзыреттілікті дамыту. </w:t>
      </w:r>
    </w:p>
    <w:p w14:paraId="60D9B0FD" w14:textId="234A1EF2" w:rsidR="00843D98" w:rsidRPr="000C105B" w:rsidRDefault="00843D98" w:rsidP="003A58BF">
      <w:pPr>
        <w:numPr>
          <w:ilvl w:val="0"/>
          <w:numId w:val="12"/>
        </w:numPr>
        <w:tabs>
          <w:tab w:val="clear" w:pos="720"/>
          <w:tab w:val="num" w:pos="360"/>
          <w:tab w:val="left" w:pos="1134"/>
        </w:tabs>
        <w:ind w:left="0" w:firstLine="709"/>
        <w:jc w:val="both"/>
        <w:rPr>
          <w:rFonts w:cs="Times New Roman"/>
          <w:szCs w:val="28"/>
          <w:lang w:val="kk-KZ"/>
        </w:rPr>
      </w:pPr>
      <w:r w:rsidRPr="000C105B">
        <w:rPr>
          <w:rFonts w:cs="Times New Roman"/>
          <w:szCs w:val="28"/>
          <w:lang w:val="kk-KZ"/>
        </w:rPr>
        <w:t xml:space="preserve">Командалық жұмыс, қарым-қатынас, көшбасшылық, өзара көмек, дербестік, сөйлеу </w:t>
      </w:r>
      <w:r w:rsidR="003A0221" w:rsidRPr="000C105B">
        <w:rPr>
          <w:rFonts w:cs="Times New Roman"/>
          <w:szCs w:val="28"/>
          <w:lang w:val="kk-KZ"/>
        </w:rPr>
        <w:t>әдеб</w:t>
      </w:r>
      <w:r w:rsidRPr="000C105B">
        <w:rPr>
          <w:rFonts w:cs="Times New Roman"/>
          <w:szCs w:val="28"/>
          <w:lang w:val="kk-KZ"/>
        </w:rPr>
        <w:t xml:space="preserve">і және жауапкершілік дағдыларын қалыптастыру. </w:t>
      </w:r>
    </w:p>
    <w:p w14:paraId="1A67B699" w14:textId="4FD8B801" w:rsidR="00843D98" w:rsidRPr="000C105B" w:rsidRDefault="00843D98" w:rsidP="003A58BF">
      <w:pPr>
        <w:numPr>
          <w:ilvl w:val="0"/>
          <w:numId w:val="12"/>
        </w:numPr>
        <w:tabs>
          <w:tab w:val="clear" w:pos="720"/>
          <w:tab w:val="num" w:pos="360"/>
          <w:tab w:val="left" w:pos="1134"/>
        </w:tabs>
        <w:ind w:left="0" w:firstLine="709"/>
        <w:jc w:val="both"/>
        <w:rPr>
          <w:rFonts w:cs="Times New Roman"/>
          <w:szCs w:val="28"/>
          <w:lang w:val="kk-KZ"/>
        </w:rPr>
      </w:pPr>
      <w:r w:rsidRPr="000C105B">
        <w:rPr>
          <w:rFonts w:cs="Times New Roman"/>
          <w:szCs w:val="28"/>
          <w:lang w:val="kk-KZ"/>
        </w:rPr>
        <w:t>«Адал азамат» Бір</w:t>
      </w:r>
      <w:r w:rsidR="00470B74" w:rsidRPr="000C105B">
        <w:rPr>
          <w:rFonts w:cs="Times New Roman"/>
          <w:szCs w:val="28"/>
          <w:lang w:val="kk-KZ"/>
        </w:rPr>
        <w:t>тұтас</w:t>
      </w:r>
      <w:r w:rsidRPr="000C105B">
        <w:rPr>
          <w:rFonts w:cs="Times New Roman"/>
          <w:szCs w:val="28"/>
          <w:lang w:val="kk-KZ"/>
        </w:rPr>
        <w:t xml:space="preserve"> тәрбие бағдарламасының тәрбиелік бағдарларына сәйкес азаматтық жауапкершілік, отансүйгіштік, ұлттық құндылықтарға, мемлекеттік тілге, ана тіліне, мәдениетке, еңбекке, табиғатқа және қоғамдық мүдделерге құрмет</w:t>
      </w:r>
      <w:r w:rsidR="00B23342" w:rsidRPr="000C105B">
        <w:rPr>
          <w:rFonts w:cs="Times New Roman"/>
          <w:szCs w:val="28"/>
          <w:lang w:val="kk-KZ"/>
        </w:rPr>
        <w:t>теу дағдыларын</w:t>
      </w:r>
      <w:r w:rsidRPr="000C105B">
        <w:rPr>
          <w:rFonts w:cs="Times New Roman"/>
          <w:szCs w:val="28"/>
          <w:lang w:val="kk-KZ"/>
        </w:rPr>
        <w:t xml:space="preserve"> қалыптастыруға ықпал</w:t>
      </w:r>
      <w:r w:rsidR="00B23342" w:rsidRPr="000C105B">
        <w:rPr>
          <w:rFonts w:cs="Times New Roman"/>
          <w:szCs w:val="28"/>
          <w:lang w:val="kk-KZ"/>
        </w:rPr>
        <w:t>дау</w:t>
      </w:r>
      <w:r w:rsidRPr="000C105B">
        <w:rPr>
          <w:rFonts w:cs="Times New Roman"/>
          <w:szCs w:val="28"/>
          <w:lang w:val="kk-KZ"/>
        </w:rPr>
        <w:t xml:space="preserve">. </w:t>
      </w:r>
    </w:p>
    <w:p w14:paraId="449D6348" w14:textId="74E6503B" w:rsidR="00E735DF" w:rsidRPr="000C105B" w:rsidRDefault="00843D98" w:rsidP="003A58BF">
      <w:pPr>
        <w:numPr>
          <w:ilvl w:val="0"/>
          <w:numId w:val="12"/>
        </w:numPr>
        <w:tabs>
          <w:tab w:val="clear" w:pos="720"/>
          <w:tab w:val="num" w:pos="360"/>
          <w:tab w:val="left" w:pos="1134"/>
        </w:tabs>
        <w:ind w:left="0" w:firstLine="709"/>
        <w:jc w:val="both"/>
        <w:rPr>
          <w:rFonts w:cs="Times New Roman"/>
          <w:szCs w:val="28"/>
          <w:lang w:val="kk-KZ"/>
        </w:rPr>
      </w:pPr>
      <w:r w:rsidRPr="000C105B">
        <w:rPr>
          <w:rFonts w:cs="Times New Roman"/>
          <w:szCs w:val="28"/>
          <w:lang w:val="kk-KZ"/>
        </w:rPr>
        <w:t xml:space="preserve">Ұжымдық істер, тілдік жобалар, әлеуметтік бастамалар және </w:t>
      </w:r>
      <w:r w:rsidR="009D55B3">
        <w:rPr>
          <w:rFonts w:cs="Times New Roman"/>
          <w:szCs w:val="28"/>
          <w:lang w:val="kk-KZ"/>
        </w:rPr>
        <w:t>БСЛ</w:t>
      </w:r>
      <w:r w:rsidR="00B04E77" w:rsidRPr="000C105B">
        <w:rPr>
          <w:rFonts w:cs="Times New Roman"/>
          <w:szCs w:val="28"/>
          <w:lang w:val="kk-KZ"/>
        </w:rPr>
        <w:t xml:space="preserve"> </w:t>
      </w:r>
      <w:r w:rsidRPr="000C105B">
        <w:rPr>
          <w:rFonts w:cs="Times New Roman"/>
          <w:szCs w:val="28"/>
          <w:lang w:val="kk-KZ"/>
        </w:rPr>
        <w:t xml:space="preserve">күнделікті өзара әрекет мәдениеті арқылы адалдық, әділдік, жауапкершілік, құрмет, еңбекқорлық, мәдениетаралық </w:t>
      </w:r>
      <w:r w:rsidR="000251AB" w:rsidRPr="000C105B">
        <w:rPr>
          <w:rFonts w:cs="Times New Roman"/>
          <w:szCs w:val="28"/>
          <w:lang w:val="kk-KZ"/>
        </w:rPr>
        <w:t>үндестік</w:t>
      </w:r>
      <w:r w:rsidRPr="000C105B">
        <w:rPr>
          <w:rFonts w:cs="Times New Roman"/>
          <w:szCs w:val="28"/>
          <w:lang w:val="kk-KZ"/>
        </w:rPr>
        <w:t xml:space="preserve"> және жасампаз мінез-құлық құндылықтарын тәжірибелік түрде меңгеруді қамтамасыз ету. </w:t>
      </w:r>
    </w:p>
    <w:p w14:paraId="47AECB5A" w14:textId="64F69646" w:rsidR="00E735DF" w:rsidRPr="000C105B" w:rsidRDefault="00E735DF" w:rsidP="003A58BF">
      <w:pPr>
        <w:tabs>
          <w:tab w:val="left" w:pos="1134"/>
        </w:tabs>
        <w:jc w:val="both"/>
        <w:rPr>
          <w:rFonts w:cs="Times New Roman"/>
          <w:szCs w:val="28"/>
          <w:lang w:val="kk-KZ"/>
        </w:rPr>
      </w:pPr>
      <w:r w:rsidRPr="000C105B">
        <w:rPr>
          <w:rFonts w:cs="Times New Roman"/>
          <w:b/>
          <w:bCs/>
          <w:szCs w:val="28"/>
          <w:lang w:val="kk-KZ"/>
        </w:rPr>
        <w:t>Сауықтыру міндеттері</w:t>
      </w:r>
    </w:p>
    <w:p w14:paraId="17BC2246" w14:textId="77777777" w:rsidR="00E735DF" w:rsidRPr="000C105B" w:rsidRDefault="00E735DF" w:rsidP="003A58BF">
      <w:pPr>
        <w:numPr>
          <w:ilvl w:val="0"/>
          <w:numId w:val="13"/>
        </w:numPr>
        <w:tabs>
          <w:tab w:val="clear" w:pos="720"/>
          <w:tab w:val="left" w:pos="1134"/>
        </w:tabs>
        <w:ind w:left="0" w:firstLine="709"/>
        <w:jc w:val="both"/>
        <w:rPr>
          <w:rFonts w:cs="Times New Roman"/>
          <w:szCs w:val="28"/>
          <w:lang w:val="kk-KZ"/>
        </w:rPr>
      </w:pPr>
      <w:r w:rsidRPr="000C105B">
        <w:rPr>
          <w:rFonts w:cs="Times New Roman"/>
          <w:szCs w:val="28"/>
          <w:lang w:val="kk-KZ"/>
        </w:rPr>
        <w:t xml:space="preserve">Қатысушылардың денсаулығын нығайту және қозғалыс белсенділігін арттыру үшін жағдай жасау. </w:t>
      </w:r>
    </w:p>
    <w:p w14:paraId="277BA475" w14:textId="77777777" w:rsidR="00E735DF" w:rsidRPr="000C105B" w:rsidRDefault="00E735DF" w:rsidP="003A58BF">
      <w:pPr>
        <w:numPr>
          <w:ilvl w:val="0"/>
          <w:numId w:val="13"/>
        </w:numPr>
        <w:tabs>
          <w:tab w:val="clear" w:pos="720"/>
          <w:tab w:val="left" w:pos="1134"/>
        </w:tabs>
        <w:ind w:left="0" w:firstLine="709"/>
        <w:jc w:val="both"/>
        <w:rPr>
          <w:rFonts w:cs="Times New Roman"/>
          <w:szCs w:val="28"/>
          <w:lang w:val="kk-KZ"/>
        </w:rPr>
      </w:pPr>
      <w:r w:rsidRPr="000C105B">
        <w:rPr>
          <w:rFonts w:cs="Times New Roman"/>
          <w:szCs w:val="28"/>
          <w:lang w:val="kk-KZ"/>
        </w:rPr>
        <w:t xml:space="preserve">Белсенділік, демалыс, тамақтану, ұйқы, білім беру және сауықтыру қызметін тиімді түрде кезектестіруді қамтамасыз ету. </w:t>
      </w:r>
    </w:p>
    <w:p w14:paraId="4D60EBDA" w14:textId="77777777" w:rsidR="00E735DF" w:rsidRPr="000C105B" w:rsidRDefault="00E735DF" w:rsidP="003A58BF">
      <w:pPr>
        <w:numPr>
          <w:ilvl w:val="0"/>
          <w:numId w:val="13"/>
        </w:numPr>
        <w:tabs>
          <w:tab w:val="clear" w:pos="720"/>
          <w:tab w:val="left" w:pos="1134"/>
        </w:tabs>
        <w:ind w:left="0" w:firstLine="709"/>
        <w:jc w:val="both"/>
        <w:rPr>
          <w:rFonts w:cs="Times New Roman"/>
          <w:szCs w:val="28"/>
          <w:lang w:val="kk-KZ"/>
        </w:rPr>
      </w:pPr>
      <w:r w:rsidRPr="000C105B">
        <w:rPr>
          <w:rFonts w:cs="Times New Roman"/>
          <w:szCs w:val="28"/>
          <w:lang w:val="kk-KZ"/>
        </w:rPr>
        <w:t xml:space="preserve">Салауатты өмір салтына, жеке гигиенаға және қауіпсіз мінез-құлыққа тұрақты мотивация қалыптастыру. </w:t>
      </w:r>
    </w:p>
    <w:p w14:paraId="1A44F1C0" w14:textId="77777777" w:rsidR="00E735DF" w:rsidRPr="000C105B" w:rsidRDefault="00E735DF" w:rsidP="003A58BF">
      <w:pPr>
        <w:numPr>
          <w:ilvl w:val="0"/>
          <w:numId w:val="13"/>
        </w:numPr>
        <w:tabs>
          <w:tab w:val="clear" w:pos="720"/>
          <w:tab w:val="left" w:pos="1134"/>
        </w:tabs>
        <w:ind w:left="0" w:firstLine="709"/>
        <w:jc w:val="both"/>
        <w:rPr>
          <w:rFonts w:cs="Times New Roman"/>
          <w:szCs w:val="28"/>
          <w:lang w:val="kk-KZ"/>
        </w:rPr>
      </w:pPr>
      <w:r w:rsidRPr="000C105B">
        <w:rPr>
          <w:rFonts w:cs="Times New Roman"/>
          <w:szCs w:val="28"/>
          <w:lang w:val="kk-KZ"/>
        </w:rPr>
        <w:t xml:space="preserve">Спорттық, қимыл-қозғалыс және туристік іс-шаралар арқылы төзімділік, үйлесімділік, ептілік және командалық өзара әрекет дағдыларын дамыту. </w:t>
      </w:r>
    </w:p>
    <w:p w14:paraId="61FB0746" w14:textId="77777777" w:rsidR="00E735DF" w:rsidRPr="000C105B" w:rsidRDefault="00E735DF" w:rsidP="003A58BF">
      <w:pPr>
        <w:numPr>
          <w:ilvl w:val="0"/>
          <w:numId w:val="13"/>
        </w:numPr>
        <w:tabs>
          <w:tab w:val="clear" w:pos="720"/>
          <w:tab w:val="left" w:pos="1134"/>
        </w:tabs>
        <w:ind w:left="0" w:firstLine="709"/>
        <w:jc w:val="both"/>
        <w:rPr>
          <w:rFonts w:cs="Times New Roman"/>
          <w:szCs w:val="28"/>
          <w:lang w:val="kk-KZ"/>
        </w:rPr>
      </w:pPr>
      <w:r w:rsidRPr="000C105B">
        <w:rPr>
          <w:rFonts w:cs="Times New Roman"/>
          <w:szCs w:val="28"/>
          <w:lang w:val="kk-KZ"/>
        </w:rPr>
        <w:t xml:space="preserve">Шамадан тыс шаршаудың, эмоциялық кернеудің, тілдік мазасыздықтың және қақтығыстық жағдайлардың алдын алу. </w:t>
      </w:r>
    </w:p>
    <w:p w14:paraId="7652EEEE" w14:textId="77777777" w:rsidR="00E735DF" w:rsidRPr="000C105B" w:rsidRDefault="00E735DF" w:rsidP="003A58BF">
      <w:pPr>
        <w:numPr>
          <w:ilvl w:val="0"/>
          <w:numId w:val="13"/>
        </w:numPr>
        <w:tabs>
          <w:tab w:val="clear" w:pos="720"/>
          <w:tab w:val="left" w:pos="1134"/>
        </w:tabs>
        <w:ind w:left="0" w:firstLine="709"/>
        <w:jc w:val="both"/>
        <w:rPr>
          <w:rFonts w:cs="Times New Roman"/>
          <w:szCs w:val="28"/>
          <w:lang w:val="kk-KZ"/>
        </w:rPr>
      </w:pPr>
      <w:r w:rsidRPr="000C105B">
        <w:rPr>
          <w:rFonts w:cs="Times New Roman"/>
          <w:szCs w:val="28"/>
          <w:lang w:val="kk-KZ"/>
        </w:rPr>
        <w:lastRenderedPageBreak/>
        <w:t xml:space="preserve">Балалардың еркін және өзара сыйластыққа негізделген қарым-қатынас жасауына ықпал ететін психологиялық қауіпсіз, қолдаушы және достық орта қалыптастыру. </w:t>
      </w:r>
    </w:p>
    <w:p w14:paraId="66A50CE1" w14:textId="77777777" w:rsidR="00E735DF" w:rsidRPr="000C105B" w:rsidRDefault="00E735DF" w:rsidP="003A58BF">
      <w:pPr>
        <w:numPr>
          <w:ilvl w:val="0"/>
          <w:numId w:val="13"/>
        </w:numPr>
        <w:tabs>
          <w:tab w:val="clear" w:pos="720"/>
          <w:tab w:val="left" w:pos="1134"/>
        </w:tabs>
        <w:ind w:left="0" w:firstLine="709"/>
        <w:jc w:val="both"/>
        <w:rPr>
          <w:rFonts w:cs="Times New Roman"/>
          <w:szCs w:val="28"/>
          <w:lang w:val="kk-KZ"/>
        </w:rPr>
      </w:pPr>
      <w:r w:rsidRPr="000C105B">
        <w:rPr>
          <w:rFonts w:cs="Times New Roman"/>
          <w:szCs w:val="28"/>
          <w:lang w:val="kk-KZ"/>
        </w:rPr>
        <w:t xml:space="preserve">Табиғи, тұрмыстық, спорттық, әлеуметтік және ақпараттық ортада қауіпсіз мінез-құлық дағдыларын қалыптастыру. </w:t>
      </w:r>
    </w:p>
    <w:p w14:paraId="484A13CB" w14:textId="55E883AC" w:rsidR="00E735DF" w:rsidRPr="000C105B" w:rsidRDefault="00E735DF" w:rsidP="003A58BF">
      <w:pPr>
        <w:numPr>
          <w:ilvl w:val="0"/>
          <w:numId w:val="13"/>
        </w:numPr>
        <w:tabs>
          <w:tab w:val="clear" w:pos="720"/>
          <w:tab w:val="left" w:pos="1134"/>
        </w:tabs>
        <w:ind w:left="0" w:firstLine="709"/>
        <w:jc w:val="both"/>
        <w:rPr>
          <w:rFonts w:cs="Times New Roman"/>
          <w:szCs w:val="28"/>
          <w:lang w:val="kk-KZ"/>
        </w:rPr>
      </w:pPr>
      <w:r w:rsidRPr="000C105B">
        <w:rPr>
          <w:rFonts w:cs="Times New Roman"/>
          <w:szCs w:val="28"/>
          <w:lang w:val="kk-KZ"/>
        </w:rPr>
        <w:t xml:space="preserve">Өзіне және айналасындағыларға қамқорлық жасау мәдениетін, өзара сыйластық қарым-қатынасты, денсаулыққа, күн тәртібіне, </w:t>
      </w:r>
      <w:r w:rsidR="009D55B3">
        <w:rPr>
          <w:rFonts w:cs="Times New Roman"/>
          <w:szCs w:val="28"/>
          <w:lang w:val="kk-KZ"/>
        </w:rPr>
        <w:t>БСЛ</w:t>
      </w:r>
      <w:r w:rsidRPr="000C105B">
        <w:rPr>
          <w:rFonts w:cs="Times New Roman"/>
          <w:szCs w:val="28"/>
          <w:lang w:val="kk-KZ"/>
        </w:rPr>
        <w:t xml:space="preserve"> ортақ кеңістігіне және бірлесіп өмір сүру ережелеріне жауапты көзқарасты қалыптастыруға ықпал ету арқылы «Адал азамат» құндылықтарын тәжірибеде іске асыруға жәрдемдесу.</w:t>
      </w:r>
    </w:p>
    <w:p w14:paraId="03764FCD" w14:textId="0C4EDA69" w:rsidR="00B9286B" w:rsidRPr="000C105B" w:rsidRDefault="00E735DF" w:rsidP="003A58BF">
      <w:pPr>
        <w:pStyle w:val="21"/>
        <w:tabs>
          <w:tab w:val="left" w:pos="1134"/>
        </w:tabs>
        <w:spacing w:before="0" w:after="0"/>
        <w:ind w:firstLine="709"/>
        <w:rPr>
          <w:rFonts w:cs="Times New Roman"/>
          <w:szCs w:val="28"/>
          <w:lang w:val="kk-KZ"/>
        </w:rPr>
      </w:pPr>
      <w:r w:rsidRPr="000C105B">
        <w:rPr>
          <w:rFonts w:cs="Times New Roman"/>
          <w:szCs w:val="28"/>
          <w:lang w:val="kk-KZ"/>
        </w:rPr>
        <w:t xml:space="preserve">Бағдарламаны іске асырудың күтілетін нәтижелері </w:t>
      </w:r>
    </w:p>
    <w:p w14:paraId="463DAD68" w14:textId="67BBE14A" w:rsidR="00E735DF" w:rsidRPr="000C105B" w:rsidRDefault="00E735DF" w:rsidP="003A58BF">
      <w:pPr>
        <w:tabs>
          <w:tab w:val="left" w:pos="1134"/>
        </w:tabs>
        <w:jc w:val="both"/>
        <w:rPr>
          <w:rFonts w:cs="Times New Roman"/>
          <w:szCs w:val="28"/>
          <w:lang w:val="kk-KZ"/>
        </w:rPr>
      </w:pPr>
      <w:r w:rsidRPr="000C105B">
        <w:rPr>
          <w:rFonts w:cs="Times New Roman"/>
          <w:szCs w:val="28"/>
          <w:lang w:val="kk-KZ"/>
        </w:rPr>
        <w:t xml:space="preserve">Бағдарламаның күтілетін нәтижелері өлшенетін және тексерілетін болып табылады және ауысым қорытындысы бойынша педагогикалық бақылау, қатысуды есепке алу, тілдік және шығармашылық өнімдерді талдау, сауалнама жүргізу, қатысушылардың өзін-өзі бағалауы және </w:t>
      </w:r>
      <w:r w:rsidR="009F7C66" w:rsidRPr="000C105B">
        <w:rPr>
          <w:rFonts w:cs="Times New Roman"/>
          <w:szCs w:val="28"/>
          <w:lang w:val="kk-KZ"/>
        </w:rPr>
        <w:t>кері байланыс</w:t>
      </w:r>
      <w:r w:rsidRPr="000C105B">
        <w:rPr>
          <w:rFonts w:cs="Times New Roman"/>
          <w:szCs w:val="28"/>
          <w:lang w:val="kk-KZ"/>
        </w:rPr>
        <w:t xml:space="preserve"> нәтижелері негізінде анықталады.</w:t>
      </w:r>
    </w:p>
    <w:p w14:paraId="7D32D77B" w14:textId="77777777" w:rsidR="00E735DF" w:rsidRPr="000C105B" w:rsidRDefault="00E735DF" w:rsidP="003A58BF">
      <w:pPr>
        <w:tabs>
          <w:tab w:val="left" w:pos="1134"/>
        </w:tabs>
        <w:jc w:val="both"/>
        <w:rPr>
          <w:rFonts w:cs="Times New Roman"/>
          <w:szCs w:val="28"/>
          <w:lang w:val="kk-KZ"/>
        </w:rPr>
      </w:pPr>
    </w:p>
    <w:p w14:paraId="6E94307D" w14:textId="027A1E50" w:rsidR="00B9286B" w:rsidRPr="000C105B" w:rsidRDefault="000E4B4A" w:rsidP="003A58BF">
      <w:pPr>
        <w:tabs>
          <w:tab w:val="left" w:pos="1134"/>
        </w:tabs>
        <w:jc w:val="both"/>
        <w:rPr>
          <w:rFonts w:cs="Times New Roman"/>
          <w:szCs w:val="28"/>
          <w:lang w:val="kk-KZ"/>
        </w:rPr>
      </w:pPr>
      <w:r w:rsidRPr="000C105B">
        <w:rPr>
          <w:rFonts w:cs="Times New Roman"/>
          <w:szCs w:val="28"/>
          <w:lang w:val="kk-KZ"/>
        </w:rPr>
        <w:t xml:space="preserve">1) </w:t>
      </w:r>
      <w:r w:rsidR="00352B44" w:rsidRPr="000C105B">
        <w:rPr>
          <w:rFonts w:cs="Times New Roman"/>
          <w:szCs w:val="28"/>
          <w:lang w:val="kk-KZ"/>
        </w:rPr>
        <w:t>Қатысушылардың 100%-ы білім беру, тәрбиелік, тілдік, спорттық-сауықтыру және бос уақытты ұйымдастыру қызметімен қамтылады</w:t>
      </w:r>
      <w:r w:rsidRPr="000C105B">
        <w:rPr>
          <w:rFonts w:cs="Times New Roman"/>
          <w:szCs w:val="28"/>
          <w:lang w:val="kk-KZ"/>
        </w:rPr>
        <w:t>.</w:t>
      </w:r>
    </w:p>
    <w:p w14:paraId="461517FB" w14:textId="665FF84F" w:rsidR="00B9286B" w:rsidRPr="000C105B" w:rsidRDefault="000E4B4A" w:rsidP="003A58BF">
      <w:pPr>
        <w:tabs>
          <w:tab w:val="left" w:pos="1134"/>
        </w:tabs>
        <w:jc w:val="both"/>
        <w:rPr>
          <w:rFonts w:cs="Times New Roman"/>
          <w:szCs w:val="28"/>
          <w:lang w:val="kk-KZ"/>
        </w:rPr>
      </w:pPr>
      <w:r w:rsidRPr="000C105B">
        <w:rPr>
          <w:rFonts w:cs="Times New Roman"/>
          <w:szCs w:val="28"/>
          <w:lang w:val="kk-KZ"/>
        </w:rPr>
        <w:t xml:space="preserve">2) </w:t>
      </w:r>
      <w:r w:rsidR="00352B44" w:rsidRPr="000C105B">
        <w:rPr>
          <w:rFonts w:cs="Times New Roman"/>
          <w:szCs w:val="28"/>
          <w:lang w:val="kk-KZ"/>
        </w:rPr>
        <w:t>Қатысушылардың кемінде 90%-ы тілдік ойындарға, клубтарға, диалогтарға, квесттерге, шығармашылық және жобалық іс-шараларға қатысады</w:t>
      </w:r>
      <w:r w:rsidRPr="000C105B">
        <w:rPr>
          <w:rFonts w:cs="Times New Roman"/>
          <w:szCs w:val="28"/>
          <w:lang w:val="kk-KZ"/>
        </w:rPr>
        <w:t>.</w:t>
      </w:r>
    </w:p>
    <w:p w14:paraId="3245D9AB" w14:textId="0A20D967" w:rsidR="00B9286B" w:rsidRPr="000C105B" w:rsidRDefault="000E4B4A" w:rsidP="003A58BF">
      <w:pPr>
        <w:tabs>
          <w:tab w:val="left" w:pos="1134"/>
        </w:tabs>
        <w:jc w:val="both"/>
        <w:rPr>
          <w:rFonts w:cs="Times New Roman"/>
          <w:szCs w:val="28"/>
          <w:lang w:val="kk-KZ"/>
        </w:rPr>
      </w:pPr>
      <w:r w:rsidRPr="000C105B">
        <w:rPr>
          <w:rFonts w:cs="Times New Roman"/>
          <w:szCs w:val="28"/>
          <w:lang w:val="kk-KZ"/>
        </w:rPr>
        <w:t xml:space="preserve">3) </w:t>
      </w:r>
      <w:r w:rsidR="00352B44" w:rsidRPr="000C105B">
        <w:rPr>
          <w:rFonts w:cs="Times New Roman"/>
          <w:szCs w:val="28"/>
          <w:lang w:val="kk-KZ"/>
        </w:rPr>
        <w:t xml:space="preserve">Қатысушылардың кемінде 85%-ы сөйлеу сенімділігінің, қарым-қатынасқа дайындықтың және тілдік белсенділіктерге қатысуының оң </w:t>
      </w:r>
      <w:r w:rsidR="00052F5E" w:rsidRPr="000C105B">
        <w:rPr>
          <w:rFonts w:cs="Times New Roman"/>
          <w:szCs w:val="28"/>
          <w:lang w:val="kk-KZ"/>
        </w:rPr>
        <w:t>көрінісі</w:t>
      </w:r>
      <w:r w:rsidR="00352B44" w:rsidRPr="000C105B">
        <w:rPr>
          <w:rFonts w:cs="Times New Roman"/>
          <w:szCs w:val="28"/>
          <w:lang w:val="kk-KZ"/>
        </w:rPr>
        <w:t>н көрсетеді</w:t>
      </w:r>
      <w:r w:rsidRPr="000C105B">
        <w:rPr>
          <w:rFonts w:cs="Times New Roman"/>
          <w:szCs w:val="28"/>
          <w:lang w:val="kk-KZ"/>
        </w:rPr>
        <w:t>.</w:t>
      </w:r>
    </w:p>
    <w:p w14:paraId="3CBC34A9" w14:textId="78A2B69B" w:rsidR="00B9286B" w:rsidRPr="000C105B" w:rsidRDefault="000E4B4A" w:rsidP="003A58BF">
      <w:pPr>
        <w:tabs>
          <w:tab w:val="left" w:pos="1134"/>
        </w:tabs>
        <w:jc w:val="both"/>
        <w:rPr>
          <w:rFonts w:cs="Times New Roman"/>
          <w:szCs w:val="28"/>
          <w:lang w:val="kk-KZ"/>
        </w:rPr>
      </w:pPr>
      <w:r w:rsidRPr="000C105B">
        <w:rPr>
          <w:rFonts w:cs="Times New Roman"/>
          <w:szCs w:val="28"/>
          <w:lang w:val="kk-KZ"/>
        </w:rPr>
        <w:t xml:space="preserve">4) </w:t>
      </w:r>
      <w:r w:rsidR="00352B44" w:rsidRPr="000C105B">
        <w:rPr>
          <w:rFonts w:cs="Times New Roman"/>
          <w:szCs w:val="28"/>
          <w:lang w:val="kk-KZ"/>
        </w:rPr>
        <w:t>Қатысушылардың кемінде 80%-ы жеке немесе командалық тілдік өнім дайындайды: ауысым сөздігі, постер, диалог, сұхбат, сахналық көрініс, ән, бейнеролик, презентация немесе жоба</w:t>
      </w:r>
      <w:r w:rsidRPr="000C105B">
        <w:rPr>
          <w:rFonts w:cs="Times New Roman"/>
          <w:szCs w:val="28"/>
          <w:lang w:val="kk-KZ"/>
        </w:rPr>
        <w:t>.</w:t>
      </w:r>
    </w:p>
    <w:p w14:paraId="1B3D126F" w14:textId="1CC8F9E7" w:rsidR="00B9286B" w:rsidRPr="000C105B" w:rsidRDefault="000E4B4A" w:rsidP="003A58BF">
      <w:pPr>
        <w:tabs>
          <w:tab w:val="left" w:pos="1134"/>
        </w:tabs>
        <w:jc w:val="both"/>
        <w:rPr>
          <w:rFonts w:cs="Times New Roman"/>
          <w:szCs w:val="28"/>
          <w:lang w:val="kk-KZ"/>
        </w:rPr>
      </w:pPr>
      <w:r w:rsidRPr="000C105B">
        <w:rPr>
          <w:rFonts w:cs="Times New Roman"/>
          <w:szCs w:val="28"/>
          <w:lang w:val="kk-KZ"/>
        </w:rPr>
        <w:t>5</w:t>
      </w:r>
      <w:r w:rsidR="00336FB1" w:rsidRPr="000C105B">
        <w:rPr>
          <w:rFonts w:cs="Times New Roman"/>
          <w:szCs w:val="28"/>
          <w:lang w:val="kk-KZ"/>
        </w:rPr>
        <w:t xml:space="preserve">) </w:t>
      </w:r>
      <w:r w:rsidR="00352B44" w:rsidRPr="000C105B">
        <w:rPr>
          <w:rFonts w:cs="Times New Roman"/>
          <w:szCs w:val="28"/>
          <w:lang w:val="kk-KZ"/>
        </w:rPr>
        <w:t>Қатысушылардың кемінде 80%-ы [оқытылатын тілде] сөздік қорды кеңейтуге, сөйлеу практикасына және қарым-қатынас мәдениетіне бағытталған іс-шараларға қатысады.</w:t>
      </w:r>
    </w:p>
    <w:p w14:paraId="10F8FA67" w14:textId="78E27588" w:rsidR="00B9286B" w:rsidRPr="000C105B" w:rsidRDefault="000E4B4A" w:rsidP="003A58BF">
      <w:pPr>
        <w:tabs>
          <w:tab w:val="left" w:pos="1134"/>
        </w:tabs>
        <w:jc w:val="both"/>
        <w:rPr>
          <w:rFonts w:cs="Times New Roman"/>
          <w:szCs w:val="28"/>
          <w:lang w:val="kk-KZ"/>
        </w:rPr>
      </w:pPr>
      <w:r w:rsidRPr="000C105B">
        <w:rPr>
          <w:rFonts w:cs="Times New Roman"/>
          <w:szCs w:val="28"/>
          <w:lang w:val="kk-KZ"/>
        </w:rPr>
        <w:t xml:space="preserve">6) </w:t>
      </w:r>
      <w:r w:rsidR="00352B44" w:rsidRPr="000C105B">
        <w:rPr>
          <w:rFonts w:cs="Times New Roman"/>
          <w:szCs w:val="28"/>
          <w:lang w:val="kk-KZ"/>
        </w:rPr>
        <w:t>Қатысушылардың кемінде 75%-ы [оқытылатын тілді] пайдалана отырып шығармашылық, ойын, медиажобалық немесе жобалық тапсырмаларға қатысады.</w:t>
      </w:r>
    </w:p>
    <w:p w14:paraId="3AAAFF3C" w14:textId="0A23AD08" w:rsidR="00B9286B" w:rsidRPr="000C105B" w:rsidRDefault="000E4B4A" w:rsidP="003A58BF">
      <w:pPr>
        <w:tabs>
          <w:tab w:val="left" w:pos="1134"/>
        </w:tabs>
        <w:jc w:val="both"/>
        <w:rPr>
          <w:rFonts w:cs="Times New Roman"/>
          <w:szCs w:val="28"/>
          <w:lang w:val="kk-KZ"/>
        </w:rPr>
      </w:pPr>
      <w:r w:rsidRPr="000C105B">
        <w:rPr>
          <w:rFonts w:cs="Times New Roman"/>
          <w:szCs w:val="28"/>
          <w:lang w:val="kk-KZ"/>
        </w:rPr>
        <w:t xml:space="preserve">7) </w:t>
      </w:r>
      <w:r w:rsidR="00352B44" w:rsidRPr="000C105B">
        <w:rPr>
          <w:rFonts w:cs="Times New Roman"/>
          <w:szCs w:val="28"/>
          <w:lang w:val="kk-KZ"/>
        </w:rPr>
        <w:t>Қатысушылардың кемінде 70%-ы ауысым тақырыбына сәйкес қарапайым коммуникативтік жағдаяттарда меңгерілген сөздер, фразалар және сөйлеу үлгілерін қолдана алады.</w:t>
      </w:r>
    </w:p>
    <w:p w14:paraId="4D0E7504" w14:textId="00E349D2" w:rsidR="00B9286B" w:rsidRPr="000C105B" w:rsidRDefault="000E4B4A" w:rsidP="003A58BF">
      <w:pPr>
        <w:tabs>
          <w:tab w:val="left" w:pos="1134"/>
        </w:tabs>
        <w:jc w:val="both"/>
        <w:rPr>
          <w:rFonts w:cs="Times New Roman"/>
          <w:szCs w:val="28"/>
          <w:lang w:val="kk-KZ"/>
        </w:rPr>
      </w:pPr>
      <w:r w:rsidRPr="000C105B">
        <w:rPr>
          <w:rFonts w:cs="Times New Roman"/>
          <w:szCs w:val="28"/>
          <w:lang w:val="kk-KZ"/>
        </w:rPr>
        <w:t xml:space="preserve">8) </w:t>
      </w:r>
      <w:r w:rsidR="00352B44" w:rsidRPr="000C105B">
        <w:rPr>
          <w:rFonts w:cs="Times New Roman"/>
          <w:szCs w:val="28"/>
          <w:lang w:val="kk-KZ"/>
        </w:rPr>
        <w:t>Қатысушылардың кемінде 80%-ы командалық тілдік жобаны әзірлеуге немесе таныстыруға қатысады</w:t>
      </w:r>
      <w:r w:rsidRPr="000C105B">
        <w:rPr>
          <w:rFonts w:cs="Times New Roman"/>
          <w:szCs w:val="28"/>
          <w:lang w:val="kk-KZ"/>
        </w:rPr>
        <w:t>.</w:t>
      </w:r>
    </w:p>
    <w:p w14:paraId="3EABFA96" w14:textId="5712C8FF" w:rsidR="00B9286B" w:rsidRPr="000C105B" w:rsidRDefault="000E4B4A" w:rsidP="003A58BF">
      <w:pPr>
        <w:tabs>
          <w:tab w:val="left" w:pos="1134"/>
        </w:tabs>
        <w:jc w:val="both"/>
        <w:rPr>
          <w:rFonts w:cs="Times New Roman"/>
          <w:szCs w:val="28"/>
          <w:lang w:val="kk-KZ"/>
        </w:rPr>
      </w:pPr>
      <w:r w:rsidRPr="000C105B">
        <w:rPr>
          <w:rFonts w:cs="Times New Roman"/>
          <w:szCs w:val="28"/>
          <w:lang w:val="kk-KZ"/>
        </w:rPr>
        <w:t xml:space="preserve">9) </w:t>
      </w:r>
      <w:r w:rsidR="00352B44" w:rsidRPr="000C105B">
        <w:rPr>
          <w:rFonts w:cs="Times New Roman"/>
          <w:szCs w:val="28"/>
          <w:lang w:val="kk-KZ"/>
        </w:rPr>
        <w:t xml:space="preserve">Қатысушылардың кемінде 85%-ы коммуникативтік дағдылардың, командалық өзара әрекеттің, жауапкершіліктің және дербестіктің оң </w:t>
      </w:r>
      <w:r w:rsidR="00052F5E" w:rsidRPr="000C105B">
        <w:rPr>
          <w:rFonts w:cs="Times New Roman"/>
          <w:szCs w:val="28"/>
          <w:lang w:val="kk-KZ"/>
        </w:rPr>
        <w:t>көрінісі</w:t>
      </w:r>
      <w:r w:rsidR="00352B44" w:rsidRPr="000C105B">
        <w:rPr>
          <w:rFonts w:cs="Times New Roman"/>
          <w:szCs w:val="28"/>
          <w:lang w:val="kk-KZ"/>
        </w:rPr>
        <w:t>н көрсетеді</w:t>
      </w:r>
      <w:r w:rsidRPr="000C105B">
        <w:rPr>
          <w:rFonts w:cs="Times New Roman"/>
          <w:szCs w:val="28"/>
          <w:lang w:val="kk-KZ"/>
        </w:rPr>
        <w:t>.</w:t>
      </w:r>
    </w:p>
    <w:p w14:paraId="66B9280D" w14:textId="6A6C990A" w:rsidR="00B9286B" w:rsidRPr="000C105B" w:rsidRDefault="000E4B4A" w:rsidP="003A58BF">
      <w:pPr>
        <w:tabs>
          <w:tab w:val="left" w:pos="1134"/>
        </w:tabs>
        <w:jc w:val="both"/>
        <w:rPr>
          <w:rFonts w:cs="Times New Roman"/>
          <w:szCs w:val="28"/>
          <w:lang w:val="kk-KZ"/>
        </w:rPr>
      </w:pPr>
      <w:r w:rsidRPr="000C105B">
        <w:rPr>
          <w:rFonts w:cs="Times New Roman"/>
          <w:szCs w:val="28"/>
          <w:lang w:val="kk-KZ"/>
        </w:rPr>
        <w:lastRenderedPageBreak/>
        <w:t xml:space="preserve">10) </w:t>
      </w:r>
      <w:r w:rsidR="00352B44" w:rsidRPr="000C105B">
        <w:rPr>
          <w:rFonts w:cs="Times New Roman"/>
          <w:szCs w:val="28"/>
          <w:lang w:val="kk-KZ"/>
        </w:rPr>
        <w:t xml:space="preserve">Қатысушылардың кемінде 85%-ы уақытша балалар ұжымы жағдайында эмоционалдық жағдайдың, бейімделудің және психологиялық жайлылықтың оң </w:t>
      </w:r>
      <w:r w:rsidR="00052F5E" w:rsidRPr="000C105B">
        <w:rPr>
          <w:rFonts w:cs="Times New Roman"/>
          <w:szCs w:val="28"/>
          <w:lang w:val="kk-KZ"/>
        </w:rPr>
        <w:t>көрінісін</w:t>
      </w:r>
      <w:r w:rsidR="00352B44" w:rsidRPr="000C105B">
        <w:rPr>
          <w:rFonts w:cs="Times New Roman"/>
          <w:szCs w:val="28"/>
          <w:lang w:val="kk-KZ"/>
        </w:rPr>
        <w:t xml:space="preserve"> көрсетеді</w:t>
      </w:r>
      <w:r w:rsidRPr="000C105B">
        <w:rPr>
          <w:rFonts w:cs="Times New Roman"/>
          <w:szCs w:val="28"/>
          <w:lang w:val="kk-KZ"/>
        </w:rPr>
        <w:t>.</w:t>
      </w:r>
    </w:p>
    <w:p w14:paraId="68427993" w14:textId="10E5DC57" w:rsidR="00B9286B" w:rsidRPr="000C105B" w:rsidRDefault="000E4B4A" w:rsidP="003A58BF">
      <w:pPr>
        <w:tabs>
          <w:tab w:val="left" w:pos="1134"/>
        </w:tabs>
        <w:jc w:val="both"/>
        <w:rPr>
          <w:rFonts w:cs="Times New Roman"/>
          <w:szCs w:val="28"/>
          <w:lang w:val="kk-KZ"/>
        </w:rPr>
      </w:pPr>
      <w:r w:rsidRPr="000C105B">
        <w:rPr>
          <w:rFonts w:cs="Times New Roman"/>
          <w:szCs w:val="28"/>
          <w:lang w:val="kk-KZ"/>
        </w:rPr>
        <w:t xml:space="preserve">11) </w:t>
      </w:r>
      <w:r w:rsidR="00352B44" w:rsidRPr="000C105B">
        <w:rPr>
          <w:rFonts w:cs="Times New Roman"/>
          <w:szCs w:val="28"/>
          <w:lang w:val="kk-KZ"/>
        </w:rPr>
        <w:t>Қатысушылардың кемінде 90%-ы спорттық-сауықтыру іс-шараларына, қимыл-қозғалыс ойындарына, серуендерге және ашық ауадағы белсенділіктерге қатысады</w:t>
      </w:r>
      <w:r w:rsidRPr="000C105B">
        <w:rPr>
          <w:rFonts w:cs="Times New Roman"/>
          <w:szCs w:val="28"/>
          <w:lang w:val="kk-KZ"/>
        </w:rPr>
        <w:t>.</w:t>
      </w:r>
    </w:p>
    <w:p w14:paraId="593EEA19" w14:textId="15058E83" w:rsidR="00B9286B" w:rsidRPr="000C105B" w:rsidRDefault="000E4B4A" w:rsidP="003A58BF">
      <w:pPr>
        <w:tabs>
          <w:tab w:val="left" w:pos="1134"/>
        </w:tabs>
        <w:jc w:val="both"/>
        <w:rPr>
          <w:rFonts w:cs="Times New Roman"/>
          <w:szCs w:val="28"/>
          <w:lang w:val="kk-KZ"/>
        </w:rPr>
      </w:pPr>
      <w:r w:rsidRPr="000C105B">
        <w:rPr>
          <w:rFonts w:cs="Times New Roman"/>
          <w:szCs w:val="28"/>
          <w:lang w:val="kk-KZ"/>
        </w:rPr>
        <w:t xml:space="preserve">12) </w:t>
      </w:r>
      <w:r w:rsidR="00352B44" w:rsidRPr="000C105B">
        <w:rPr>
          <w:rFonts w:cs="Times New Roman"/>
          <w:szCs w:val="28"/>
          <w:lang w:val="kk-KZ"/>
        </w:rPr>
        <w:t>Қатысушылардың кемінде 95%-ы ауысым мазмұнына, болу жағдайларына және іс-шараларды ұйымдастыруға қанағаттанушылық білдіреді</w:t>
      </w:r>
      <w:r w:rsidRPr="000C105B">
        <w:rPr>
          <w:rFonts w:cs="Times New Roman"/>
          <w:szCs w:val="28"/>
          <w:lang w:val="kk-KZ"/>
        </w:rPr>
        <w:t>.</w:t>
      </w:r>
    </w:p>
    <w:p w14:paraId="5DA797EC" w14:textId="1A7CCF00" w:rsidR="00B9286B" w:rsidRPr="000C105B" w:rsidRDefault="000E4B4A" w:rsidP="003A58BF">
      <w:pPr>
        <w:tabs>
          <w:tab w:val="left" w:pos="1134"/>
        </w:tabs>
        <w:jc w:val="both"/>
        <w:rPr>
          <w:rFonts w:cs="Times New Roman"/>
          <w:szCs w:val="28"/>
          <w:lang w:val="kk-KZ"/>
        </w:rPr>
      </w:pPr>
      <w:r w:rsidRPr="000C105B">
        <w:rPr>
          <w:rFonts w:cs="Times New Roman"/>
          <w:szCs w:val="28"/>
          <w:lang w:val="kk-KZ"/>
        </w:rPr>
        <w:t xml:space="preserve">13) </w:t>
      </w:r>
      <w:r w:rsidR="00352B44" w:rsidRPr="000C105B">
        <w:rPr>
          <w:rFonts w:cs="Times New Roman"/>
          <w:szCs w:val="28"/>
          <w:lang w:val="kk-KZ"/>
        </w:rPr>
        <w:t>Қатысушылардың 100%-ы қауіпсіз болу жағдайларымен, медициналық сүйемелдеумен, психологиялық-педагогикалық қолдаумен және толыққанды демалу мен сауықтыруға арналған жағдайлармен қамтамасыз етіледі.</w:t>
      </w:r>
    </w:p>
    <w:p w14:paraId="4E20A1A6" w14:textId="77777777" w:rsidR="00E735DF" w:rsidRPr="000C105B" w:rsidRDefault="00E735DF" w:rsidP="003A58BF">
      <w:pPr>
        <w:ind w:firstLine="0"/>
        <w:jc w:val="both"/>
        <w:rPr>
          <w:rFonts w:cs="Times New Roman"/>
          <w:szCs w:val="28"/>
          <w:lang w:val="kk-KZ"/>
        </w:rPr>
      </w:pPr>
    </w:p>
    <w:p w14:paraId="0624A4A1" w14:textId="77777777" w:rsidR="003A58BF" w:rsidRDefault="003A58BF" w:rsidP="003A58BF">
      <w:pPr>
        <w:pStyle w:val="1"/>
        <w:spacing w:before="0" w:after="0"/>
        <w:ind w:firstLine="425"/>
        <w:rPr>
          <w:rFonts w:cs="Times New Roman"/>
          <w:lang w:val="kk-KZ"/>
        </w:rPr>
      </w:pPr>
    </w:p>
    <w:p w14:paraId="017C2695" w14:textId="48C9F0B8" w:rsidR="00B9286B" w:rsidRPr="000C105B" w:rsidRDefault="002F02B8" w:rsidP="003A58BF">
      <w:pPr>
        <w:pStyle w:val="1"/>
        <w:spacing w:before="0" w:after="0"/>
        <w:ind w:firstLine="709"/>
        <w:rPr>
          <w:rFonts w:cs="Times New Roman"/>
          <w:lang w:val="kk-KZ"/>
        </w:rPr>
      </w:pPr>
      <w:r w:rsidRPr="000C105B">
        <w:rPr>
          <w:rFonts w:cs="Times New Roman"/>
          <w:lang w:val="kk-KZ"/>
        </w:rPr>
        <w:t xml:space="preserve">5-бөлім. Бағдарламаның құрылымы мен мазмұны </w:t>
      </w:r>
      <w:r w:rsidR="006B5C45" w:rsidRPr="000C105B">
        <w:rPr>
          <w:rFonts w:cs="Times New Roman"/>
          <w:lang w:val="kk-KZ"/>
        </w:rPr>
        <w:t xml:space="preserve"> </w:t>
      </w:r>
    </w:p>
    <w:p w14:paraId="5EA9BE21" w14:textId="77777777" w:rsidR="002F02B8" w:rsidRPr="000C105B" w:rsidRDefault="002F02B8" w:rsidP="003A58BF">
      <w:pPr>
        <w:jc w:val="both"/>
        <w:rPr>
          <w:rFonts w:cs="Times New Roman"/>
          <w:szCs w:val="28"/>
          <w:lang w:val="kk-KZ"/>
        </w:rPr>
      </w:pPr>
      <w:r w:rsidRPr="000C105B">
        <w:rPr>
          <w:rFonts w:cs="Times New Roman"/>
          <w:szCs w:val="28"/>
          <w:lang w:val="kk-KZ"/>
        </w:rPr>
        <w:t>Бағдарламаны іске асыру өзара байланысты екі модуль арқылы жүзеге асырылады: білім беру модулі және сауықтыру модулі.</w:t>
      </w:r>
    </w:p>
    <w:p w14:paraId="25F44F14" w14:textId="77777777" w:rsidR="002F02B8" w:rsidRPr="000C105B" w:rsidRDefault="002F02B8" w:rsidP="003A58BF">
      <w:pPr>
        <w:jc w:val="both"/>
        <w:rPr>
          <w:rFonts w:cs="Times New Roman"/>
          <w:szCs w:val="28"/>
          <w:lang w:val="kk-KZ"/>
        </w:rPr>
      </w:pPr>
      <w:r w:rsidRPr="000C105B">
        <w:rPr>
          <w:rFonts w:cs="Times New Roman"/>
          <w:szCs w:val="28"/>
          <w:lang w:val="kk-KZ"/>
        </w:rPr>
        <w:t>Модульдер қатысушылардың күнделікті қызметіне кіріктірілген және баланың тұлғалық дамуын кешенді түрде қамтамасыз ете отырып, тілдік, тәрбиелік, шығармашылық, жобалық, ойын, спорттық, туристік, мәдени-танымдық және сауықтыру қызметін ұштастырады.</w:t>
      </w:r>
    </w:p>
    <w:p w14:paraId="1AC02AE9" w14:textId="7F597542" w:rsidR="002F02B8" w:rsidRPr="000C105B" w:rsidRDefault="002F02B8" w:rsidP="003A58BF">
      <w:pPr>
        <w:jc w:val="both"/>
        <w:rPr>
          <w:rFonts w:cs="Times New Roman"/>
          <w:szCs w:val="28"/>
          <w:lang w:val="kk-KZ"/>
        </w:rPr>
      </w:pPr>
      <w:r w:rsidRPr="000C105B">
        <w:rPr>
          <w:rFonts w:cs="Times New Roman"/>
          <w:szCs w:val="28"/>
          <w:lang w:val="kk-KZ"/>
        </w:rPr>
        <w:t>Модульдердің мазмұны кәмелетке толмағандардың жас, психологиялық және физиологиялық ерекшеліктерін, ауысымның ұзақтығын, Ұйымның жұмыс режимін, тұру және тамақтану жағдайларын, медициналық сүйемелдеуді және қауіпсіздікті ескере отырып іске асырылады.</w:t>
      </w:r>
    </w:p>
    <w:p w14:paraId="25249EC4" w14:textId="77777777" w:rsidR="002F02B8" w:rsidRPr="000C105B" w:rsidRDefault="002F02B8" w:rsidP="003A58BF">
      <w:pPr>
        <w:jc w:val="both"/>
        <w:rPr>
          <w:rFonts w:cs="Times New Roman"/>
          <w:szCs w:val="28"/>
          <w:lang w:val="kk-KZ"/>
        </w:rPr>
      </w:pPr>
    </w:p>
    <w:p w14:paraId="1172796C" w14:textId="059C0D36" w:rsidR="00B9286B" w:rsidRPr="000C105B" w:rsidRDefault="006B5C45" w:rsidP="003A58BF">
      <w:pPr>
        <w:pStyle w:val="21"/>
        <w:spacing w:before="0" w:after="0"/>
        <w:ind w:firstLine="709"/>
        <w:rPr>
          <w:rFonts w:cs="Times New Roman"/>
          <w:szCs w:val="28"/>
          <w:lang w:val="kk-KZ"/>
        </w:rPr>
      </w:pPr>
      <w:r w:rsidRPr="000C105B">
        <w:rPr>
          <w:rFonts w:eastAsia="Times New Roman" w:cs="Times New Roman"/>
          <w:szCs w:val="28"/>
          <w:lang w:val="kk-KZ"/>
        </w:rPr>
        <w:t xml:space="preserve">   </w:t>
      </w:r>
      <w:r w:rsidR="000E4B4A" w:rsidRPr="000C105B">
        <w:rPr>
          <w:rFonts w:eastAsia="Times New Roman" w:cs="Times New Roman"/>
          <w:szCs w:val="28"/>
          <w:lang w:val="kk-KZ"/>
        </w:rPr>
        <w:t xml:space="preserve">1. </w:t>
      </w:r>
      <w:r w:rsidR="002F02B8" w:rsidRPr="000C105B">
        <w:rPr>
          <w:rFonts w:cs="Times New Roman"/>
          <w:szCs w:val="28"/>
          <w:lang w:val="kk-KZ"/>
        </w:rPr>
        <w:t>Білім беру модулі</w:t>
      </w:r>
      <w:r w:rsidRPr="000C105B">
        <w:rPr>
          <w:rFonts w:cs="Times New Roman"/>
          <w:szCs w:val="28"/>
          <w:lang w:val="kk-KZ"/>
        </w:rPr>
        <w:t xml:space="preserve"> </w:t>
      </w:r>
    </w:p>
    <w:p w14:paraId="56380298" w14:textId="77777777" w:rsidR="00406B81" w:rsidRPr="000C105B" w:rsidRDefault="00406B81" w:rsidP="003A58BF">
      <w:pPr>
        <w:jc w:val="both"/>
        <w:rPr>
          <w:rFonts w:cs="Times New Roman"/>
          <w:szCs w:val="28"/>
          <w:lang w:val="kk-KZ"/>
        </w:rPr>
      </w:pPr>
      <w:r w:rsidRPr="000C105B">
        <w:rPr>
          <w:rFonts w:cs="Times New Roman"/>
          <w:szCs w:val="28"/>
          <w:lang w:val="kk-KZ"/>
        </w:rPr>
        <w:t>Білім беру модулі қатысушылардың тілдік белсенділігін, коммуникативтік құзыреттілігін, мәдениетаралық таным көкжиегін, шығармашылық қабілеттерін, жобалық ойлауын, сөйлеу сенімділігін, қарым-қатынас мәдениетін және әлеуметтік дағдыларын дамытуға бағытталған.</w:t>
      </w:r>
    </w:p>
    <w:p w14:paraId="0A36B140" w14:textId="77777777" w:rsidR="00406B81" w:rsidRPr="000C105B" w:rsidRDefault="00406B81" w:rsidP="003A58BF">
      <w:pPr>
        <w:jc w:val="both"/>
        <w:rPr>
          <w:rFonts w:cs="Times New Roman"/>
          <w:szCs w:val="28"/>
          <w:lang w:val="kk-KZ"/>
        </w:rPr>
      </w:pPr>
      <w:r w:rsidRPr="000C105B">
        <w:rPr>
          <w:rFonts w:cs="Times New Roman"/>
          <w:szCs w:val="28"/>
          <w:lang w:val="kk-KZ"/>
        </w:rPr>
        <w:t>Маусымдық сипаттағы Ұйымның білім беру модулінің мазмұны қызығушылық клубтары мен топтары арқылы дамытушы сабақтарды, тілдік практиканы, жобалық, зерттеушілік және шығармашылық қызметті қамтиды. Сонымен қатар шеберлік сыныптары, тренингтер, зертханалық және практикалық жұмыстар арқылы практикаға бағытталған сабақтар, сондай-ақ тәрбиелік іс-шаралар мен жобалар жүзеге асырылады.</w:t>
      </w:r>
    </w:p>
    <w:p w14:paraId="33C25D6C" w14:textId="2D785184" w:rsidR="00406B81" w:rsidRPr="000C105B" w:rsidRDefault="00406B81" w:rsidP="003A58BF">
      <w:pPr>
        <w:jc w:val="both"/>
        <w:rPr>
          <w:rFonts w:cs="Times New Roman"/>
          <w:szCs w:val="28"/>
          <w:lang w:val="kk-KZ"/>
        </w:rPr>
      </w:pPr>
      <w:r w:rsidRPr="000C105B">
        <w:rPr>
          <w:rFonts w:cs="Times New Roman"/>
          <w:szCs w:val="28"/>
          <w:lang w:val="kk-KZ"/>
        </w:rPr>
        <w:t>Ауысымның әр күні білім беру модулі шеңберінде кемінде екі дамытушы, жобалық, зерттеушілік немесе шығармашылық сабақ, кемінде екі практикаға бағытталған сабақ, сондай-ақ кемінде екі тәрбиелік іс-шара немесе жоба өткізу қарастырылады.</w:t>
      </w:r>
    </w:p>
    <w:p w14:paraId="2AFD10DE" w14:textId="3E72C67F" w:rsidR="00B9286B" w:rsidRPr="000C105B" w:rsidRDefault="00406B81" w:rsidP="003A58BF">
      <w:pPr>
        <w:pStyle w:val="31"/>
        <w:spacing w:before="0" w:after="0"/>
        <w:ind w:firstLine="709"/>
        <w:rPr>
          <w:rFonts w:cs="Times New Roman"/>
          <w:szCs w:val="28"/>
          <w:lang w:val="kk-KZ"/>
        </w:rPr>
      </w:pPr>
      <w:r w:rsidRPr="000C105B">
        <w:rPr>
          <w:rFonts w:cs="Times New Roman"/>
          <w:szCs w:val="28"/>
          <w:lang w:val="kk-KZ"/>
        </w:rPr>
        <w:lastRenderedPageBreak/>
        <w:t xml:space="preserve">Білім беру модулінің бағыттары </w:t>
      </w:r>
    </w:p>
    <w:tbl>
      <w:tblPr>
        <w:tblStyle w:val="aff0"/>
        <w:tblW w:w="0" w:type="auto"/>
        <w:jc w:val="center"/>
        <w:tblLook w:val="04A0" w:firstRow="1" w:lastRow="0" w:firstColumn="1" w:lastColumn="0" w:noHBand="0" w:noVBand="1"/>
      </w:tblPr>
      <w:tblGrid>
        <w:gridCol w:w="2235"/>
        <w:gridCol w:w="2566"/>
        <w:gridCol w:w="2540"/>
        <w:gridCol w:w="2288"/>
      </w:tblGrid>
      <w:tr w:rsidR="00B9286B" w:rsidRPr="000C105B" w14:paraId="2A71C5EB" w14:textId="77777777" w:rsidTr="0056102A">
        <w:trPr>
          <w:tblHeader/>
          <w:jc w:val="center"/>
        </w:trPr>
        <w:tc>
          <w:tcPr>
            <w:tcW w:w="1735" w:type="dxa"/>
            <w:shd w:val="clear" w:color="auto" w:fill="D9EAD3"/>
            <w:vAlign w:val="center"/>
          </w:tcPr>
          <w:p w14:paraId="497CCD38" w14:textId="33274696" w:rsidR="00D46C99" w:rsidRPr="000C105B" w:rsidRDefault="00D46C99" w:rsidP="003A58BF">
            <w:pPr>
              <w:ind w:firstLine="0"/>
              <w:jc w:val="center"/>
              <w:rPr>
                <w:rFonts w:cs="Times New Roman"/>
                <w:b/>
                <w:szCs w:val="28"/>
                <w:lang w:val="kk-KZ"/>
              </w:rPr>
            </w:pPr>
            <w:r w:rsidRPr="000C105B">
              <w:rPr>
                <w:rFonts w:cs="Times New Roman"/>
                <w:b/>
                <w:szCs w:val="28"/>
                <w:lang w:val="kk-KZ"/>
              </w:rPr>
              <w:t>Бағыты</w:t>
            </w:r>
          </w:p>
        </w:tc>
        <w:tc>
          <w:tcPr>
            <w:tcW w:w="2835" w:type="dxa"/>
            <w:shd w:val="clear" w:color="auto" w:fill="D9EAD3"/>
            <w:vAlign w:val="center"/>
          </w:tcPr>
          <w:p w14:paraId="53D9BC80" w14:textId="7C35CAB8" w:rsidR="00B9286B" w:rsidRPr="000C105B" w:rsidRDefault="00D46C99" w:rsidP="003A58BF">
            <w:pPr>
              <w:ind w:firstLine="0"/>
              <w:jc w:val="center"/>
              <w:rPr>
                <w:rFonts w:cs="Times New Roman"/>
                <w:b/>
                <w:szCs w:val="28"/>
                <w:lang w:val="kk-KZ"/>
              </w:rPr>
            </w:pPr>
            <w:r w:rsidRPr="000C105B">
              <w:rPr>
                <w:rFonts w:cs="Times New Roman"/>
                <w:b/>
                <w:szCs w:val="28"/>
                <w:lang w:val="kk-KZ"/>
              </w:rPr>
              <w:t>Мазмұны</w:t>
            </w:r>
          </w:p>
        </w:tc>
        <w:tc>
          <w:tcPr>
            <w:tcW w:w="2835" w:type="dxa"/>
            <w:shd w:val="clear" w:color="auto" w:fill="D9EAD3"/>
            <w:vAlign w:val="center"/>
          </w:tcPr>
          <w:p w14:paraId="63216E90" w14:textId="3B9D955A" w:rsidR="00B9286B" w:rsidRPr="000C105B" w:rsidRDefault="00D46C99" w:rsidP="003A58BF">
            <w:pPr>
              <w:ind w:firstLine="0"/>
              <w:jc w:val="center"/>
              <w:rPr>
                <w:rFonts w:cs="Times New Roman"/>
                <w:b/>
                <w:szCs w:val="28"/>
                <w:lang w:val="kk-KZ"/>
              </w:rPr>
            </w:pPr>
            <w:r w:rsidRPr="000C105B">
              <w:rPr>
                <w:rFonts w:cs="Times New Roman"/>
                <w:b/>
                <w:szCs w:val="28"/>
                <w:lang w:val="kk-KZ"/>
              </w:rPr>
              <w:t>ске асыру түрлері</w:t>
            </w:r>
          </w:p>
        </w:tc>
        <w:tc>
          <w:tcPr>
            <w:tcW w:w="2268" w:type="dxa"/>
            <w:shd w:val="clear" w:color="auto" w:fill="D9EAD3"/>
            <w:vAlign w:val="center"/>
          </w:tcPr>
          <w:p w14:paraId="149B7204" w14:textId="58DEBF6E" w:rsidR="00B9286B" w:rsidRPr="000C105B" w:rsidRDefault="00D46C99" w:rsidP="003A58BF">
            <w:pPr>
              <w:ind w:firstLine="0"/>
              <w:jc w:val="center"/>
              <w:rPr>
                <w:rFonts w:cs="Times New Roman"/>
                <w:b/>
                <w:szCs w:val="28"/>
                <w:lang w:val="kk-KZ"/>
              </w:rPr>
            </w:pPr>
            <w:r w:rsidRPr="000C105B">
              <w:rPr>
                <w:rFonts w:cs="Times New Roman"/>
                <w:b/>
                <w:szCs w:val="28"/>
                <w:lang w:val="kk-KZ"/>
              </w:rPr>
              <w:t>Нәтижесі</w:t>
            </w:r>
          </w:p>
        </w:tc>
      </w:tr>
      <w:tr w:rsidR="00B9286B" w:rsidRPr="003A58BF" w14:paraId="7EA15CA1" w14:textId="77777777" w:rsidTr="0056102A">
        <w:trPr>
          <w:jc w:val="center"/>
        </w:trPr>
        <w:tc>
          <w:tcPr>
            <w:tcW w:w="1735" w:type="dxa"/>
          </w:tcPr>
          <w:p w14:paraId="69C28044" w14:textId="3C9B7465" w:rsidR="00B9286B" w:rsidRPr="000C105B" w:rsidRDefault="0056102A" w:rsidP="003A58BF">
            <w:pPr>
              <w:ind w:firstLine="0"/>
              <w:jc w:val="center"/>
              <w:rPr>
                <w:rFonts w:cs="Times New Roman"/>
                <w:szCs w:val="28"/>
                <w:lang w:val="kk-KZ"/>
              </w:rPr>
            </w:pPr>
            <w:r w:rsidRPr="000C105B">
              <w:rPr>
                <w:rFonts w:cs="Times New Roman"/>
                <w:szCs w:val="28"/>
                <w:lang w:val="kk-KZ"/>
              </w:rPr>
              <w:t>Зерттелетін тіл</w:t>
            </w:r>
          </w:p>
        </w:tc>
        <w:tc>
          <w:tcPr>
            <w:tcW w:w="2835" w:type="dxa"/>
          </w:tcPr>
          <w:p w14:paraId="65BF9DDF" w14:textId="637F8B22" w:rsidR="00B9286B" w:rsidRPr="000C105B" w:rsidRDefault="009D55B3" w:rsidP="003A58BF">
            <w:pPr>
              <w:ind w:firstLine="0"/>
              <w:jc w:val="center"/>
              <w:rPr>
                <w:rFonts w:cs="Times New Roman"/>
                <w:szCs w:val="28"/>
                <w:lang w:val="kk-KZ"/>
              </w:rPr>
            </w:pPr>
            <w:r>
              <w:rPr>
                <w:rFonts w:cs="Times New Roman"/>
                <w:szCs w:val="28"/>
                <w:lang w:val="kk-KZ"/>
              </w:rPr>
              <w:t>ағылшын</w:t>
            </w:r>
            <w:r w:rsidRPr="000C105B">
              <w:rPr>
                <w:rFonts w:cs="Times New Roman"/>
                <w:szCs w:val="28"/>
                <w:lang w:val="kk-KZ"/>
              </w:rPr>
              <w:t xml:space="preserve"> </w:t>
            </w:r>
            <w:r w:rsidR="00131A5C" w:rsidRPr="000C105B">
              <w:rPr>
                <w:rFonts w:cs="Times New Roman"/>
                <w:szCs w:val="28"/>
                <w:lang w:val="kk-KZ"/>
              </w:rPr>
              <w:t>тілде коммуникация, сөздік қор, сөйлеу этикеті, қарым-қатынас мәдениеті</w:t>
            </w:r>
          </w:p>
        </w:tc>
        <w:tc>
          <w:tcPr>
            <w:tcW w:w="2835" w:type="dxa"/>
          </w:tcPr>
          <w:p w14:paraId="031866CE" w14:textId="0526C008" w:rsidR="00B9286B" w:rsidRPr="000C105B" w:rsidRDefault="002D6E06" w:rsidP="003A58BF">
            <w:pPr>
              <w:ind w:firstLine="0"/>
              <w:jc w:val="center"/>
              <w:rPr>
                <w:rFonts w:cs="Times New Roman"/>
                <w:szCs w:val="28"/>
                <w:lang w:val="kk-KZ"/>
              </w:rPr>
            </w:pPr>
            <w:r w:rsidRPr="000C105B">
              <w:rPr>
                <w:rFonts w:cs="Times New Roman"/>
                <w:szCs w:val="28"/>
                <w:lang w:val="kk-KZ"/>
              </w:rPr>
              <w:t>Ойындар, диалогтар, фраза карточкалары, шығармашылық тапсырмалар, шағын жобалар</w:t>
            </w:r>
          </w:p>
        </w:tc>
        <w:tc>
          <w:tcPr>
            <w:tcW w:w="2268" w:type="dxa"/>
          </w:tcPr>
          <w:p w14:paraId="5A2CAACD" w14:textId="770C3CD6" w:rsidR="00B9286B" w:rsidRPr="000C105B" w:rsidRDefault="009D55B3" w:rsidP="003A58BF">
            <w:pPr>
              <w:ind w:firstLine="0"/>
              <w:jc w:val="center"/>
              <w:rPr>
                <w:rFonts w:cs="Times New Roman"/>
                <w:szCs w:val="28"/>
                <w:lang w:val="kk-KZ"/>
              </w:rPr>
            </w:pPr>
            <w:r>
              <w:rPr>
                <w:rFonts w:cs="Times New Roman"/>
                <w:szCs w:val="28"/>
                <w:lang w:val="kk-KZ"/>
              </w:rPr>
              <w:t>ағылшын</w:t>
            </w:r>
            <w:r w:rsidRPr="000C105B">
              <w:rPr>
                <w:rFonts w:cs="Times New Roman"/>
                <w:szCs w:val="28"/>
                <w:lang w:val="kk-KZ"/>
              </w:rPr>
              <w:t xml:space="preserve"> </w:t>
            </w:r>
            <w:r w:rsidR="00893572" w:rsidRPr="000C105B">
              <w:rPr>
                <w:rFonts w:cs="Times New Roman"/>
                <w:szCs w:val="28"/>
                <w:lang w:val="kk-KZ"/>
              </w:rPr>
              <w:t>тілге және қарым-қатынас мәдениетіне қызығушылық</w:t>
            </w:r>
          </w:p>
        </w:tc>
      </w:tr>
      <w:tr w:rsidR="00B9286B" w:rsidRPr="003A58BF" w14:paraId="083B0BF8" w14:textId="77777777" w:rsidTr="0056102A">
        <w:trPr>
          <w:jc w:val="center"/>
        </w:trPr>
        <w:tc>
          <w:tcPr>
            <w:tcW w:w="1735" w:type="dxa"/>
          </w:tcPr>
          <w:p w14:paraId="0F6B7B63" w14:textId="34B7DBC8" w:rsidR="00B9286B" w:rsidRPr="000C105B" w:rsidRDefault="0056102A" w:rsidP="003A58BF">
            <w:pPr>
              <w:ind w:firstLine="0"/>
              <w:jc w:val="center"/>
              <w:rPr>
                <w:rFonts w:cs="Times New Roman"/>
                <w:szCs w:val="28"/>
                <w:lang w:val="kk-KZ"/>
              </w:rPr>
            </w:pPr>
            <w:r w:rsidRPr="000C105B">
              <w:rPr>
                <w:rFonts w:cs="Times New Roman"/>
                <w:szCs w:val="28"/>
                <w:lang w:val="kk-KZ"/>
              </w:rPr>
              <w:t>Сөйлеу практикасы</w:t>
            </w:r>
          </w:p>
        </w:tc>
        <w:tc>
          <w:tcPr>
            <w:tcW w:w="2835" w:type="dxa"/>
          </w:tcPr>
          <w:p w14:paraId="296931D9" w14:textId="59594974" w:rsidR="00B9286B" w:rsidRPr="000C105B" w:rsidRDefault="00131A5C" w:rsidP="003A58BF">
            <w:pPr>
              <w:ind w:firstLine="0"/>
              <w:jc w:val="center"/>
              <w:rPr>
                <w:rFonts w:cs="Times New Roman"/>
                <w:szCs w:val="28"/>
                <w:lang w:val="kk-KZ"/>
              </w:rPr>
            </w:pPr>
            <w:r w:rsidRPr="000C105B">
              <w:rPr>
                <w:rFonts w:cs="Times New Roman"/>
                <w:szCs w:val="28"/>
                <w:lang w:val="kk-KZ"/>
              </w:rPr>
              <w:t>Сөйлеу, тыңдап түсіну, сұрақ-жауап, тұрмыстық жағдаяттар</w:t>
            </w:r>
          </w:p>
        </w:tc>
        <w:tc>
          <w:tcPr>
            <w:tcW w:w="2835" w:type="dxa"/>
          </w:tcPr>
          <w:p w14:paraId="43AA241A" w14:textId="1928109B" w:rsidR="00B9286B" w:rsidRPr="000C105B" w:rsidRDefault="002D6E06" w:rsidP="003A58BF">
            <w:pPr>
              <w:ind w:firstLine="0"/>
              <w:jc w:val="center"/>
              <w:rPr>
                <w:rFonts w:cs="Times New Roman"/>
                <w:szCs w:val="28"/>
                <w:lang w:val="kk-KZ"/>
              </w:rPr>
            </w:pPr>
            <w:r w:rsidRPr="000C105B">
              <w:rPr>
                <w:rFonts w:cs="Times New Roman"/>
                <w:szCs w:val="28"/>
                <w:lang w:val="kk-KZ"/>
              </w:rPr>
              <w:t>Тілдік клубтар, сұхбаттар, рөлдік ойындар, коммуникативтік квесттер</w:t>
            </w:r>
          </w:p>
        </w:tc>
        <w:tc>
          <w:tcPr>
            <w:tcW w:w="2268" w:type="dxa"/>
          </w:tcPr>
          <w:p w14:paraId="7137E437" w14:textId="041287F1" w:rsidR="00B9286B" w:rsidRPr="000C105B" w:rsidRDefault="009D55B3" w:rsidP="003A58BF">
            <w:pPr>
              <w:ind w:firstLine="0"/>
              <w:jc w:val="center"/>
              <w:rPr>
                <w:rFonts w:cs="Times New Roman"/>
                <w:szCs w:val="28"/>
                <w:lang w:val="kk-KZ"/>
              </w:rPr>
            </w:pPr>
            <w:r>
              <w:rPr>
                <w:rFonts w:cs="Times New Roman"/>
                <w:szCs w:val="28"/>
                <w:lang w:val="kk-KZ"/>
              </w:rPr>
              <w:t>ағылшын</w:t>
            </w:r>
            <w:r w:rsidRPr="000C105B">
              <w:rPr>
                <w:rFonts w:cs="Times New Roman"/>
                <w:szCs w:val="28"/>
                <w:lang w:val="kk-KZ"/>
              </w:rPr>
              <w:t xml:space="preserve"> </w:t>
            </w:r>
            <w:r w:rsidR="00893572" w:rsidRPr="000C105B">
              <w:rPr>
                <w:rFonts w:cs="Times New Roman"/>
                <w:szCs w:val="28"/>
                <w:lang w:val="kk-KZ"/>
              </w:rPr>
              <w:t>тілде қарапайым қарым-қатынасқа сенімділік</w:t>
            </w:r>
          </w:p>
        </w:tc>
      </w:tr>
      <w:tr w:rsidR="0056102A" w:rsidRPr="003A58BF" w14:paraId="2F309D48" w14:textId="77777777" w:rsidTr="0056102A">
        <w:trPr>
          <w:jc w:val="center"/>
        </w:trPr>
        <w:tc>
          <w:tcPr>
            <w:tcW w:w="1735" w:type="dxa"/>
          </w:tcPr>
          <w:p w14:paraId="5C46D17B" w14:textId="5507B72C" w:rsidR="0056102A" w:rsidRPr="000C105B" w:rsidRDefault="0056102A" w:rsidP="003A58BF">
            <w:pPr>
              <w:ind w:firstLine="0"/>
              <w:jc w:val="center"/>
              <w:rPr>
                <w:rFonts w:cs="Times New Roman"/>
                <w:szCs w:val="28"/>
                <w:lang w:val="kk-KZ"/>
              </w:rPr>
            </w:pPr>
            <w:r w:rsidRPr="000C105B">
              <w:rPr>
                <w:rFonts w:cs="Times New Roman"/>
                <w:szCs w:val="28"/>
                <w:lang w:val="kk-KZ"/>
              </w:rPr>
              <w:t>Әлеуметтік-мәдени мазмұн</w:t>
            </w:r>
            <w:r w:rsidRPr="000C105B">
              <w:rPr>
                <w:rFonts w:cs="Times New Roman"/>
                <w:szCs w:val="28"/>
                <w:lang w:val="kk-KZ"/>
              </w:rPr>
              <w:br/>
            </w:r>
          </w:p>
        </w:tc>
        <w:tc>
          <w:tcPr>
            <w:tcW w:w="2835" w:type="dxa"/>
          </w:tcPr>
          <w:p w14:paraId="23DF31DA" w14:textId="3DFCD372" w:rsidR="0056102A" w:rsidRPr="000C105B" w:rsidRDefault="00131A5C" w:rsidP="003A58BF">
            <w:pPr>
              <w:ind w:firstLine="0"/>
              <w:jc w:val="center"/>
              <w:rPr>
                <w:rFonts w:cs="Times New Roman"/>
                <w:szCs w:val="28"/>
                <w:lang w:val="kk-KZ"/>
              </w:rPr>
            </w:pPr>
            <w:r w:rsidRPr="000C105B">
              <w:rPr>
                <w:rFonts w:cs="Times New Roman"/>
                <w:szCs w:val="28"/>
                <w:lang w:val="kk-KZ"/>
              </w:rPr>
              <w:t>Мәдени контекст, сөйлеу этикеті, дәстүрлер мен қарым-қатынас нормалары</w:t>
            </w:r>
          </w:p>
        </w:tc>
        <w:tc>
          <w:tcPr>
            <w:tcW w:w="2835" w:type="dxa"/>
          </w:tcPr>
          <w:p w14:paraId="44884DB0" w14:textId="669B0198" w:rsidR="0056102A" w:rsidRPr="000C105B" w:rsidRDefault="002D6E06" w:rsidP="003A58BF">
            <w:pPr>
              <w:ind w:firstLine="0"/>
              <w:jc w:val="center"/>
              <w:rPr>
                <w:rFonts w:cs="Times New Roman"/>
                <w:szCs w:val="28"/>
                <w:lang w:val="kk-KZ"/>
              </w:rPr>
            </w:pPr>
            <w:r w:rsidRPr="000C105B">
              <w:rPr>
                <w:rFonts w:cs="Times New Roman"/>
                <w:szCs w:val="28"/>
                <w:lang w:val="kk-KZ"/>
              </w:rPr>
              <w:t>Мәдени станциялар, викториналар, карталар, шағын зерттеулер</w:t>
            </w:r>
          </w:p>
        </w:tc>
        <w:tc>
          <w:tcPr>
            <w:tcW w:w="2268" w:type="dxa"/>
          </w:tcPr>
          <w:p w14:paraId="3C193C71" w14:textId="4EBAD9AB" w:rsidR="0056102A" w:rsidRPr="000C105B" w:rsidRDefault="00893572" w:rsidP="003A58BF">
            <w:pPr>
              <w:ind w:firstLine="0"/>
              <w:jc w:val="center"/>
              <w:rPr>
                <w:rFonts w:cs="Times New Roman"/>
                <w:szCs w:val="28"/>
                <w:lang w:val="kk-KZ"/>
              </w:rPr>
            </w:pPr>
            <w:r w:rsidRPr="000C105B">
              <w:rPr>
                <w:rFonts w:cs="Times New Roman"/>
                <w:szCs w:val="28"/>
                <w:lang w:val="kk-KZ"/>
              </w:rPr>
              <w:t>Мәдениет пен сөйлеу мінез-құлық нормаларына құрмет</w:t>
            </w:r>
          </w:p>
        </w:tc>
      </w:tr>
      <w:tr w:rsidR="0056102A" w:rsidRPr="003A58BF" w14:paraId="6CA8EB7E" w14:textId="77777777" w:rsidTr="0056102A">
        <w:trPr>
          <w:jc w:val="center"/>
        </w:trPr>
        <w:tc>
          <w:tcPr>
            <w:tcW w:w="1735" w:type="dxa"/>
          </w:tcPr>
          <w:p w14:paraId="770EB203" w14:textId="5546FD82" w:rsidR="0056102A" w:rsidRPr="000C105B" w:rsidRDefault="0056102A" w:rsidP="003A58BF">
            <w:pPr>
              <w:ind w:firstLine="0"/>
              <w:jc w:val="center"/>
              <w:rPr>
                <w:rFonts w:cs="Times New Roman"/>
                <w:szCs w:val="28"/>
                <w:lang w:val="kk-KZ"/>
              </w:rPr>
            </w:pPr>
            <w:r w:rsidRPr="000C105B">
              <w:rPr>
                <w:rFonts w:cs="Times New Roman"/>
                <w:szCs w:val="28"/>
                <w:lang w:val="kk-KZ"/>
              </w:rPr>
              <w:t>Шығармашылық тілдік қызмет</w:t>
            </w:r>
          </w:p>
        </w:tc>
        <w:tc>
          <w:tcPr>
            <w:tcW w:w="2835" w:type="dxa"/>
          </w:tcPr>
          <w:p w14:paraId="09D01BA6" w14:textId="26671660" w:rsidR="0056102A" w:rsidRPr="000C105B" w:rsidRDefault="00131A5C" w:rsidP="003A58BF">
            <w:pPr>
              <w:ind w:firstLine="0"/>
              <w:jc w:val="center"/>
              <w:rPr>
                <w:rFonts w:cs="Times New Roman"/>
                <w:szCs w:val="28"/>
                <w:lang w:val="kk-KZ"/>
              </w:rPr>
            </w:pPr>
            <w:r w:rsidRPr="000C105B">
              <w:rPr>
                <w:rFonts w:cs="Times New Roman"/>
                <w:szCs w:val="28"/>
                <w:lang w:val="kk-KZ"/>
              </w:rPr>
              <w:t>Тілді әнде, сахналық көріністе, әңгімеде, комиксте және таныстырылымда қолдану</w:t>
            </w:r>
          </w:p>
        </w:tc>
        <w:tc>
          <w:tcPr>
            <w:tcW w:w="2835" w:type="dxa"/>
          </w:tcPr>
          <w:p w14:paraId="0FC15AD7" w14:textId="4A7DBC16" w:rsidR="0056102A" w:rsidRPr="000C105B" w:rsidRDefault="002D6E06" w:rsidP="003A58BF">
            <w:pPr>
              <w:ind w:firstLine="0"/>
              <w:jc w:val="center"/>
              <w:rPr>
                <w:rFonts w:cs="Times New Roman"/>
                <w:szCs w:val="28"/>
                <w:lang w:val="kk-KZ"/>
              </w:rPr>
            </w:pPr>
            <w:r w:rsidRPr="000C105B">
              <w:rPr>
                <w:rFonts w:cs="Times New Roman"/>
                <w:szCs w:val="28"/>
                <w:lang w:val="kk-KZ"/>
              </w:rPr>
              <w:t>Театр, әндер, сторителлинг, шығармашылық шеберханалар, постерлер</w:t>
            </w:r>
          </w:p>
        </w:tc>
        <w:tc>
          <w:tcPr>
            <w:tcW w:w="2268" w:type="dxa"/>
          </w:tcPr>
          <w:p w14:paraId="07C6B20A" w14:textId="3F3797FF" w:rsidR="0056102A" w:rsidRPr="000C105B" w:rsidRDefault="009D55B3" w:rsidP="003A58BF">
            <w:pPr>
              <w:ind w:firstLine="0"/>
              <w:jc w:val="center"/>
              <w:rPr>
                <w:rFonts w:cs="Times New Roman"/>
                <w:szCs w:val="28"/>
                <w:lang w:val="kk-KZ"/>
              </w:rPr>
            </w:pPr>
            <w:r>
              <w:rPr>
                <w:rFonts w:cs="Times New Roman"/>
                <w:szCs w:val="28"/>
                <w:lang w:val="kk-KZ"/>
              </w:rPr>
              <w:t>ағылшын</w:t>
            </w:r>
            <w:r w:rsidRPr="000C105B">
              <w:rPr>
                <w:rFonts w:cs="Times New Roman"/>
                <w:szCs w:val="28"/>
                <w:lang w:val="kk-KZ"/>
              </w:rPr>
              <w:t xml:space="preserve"> </w:t>
            </w:r>
            <w:r w:rsidR="00893572" w:rsidRPr="000C105B">
              <w:rPr>
                <w:rFonts w:cs="Times New Roman"/>
                <w:szCs w:val="28"/>
                <w:lang w:val="kk-KZ"/>
              </w:rPr>
              <w:t>тілді шығармашылық тұрғыда қолдану</w:t>
            </w:r>
          </w:p>
        </w:tc>
      </w:tr>
      <w:tr w:rsidR="0056102A" w:rsidRPr="003A58BF" w14:paraId="3064065F" w14:textId="77777777" w:rsidTr="0056102A">
        <w:trPr>
          <w:jc w:val="center"/>
        </w:trPr>
        <w:tc>
          <w:tcPr>
            <w:tcW w:w="1735" w:type="dxa"/>
          </w:tcPr>
          <w:p w14:paraId="275F3404" w14:textId="65A6A4AE" w:rsidR="0056102A" w:rsidRPr="000C105B" w:rsidRDefault="0056102A" w:rsidP="003A58BF">
            <w:pPr>
              <w:ind w:firstLine="0"/>
              <w:jc w:val="center"/>
              <w:rPr>
                <w:rFonts w:cs="Times New Roman"/>
                <w:szCs w:val="28"/>
                <w:lang w:val="kk-KZ"/>
              </w:rPr>
            </w:pPr>
            <w:r w:rsidRPr="000C105B">
              <w:rPr>
                <w:rFonts w:cs="Times New Roman"/>
                <w:szCs w:val="28"/>
                <w:lang w:val="kk-KZ"/>
              </w:rPr>
              <w:t>Тілдік медиажоба</w:t>
            </w:r>
            <w:r w:rsidRPr="000C105B">
              <w:rPr>
                <w:rFonts w:cs="Times New Roman"/>
                <w:szCs w:val="28"/>
                <w:lang w:val="kk-KZ"/>
              </w:rPr>
              <w:br/>
            </w:r>
          </w:p>
        </w:tc>
        <w:tc>
          <w:tcPr>
            <w:tcW w:w="2835" w:type="dxa"/>
          </w:tcPr>
          <w:p w14:paraId="0A5B3F05" w14:textId="7080FE0D" w:rsidR="0056102A" w:rsidRPr="000C105B" w:rsidRDefault="009D55B3" w:rsidP="003A58BF">
            <w:pPr>
              <w:ind w:firstLine="0"/>
              <w:jc w:val="center"/>
              <w:rPr>
                <w:rFonts w:cs="Times New Roman"/>
                <w:szCs w:val="28"/>
                <w:lang w:val="kk-KZ"/>
              </w:rPr>
            </w:pPr>
            <w:r>
              <w:rPr>
                <w:rFonts w:cs="Times New Roman"/>
                <w:szCs w:val="28"/>
                <w:lang w:val="kk-KZ"/>
              </w:rPr>
              <w:t>ағылшын</w:t>
            </w:r>
            <w:r w:rsidRPr="000C105B">
              <w:rPr>
                <w:rFonts w:cs="Times New Roman"/>
                <w:szCs w:val="28"/>
                <w:lang w:val="kk-KZ"/>
              </w:rPr>
              <w:t xml:space="preserve"> </w:t>
            </w:r>
            <w:r w:rsidR="00131A5C" w:rsidRPr="000C105B">
              <w:rPr>
                <w:rFonts w:cs="Times New Roman"/>
                <w:szCs w:val="28"/>
                <w:lang w:val="kk-KZ"/>
              </w:rPr>
              <w:t>тілде қарапайым ақпараттық өнім жасау</w:t>
            </w:r>
          </w:p>
        </w:tc>
        <w:tc>
          <w:tcPr>
            <w:tcW w:w="2835" w:type="dxa"/>
          </w:tcPr>
          <w:p w14:paraId="698D53D1" w14:textId="74B5DFBD" w:rsidR="0056102A" w:rsidRPr="000C105B" w:rsidRDefault="002D6E06" w:rsidP="003A58BF">
            <w:pPr>
              <w:ind w:firstLine="0"/>
              <w:jc w:val="center"/>
              <w:rPr>
                <w:rFonts w:cs="Times New Roman"/>
                <w:szCs w:val="28"/>
                <w:lang w:val="kk-KZ"/>
              </w:rPr>
            </w:pPr>
            <w:r w:rsidRPr="000C105B">
              <w:rPr>
                <w:rFonts w:cs="Times New Roman"/>
                <w:szCs w:val="28"/>
                <w:lang w:val="kk-KZ"/>
              </w:rPr>
              <w:t>Сұхбаттар, медиакүнделік, постер, подкаст, шағын бейнеролик</w:t>
            </w:r>
          </w:p>
        </w:tc>
        <w:tc>
          <w:tcPr>
            <w:tcW w:w="2268" w:type="dxa"/>
          </w:tcPr>
          <w:p w14:paraId="6DD5712F" w14:textId="61520D7D" w:rsidR="0056102A" w:rsidRPr="000C105B" w:rsidRDefault="00893572" w:rsidP="003A58BF">
            <w:pPr>
              <w:ind w:firstLine="0"/>
              <w:jc w:val="center"/>
              <w:rPr>
                <w:rFonts w:cs="Times New Roman"/>
                <w:szCs w:val="28"/>
                <w:lang w:val="kk-KZ"/>
              </w:rPr>
            </w:pPr>
            <w:r w:rsidRPr="000C105B">
              <w:rPr>
                <w:rFonts w:cs="Times New Roman"/>
                <w:szCs w:val="28"/>
                <w:lang w:val="kk-KZ"/>
              </w:rPr>
              <w:t>Ақпаратты ұсыну үшін тілді қолдану</w:t>
            </w:r>
          </w:p>
        </w:tc>
      </w:tr>
      <w:tr w:rsidR="0056102A" w:rsidRPr="003A58BF" w14:paraId="1BA41C19" w14:textId="77777777" w:rsidTr="0056102A">
        <w:trPr>
          <w:jc w:val="center"/>
        </w:trPr>
        <w:tc>
          <w:tcPr>
            <w:tcW w:w="1735" w:type="dxa"/>
          </w:tcPr>
          <w:p w14:paraId="08552C61" w14:textId="450884DF" w:rsidR="0056102A" w:rsidRPr="000C105B" w:rsidRDefault="0056102A" w:rsidP="003A58BF">
            <w:pPr>
              <w:ind w:firstLine="0"/>
              <w:jc w:val="center"/>
              <w:rPr>
                <w:rFonts w:cs="Times New Roman"/>
                <w:szCs w:val="28"/>
                <w:lang w:val="kk-KZ"/>
              </w:rPr>
            </w:pPr>
            <w:r w:rsidRPr="000C105B">
              <w:rPr>
                <w:rFonts w:cs="Times New Roman"/>
                <w:szCs w:val="28"/>
                <w:lang w:val="kk-KZ"/>
              </w:rPr>
              <w:br/>
              <w:t>Тілдік жоба</w:t>
            </w:r>
          </w:p>
        </w:tc>
        <w:tc>
          <w:tcPr>
            <w:tcW w:w="2835" w:type="dxa"/>
          </w:tcPr>
          <w:p w14:paraId="46942BC0" w14:textId="1D5FB417" w:rsidR="0056102A" w:rsidRPr="000C105B" w:rsidRDefault="00131A5C" w:rsidP="003A58BF">
            <w:pPr>
              <w:ind w:firstLine="0"/>
              <w:jc w:val="center"/>
              <w:rPr>
                <w:rFonts w:cs="Times New Roman"/>
                <w:szCs w:val="28"/>
                <w:lang w:val="kk-KZ"/>
              </w:rPr>
            </w:pPr>
            <w:r w:rsidRPr="000C105B">
              <w:rPr>
                <w:rFonts w:cs="Times New Roman"/>
                <w:szCs w:val="28"/>
                <w:lang w:val="kk-KZ"/>
              </w:rPr>
              <w:t>Командалық өнім және көпшілік алдында таныстырылым</w:t>
            </w:r>
          </w:p>
        </w:tc>
        <w:tc>
          <w:tcPr>
            <w:tcW w:w="2835" w:type="dxa"/>
          </w:tcPr>
          <w:p w14:paraId="3D5F4C87" w14:textId="7EC492FC" w:rsidR="0056102A" w:rsidRPr="000C105B" w:rsidRDefault="002D6E06" w:rsidP="003A58BF">
            <w:pPr>
              <w:ind w:firstLine="0"/>
              <w:jc w:val="center"/>
              <w:rPr>
                <w:rFonts w:cs="Times New Roman"/>
                <w:szCs w:val="28"/>
                <w:lang w:val="kk-KZ"/>
              </w:rPr>
            </w:pPr>
            <w:r w:rsidRPr="000C105B">
              <w:rPr>
                <w:rFonts w:cs="Times New Roman"/>
                <w:szCs w:val="28"/>
                <w:lang w:val="kk-KZ"/>
              </w:rPr>
              <w:t>Қатысушы портфелі, презентациялар, тілдік ауысым жетістіктер фестивалі</w:t>
            </w:r>
          </w:p>
        </w:tc>
        <w:tc>
          <w:tcPr>
            <w:tcW w:w="2268" w:type="dxa"/>
          </w:tcPr>
          <w:p w14:paraId="0C07A07A" w14:textId="5FD078AB" w:rsidR="0056102A" w:rsidRPr="000C105B" w:rsidRDefault="00893572" w:rsidP="003A58BF">
            <w:pPr>
              <w:ind w:firstLine="0"/>
              <w:jc w:val="center"/>
              <w:rPr>
                <w:rFonts w:cs="Times New Roman"/>
                <w:szCs w:val="28"/>
                <w:lang w:val="kk-KZ"/>
              </w:rPr>
            </w:pPr>
            <w:r w:rsidRPr="000C105B">
              <w:rPr>
                <w:rFonts w:cs="Times New Roman"/>
                <w:szCs w:val="28"/>
                <w:lang w:val="kk-KZ"/>
              </w:rPr>
              <w:t>Жобалық және коммуникативтік дағдыларды дамыту</w:t>
            </w:r>
          </w:p>
        </w:tc>
      </w:tr>
    </w:tbl>
    <w:p w14:paraId="01D6B245" w14:textId="7A1FFEB9" w:rsidR="00B9286B" w:rsidRPr="000C105B" w:rsidRDefault="000E4B4A" w:rsidP="003A58BF">
      <w:pPr>
        <w:pStyle w:val="21"/>
        <w:spacing w:before="0" w:after="0"/>
        <w:ind w:firstLine="709"/>
        <w:rPr>
          <w:rFonts w:cs="Times New Roman"/>
          <w:szCs w:val="28"/>
          <w:lang w:val="kk-KZ"/>
        </w:rPr>
      </w:pPr>
      <w:r w:rsidRPr="000C105B">
        <w:rPr>
          <w:rFonts w:eastAsia="Times New Roman" w:cs="Times New Roman"/>
          <w:szCs w:val="28"/>
          <w:lang w:val="kk-KZ"/>
        </w:rPr>
        <w:t xml:space="preserve">2. </w:t>
      </w:r>
      <w:r w:rsidR="002470C9" w:rsidRPr="000C105B">
        <w:rPr>
          <w:rFonts w:cs="Times New Roman"/>
          <w:szCs w:val="28"/>
          <w:lang w:val="kk-KZ"/>
        </w:rPr>
        <w:t>Сауықтыру модулі</w:t>
      </w:r>
      <w:r w:rsidR="002470C9" w:rsidRPr="000C105B">
        <w:rPr>
          <w:rFonts w:eastAsia="Times New Roman" w:cs="Times New Roman"/>
          <w:szCs w:val="28"/>
          <w:lang w:val="kk-KZ"/>
        </w:rPr>
        <w:t xml:space="preserve"> </w:t>
      </w:r>
    </w:p>
    <w:p w14:paraId="1DEA7285" w14:textId="77777777" w:rsidR="00C14997" w:rsidRPr="000C105B" w:rsidRDefault="00C14997" w:rsidP="003A58BF">
      <w:pPr>
        <w:jc w:val="both"/>
        <w:rPr>
          <w:rFonts w:cs="Times New Roman"/>
          <w:szCs w:val="28"/>
          <w:lang w:val="kk-KZ"/>
        </w:rPr>
      </w:pPr>
      <w:r w:rsidRPr="000C105B">
        <w:rPr>
          <w:rFonts w:cs="Times New Roman"/>
          <w:szCs w:val="28"/>
          <w:lang w:val="kk-KZ"/>
        </w:rPr>
        <w:t>Сауықтыру модулі қатысушылардың физикалық және психоэмоционалдық денсаулығын нығайтуға, аурулардың алдын алуға, салауатты өмір салтының тұрақты дағдыларын қалыптастыруға, күн тәртібін, демалысты, тамақтануды және эмоционалдық әл-ауқатты оңтайлы ұйымдастыруға бағытталған.</w:t>
      </w:r>
    </w:p>
    <w:p w14:paraId="3EF6660D" w14:textId="18A5AD49" w:rsidR="00C14997" w:rsidRPr="000C105B" w:rsidRDefault="00C14997" w:rsidP="003A58BF">
      <w:pPr>
        <w:jc w:val="both"/>
        <w:rPr>
          <w:rFonts w:cs="Times New Roman"/>
          <w:szCs w:val="28"/>
          <w:lang w:val="kk-KZ"/>
        </w:rPr>
      </w:pPr>
      <w:r w:rsidRPr="000C105B">
        <w:rPr>
          <w:rFonts w:cs="Times New Roman"/>
          <w:szCs w:val="28"/>
          <w:lang w:val="kk-KZ"/>
        </w:rPr>
        <w:t>Сауықтыру модулі Ұйымның жағдайларын және медициналық көрсеткіштерді ескере отырып, балалардың дене белсенділігі, шынықтыру іс-</w:t>
      </w:r>
      <w:r w:rsidRPr="000C105B">
        <w:rPr>
          <w:rFonts w:cs="Times New Roman"/>
          <w:szCs w:val="28"/>
          <w:lang w:val="kk-KZ"/>
        </w:rPr>
        <w:lastRenderedPageBreak/>
        <w:t xml:space="preserve">шаралары, аурулардың алдын алу, дұрыс тамақтану және су ішу </w:t>
      </w:r>
      <w:r w:rsidR="0083661A" w:rsidRPr="000C105B">
        <w:rPr>
          <w:rFonts w:cs="Times New Roman"/>
          <w:szCs w:val="28"/>
          <w:lang w:val="kk-KZ"/>
        </w:rPr>
        <w:t>талабын</w:t>
      </w:r>
      <w:r w:rsidRPr="000C105B">
        <w:rPr>
          <w:rFonts w:cs="Times New Roman"/>
          <w:szCs w:val="28"/>
          <w:lang w:val="kk-KZ"/>
        </w:rPr>
        <w:t xml:space="preserve"> сақтау, күн тәртібі мен демалысты қамтамасыз ету, психологиялық сүйемелдеу және балалардың эмоционалдық жайлылығын қолдау жөніндегі іс-шараларды қамтиды.</w:t>
      </w:r>
    </w:p>
    <w:p w14:paraId="3EDDDD1D" w14:textId="720EDB0D" w:rsidR="00C14997" w:rsidRPr="000C105B" w:rsidRDefault="00C14997" w:rsidP="003A58BF">
      <w:pPr>
        <w:jc w:val="both"/>
        <w:rPr>
          <w:rFonts w:cs="Times New Roman"/>
          <w:szCs w:val="28"/>
          <w:lang w:val="kk-KZ"/>
        </w:rPr>
      </w:pPr>
      <w:r w:rsidRPr="000C105B">
        <w:rPr>
          <w:rFonts w:cs="Times New Roman"/>
          <w:szCs w:val="28"/>
          <w:lang w:val="kk-KZ"/>
        </w:rPr>
        <w:t>Сауықтыру модулінің жалпы көлемі күніне 3 академиялық сағаттан аспайды. Сауықтыру іс-шараларының көлемі мен қарқындылығы білім беру жүктемесіне сәйкес үйлестіріліп, ауысым бойы біркелкі бөлінеді.</w:t>
      </w:r>
    </w:p>
    <w:p w14:paraId="2DACB4AB" w14:textId="77777777" w:rsidR="00C14997" w:rsidRPr="000C105B" w:rsidRDefault="00C14997" w:rsidP="003A58BF">
      <w:pPr>
        <w:jc w:val="both"/>
        <w:rPr>
          <w:rFonts w:cs="Times New Roman"/>
          <w:szCs w:val="28"/>
          <w:lang w:val="kk-KZ"/>
        </w:rPr>
      </w:pPr>
    </w:p>
    <w:tbl>
      <w:tblPr>
        <w:tblStyle w:val="aff0"/>
        <w:tblW w:w="0" w:type="auto"/>
        <w:jc w:val="center"/>
        <w:tblLook w:val="04A0" w:firstRow="1" w:lastRow="0" w:firstColumn="1" w:lastColumn="0" w:noHBand="0" w:noVBand="1"/>
      </w:tblPr>
      <w:tblGrid>
        <w:gridCol w:w="2180"/>
        <w:gridCol w:w="2616"/>
        <w:gridCol w:w="2637"/>
        <w:gridCol w:w="2196"/>
      </w:tblGrid>
      <w:tr w:rsidR="00B9286B" w:rsidRPr="000C105B" w14:paraId="7696759C" w14:textId="77777777" w:rsidTr="00CE0D03">
        <w:trPr>
          <w:tblHeader/>
          <w:jc w:val="center"/>
        </w:trPr>
        <w:tc>
          <w:tcPr>
            <w:tcW w:w="2203" w:type="dxa"/>
            <w:shd w:val="clear" w:color="auto" w:fill="D9EAD3"/>
            <w:vAlign w:val="center"/>
          </w:tcPr>
          <w:p w14:paraId="4E6704C9" w14:textId="0375A826" w:rsidR="00B9286B" w:rsidRPr="000C105B" w:rsidRDefault="00D56A0D" w:rsidP="003A58BF">
            <w:pPr>
              <w:ind w:firstLine="0"/>
              <w:jc w:val="center"/>
              <w:rPr>
                <w:rFonts w:cs="Times New Roman"/>
                <w:b/>
                <w:szCs w:val="28"/>
                <w:lang w:val="kk-KZ"/>
              </w:rPr>
            </w:pPr>
            <w:r w:rsidRPr="000C105B">
              <w:rPr>
                <w:rFonts w:cs="Times New Roman"/>
                <w:b/>
                <w:szCs w:val="28"/>
                <w:lang w:val="kk-KZ"/>
              </w:rPr>
              <w:t>Сауықтыру модулінің бағыты</w:t>
            </w:r>
          </w:p>
        </w:tc>
        <w:tc>
          <w:tcPr>
            <w:tcW w:w="2718" w:type="dxa"/>
            <w:shd w:val="clear" w:color="auto" w:fill="D9EAD3"/>
            <w:vAlign w:val="center"/>
          </w:tcPr>
          <w:p w14:paraId="612F7C38" w14:textId="63A1958B" w:rsidR="00B9286B" w:rsidRPr="000C105B" w:rsidRDefault="00D56A0D" w:rsidP="003A58BF">
            <w:pPr>
              <w:ind w:firstLine="0"/>
              <w:jc w:val="center"/>
              <w:rPr>
                <w:rFonts w:cs="Times New Roman"/>
                <w:b/>
                <w:szCs w:val="28"/>
                <w:lang w:val="kk-KZ"/>
              </w:rPr>
            </w:pPr>
            <w:r w:rsidRPr="000C105B">
              <w:rPr>
                <w:rFonts w:cs="Times New Roman"/>
                <w:b/>
                <w:szCs w:val="28"/>
                <w:lang w:val="kk-KZ"/>
              </w:rPr>
              <w:t>Мазмұны</w:t>
            </w:r>
          </w:p>
        </w:tc>
        <w:tc>
          <w:tcPr>
            <w:tcW w:w="2725" w:type="dxa"/>
            <w:shd w:val="clear" w:color="auto" w:fill="D9EAD3"/>
            <w:vAlign w:val="center"/>
          </w:tcPr>
          <w:p w14:paraId="75BD4B14" w14:textId="583AA8DA" w:rsidR="00B9286B" w:rsidRPr="000C105B" w:rsidRDefault="00D56A0D" w:rsidP="003A58BF">
            <w:pPr>
              <w:ind w:firstLine="0"/>
              <w:jc w:val="center"/>
              <w:rPr>
                <w:rFonts w:cs="Times New Roman"/>
                <w:b/>
                <w:szCs w:val="28"/>
                <w:lang w:val="kk-KZ"/>
              </w:rPr>
            </w:pPr>
            <w:r w:rsidRPr="000C105B">
              <w:rPr>
                <w:rFonts w:cs="Times New Roman"/>
                <w:b/>
                <w:szCs w:val="28"/>
                <w:lang w:val="kk-KZ"/>
              </w:rPr>
              <w:t>Іске асыру түрлері</w:t>
            </w:r>
          </w:p>
        </w:tc>
        <w:tc>
          <w:tcPr>
            <w:tcW w:w="2209" w:type="dxa"/>
            <w:shd w:val="clear" w:color="auto" w:fill="D9EAD3"/>
            <w:vAlign w:val="center"/>
          </w:tcPr>
          <w:p w14:paraId="79F63D31" w14:textId="254E7E31" w:rsidR="00B9286B" w:rsidRPr="000C105B" w:rsidRDefault="00D56A0D" w:rsidP="003A58BF">
            <w:pPr>
              <w:ind w:firstLine="0"/>
              <w:jc w:val="center"/>
              <w:rPr>
                <w:rFonts w:cs="Times New Roman"/>
                <w:b/>
                <w:szCs w:val="28"/>
                <w:lang w:val="kk-KZ"/>
              </w:rPr>
            </w:pPr>
            <w:r w:rsidRPr="000C105B">
              <w:rPr>
                <w:rFonts w:cs="Times New Roman"/>
                <w:b/>
                <w:szCs w:val="28"/>
                <w:lang w:val="kk-KZ"/>
              </w:rPr>
              <w:t>Нәтижесі</w:t>
            </w:r>
          </w:p>
        </w:tc>
      </w:tr>
      <w:tr w:rsidR="00B9286B" w:rsidRPr="000C105B" w14:paraId="2A518CBA" w14:textId="77777777" w:rsidTr="00CE0D03">
        <w:trPr>
          <w:jc w:val="center"/>
        </w:trPr>
        <w:tc>
          <w:tcPr>
            <w:tcW w:w="2203" w:type="dxa"/>
          </w:tcPr>
          <w:p w14:paraId="052AE8C6" w14:textId="57B36360" w:rsidR="00B9286B" w:rsidRPr="000C105B" w:rsidRDefault="000060E3" w:rsidP="003A58BF">
            <w:pPr>
              <w:ind w:firstLine="0"/>
              <w:jc w:val="center"/>
              <w:rPr>
                <w:rFonts w:cs="Times New Roman"/>
                <w:szCs w:val="28"/>
                <w:lang w:val="kk-KZ"/>
              </w:rPr>
            </w:pPr>
            <w:r w:rsidRPr="000C105B">
              <w:rPr>
                <w:rFonts w:cs="Times New Roman"/>
                <w:szCs w:val="28"/>
                <w:lang w:val="kk-KZ"/>
              </w:rPr>
              <w:t>Дене белсенділігі</w:t>
            </w:r>
          </w:p>
        </w:tc>
        <w:tc>
          <w:tcPr>
            <w:tcW w:w="2718" w:type="dxa"/>
          </w:tcPr>
          <w:p w14:paraId="5A309439" w14:textId="2940E152" w:rsidR="00B9286B" w:rsidRPr="000C105B" w:rsidRDefault="00262B11" w:rsidP="003A58BF">
            <w:pPr>
              <w:ind w:firstLine="0"/>
              <w:jc w:val="center"/>
              <w:rPr>
                <w:rFonts w:cs="Times New Roman"/>
                <w:szCs w:val="28"/>
                <w:lang w:val="kk-KZ"/>
              </w:rPr>
            </w:pPr>
            <w:r w:rsidRPr="000C105B">
              <w:rPr>
                <w:rFonts w:cs="Times New Roman"/>
                <w:szCs w:val="28"/>
                <w:lang w:val="kk-KZ"/>
              </w:rPr>
              <w:t>Қозғалыс белсенділігін дамыту және денсаулықты нығайту</w:t>
            </w:r>
          </w:p>
        </w:tc>
        <w:tc>
          <w:tcPr>
            <w:tcW w:w="2725" w:type="dxa"/>
          </w:tcPr>
          <w:p w14:paraId="14B33390" w14:textId="5015E4F1" w:rsidR="00B9286B" w:rsidRPr="000C105B" w:rsidRDefault="00E41F9E" w:rsidP="003A58BF">
            <w:pPr>
              <w:ind w:firstLine="0"/>
              <w:jc w:val="center"/>
              <w:rPr>
                <w:rFonts w:cs="Times New Roman"/>
                <w:szCs w:val="28"/>
                <w:lang w:val="kk-KZ"/>
              </w:rPr>
            </w:pPr>
            <w:r w:rsidRPr="000C105B">
              <w:rPr>
                <w:rFonts w:cs="Times New Roman"/>
                <w:szCs w:val="28"/>
                <w:lang w:val="kk-KZ"/>
              </w:rPr>
              <w:t>Таңертеңгі жаттығу, қимылды ойындар, эстафеталар, серуендер</w:t>
            </w:r>
          </w:p>
        </w:tc>
        <w:tc>
          <w:tcPr>
            <w:tcW w:w="2209" w:type="dxa"/>
          </w:tcPr>
          <w:p w14:paraId="39CDE185" w14:textId="19BC547B" w:rsidR="00B9286B" w:rsidRPr="000C105B" w:rsidRDefault="00E41F9E" w:rsidP="003A58BF">
            <w:pPr>
              <w:ind w:firstLine="0"/>
              <w:jc w:val="center"/>
              <w:rPr>
                <w:rFonts w:cs="Times New Roman"/>
                <w:szCs w:val="28"/>
                <w:lang w:val="kk-KZ"/>
              </w:rPr>
            </w:pPr>
            <w:r w:rsidRPr="000C105B">
              <w:rPr>
                <w:rFonts w:cs="Times New Roman"/>
                <w:szCs w:val="28"/>
                <w:lang w:val="kk-KZ"/>
              </w:rPr>
              <w:t>Қозғалыс белсенділігін арттыру</w:t>
            </w:r>
          </w:p>
        </w:tc>
      </w:tr>
      <w:tr w:rsidR="00B9286B" w:rsidRPr="003A58BF" w14:paraId="22260097" w14:textId="77777777" w:rsidTr="00CE0D03">
        <w:trPr>
          <w:jc w:val="center"/>
        </w:trPr>
        <w:tc>
          <w:tcPr>
            <w:tcW w:w="2203" w:type="dxa"/>
          </w:tcPr>
          <w:p w14:paraId="15907425" w14:textId="5C694630" w:rsidR="00B9286B" w:rsidRPr="000C105B" w:rsidRDefault="000060E3" w:rsidP="003A58BF">
            <w:pPr>
              <w:ind w:firstLine="0"/>
              <w:jc w:val="center"/>
              <w:rPr>
                <w:rFonts w:cs="Times New Roman"/>
                <w:szCs w:val="28"/>
                <w:lang w:val="kk-KZ"/>
              </w:rPr>
            </w:pPr>
            <w:r w:rsidRPr="000C105B">
              <w:rPr>
                <w:rFonts w:cs="Times New Roman"/>
                <w:szCs w:val="28"/>
                <w:lang w:val="kk-KZ"/>
              </w:rPr>
              <w:t>Алдын алу және салауатты өмір салты</w:t>
            </w:r>
          </w:p>
        </w:tc>
        <w:tc>
          <w:tcPr>
            <w:tcW w:w="2718" w:type="dxa"/>
          </w:tcPr>
          <w:p w14:paraId="61C4683C" w14:textId="5672454D" w:rsidR="00B9286B" w:rsidRPr="000C105B" w:rsidRDefault="00262B11" w:rsidP="003A58BF">
            <w:pPr>
              <w:ind w:firstLine="0"/>
              <w:jc w:val="center"/>
              <w:rPr>
                <w:rFonts w:cs="Times New Roman"/>
                <w:szCs w:val="28"/>
                <w:lang w:val="kk-KZ"/>
              </w:rPr>
            </w:pPr>
            <w:r w:rsidRPr="000C105B">
              <w:rPr>
                <w:rFonts w:cs="Times New Roman"/>
                <w:szCs w:val="28"/>
                <w:lang w:val="kk-KZ"/>
              </w:rPr>
              <w:t>Пайдалы әдеттерді, жеке гигиенаны және күн тәртібін қалыптастыру</w:t>
            </w:r>
          </w:p>
        </w:tc>
        <w:tc>
          <w:tcPr>
            <w:tcW w:w="2725" w:type="dxa"/>
          </w:tcPr>
          <w:p w14:paraId="46DFB9DC" w14:textId="0AD45C4F" w:rsidR="00B9286B" w:rsidRPr="000C105B" w:rsidRDefault="00E41F9E" w:rsidP="003A58BF">
            <w:pPr>
              <w:ind w:firstLine="0"/>
              <w:jc w:val="center"/>
              <w:rPr>
                <w:rFonts w:cs="Times New Roman"/>
                <w:szCs w:val="28"/>
                <w:lang w:val="kk-KZ"/>
              </w:rPr>
            </w:pPr>
            <w:r w:rsidRPr="000C105B">
              <w:rPr>
                <w:rFonts w:cs="Times New Roman"/>
                <w:szCs w:val="28"/>
                <w:lang w:val="kk-KZ"/>
              </w:rPr>
              <w:t>Әңгімелесулер, практикалық жадынамалар, күн тәртібін бақылау</w:t>
            </w:r>
          </w:p>
        </w:tc>
        <w:tc>
          <w:tcPr>
            <w:tcW w:w="2209" w:type="dxa"/>
          </w:tcPr>
          <w:p w14:paraId="0FEA14A0" w14:textId="0911AAAE" w:rsidR="00B9286B" w:rsidRPr="000C105B" w:rsidRDefault="00E41F9E" w:rsidP="003A58BF">
            <w:pPr>
              <w:ind w:firstLine="0"/>
              <w:jc w:val="center"/>
              <w:rPr>
                <w:rFonts w:cs="Times New Roman"/>
                <w:szCs w:val="28"/>
                <w:lang w:val="kk-KZ"/>
              </w:rPr>
            </w:pPr>
            <w:r w:rsidRPr="000C105B">
              <w:rPr>
                <w:rFonts w:cs="Times New Roman"/>
                <w:szCs w:val="28"/>
                <w:lang w:val="kk-KZ"/>
              </w:rPr>
              <w:t>Салауатты және қауіпсіз мінез-құлық дағдылары</w:t>
            </w:r>
          </w:p>
        </w:tc>
      </w:tr>
      <w:tr w:rsidR="00B9286B" w:rsidRPr="003A58BF" w14:paraId="3879FDDD" w14:textId="77777777" w:rsidTr="00CE0D03">
        <w:trPr>
          <w:jc w:val="center"/>
        </w:trPr>
        <w:tc>
          <w:tcPr>
            <w:tcW w:w="2203" w:type="dxa"/>
          </w:tcPr>
          <w:p w14:paraId="26F158C1" w14:textId="0E5AC2AB" w:rsidR="00B9286B" w:rsidRPr="000C105B" w:rsidRDefault="000060E3" w:rsidP="003A58BF">
            <w:pPr>
              <w:ind w:firstLine="0"/>
              <w:jc w:val="center"/>
              <w:rPr>
                <w:rFonts w:cs="Times New Roman"/>
                <w:szCs w:val="28"/>
                <w:lang w:val="kk-KZ"/>
              </w:rPr>
            </w:pPr>
            <w:r w:rsidRPr="000C105B">
              <w:rPr>
                <w:rFonts w:cs="Times New Roman"/>
                <w:szCs w:val="28"/>
                <w:lang w:val="kk-KZ"/>
              </w:rPr>
              <w:t>Тамақтану және су ішу режимі</w:t>
            </w:r>
          </w:p>
        </w:tc>
        <w:tc>
          <w:tcPr>
            <w:tcW w:w="2718" w:type="dxa"/>
          </w:tcPr>
          <w:p w14:paraId="13E6AAEC" w14:textId="218A6DFE" w:rsidR="00B9286B" w:rsidRPr="000C105B" w:rsidRDefault="00262B11" w:rsidP="003A58BF">
            <w:pPr>
              <w:ind w:firstLine="0"/>
              <w:jc w:val="center"/>
              <w:rPr>
                <w:rFonts w:cs="Times New Roman"/>
                <w:szCs w:val="28"/>
                <w:lang w:val="kk-KZ"/>
              </w:rPr>
            </w:pPr>
            <w:r w:rsidRPr="000C105B">
              <w:rPr>
                <w:rFonts w:cs="Times New Roman"/>
                <w:szCs w:val="28"/>
                <w:lang w:val="kk-KZ"/>
              </w:rPr>
              <w:t>Тамақтану режимін сақтау және ауызсумен қамтамасыз ету</w:t>
            </w:r>
          </w:p>
        </w:tc>
        <w:tc>
          <w:tcPr>
            <w:tcW w:w="2725" w:type="dxa"/>
          </w:tcPr>
          <w:p w14:paraId="1337EC2A" w14:textId="5A7A7B06" w:rsidR="00B9286B" w:rsidRPr="000C105B" w:rsidRDefault="00E41F9E" w:rsidP="003A58BF">
            <w:pPr>
              <w:ind w:firstLine="0"/>
              <w:jc w:val="center"/>
              <w:rPr>
                <w:rFonts w:cs="Times New Roman"/>
                <w:szCs w:val="28"/>
                <w:lang w:val="kk-KZ"/>
              </w:rPr>
            </w:pPr>
            <w:r w:rsidRPr="000C105B">
              <w:rPr>
                <w:rFonts w:cs="Times New Roman"/>
                <w:szCs w:val="28"/>
                <w:lang w:val="kk-KZ"/>
              </w:rPr>
              <w:t xml:space="preserve">Ақпараттық минуттар, су ішу </w:t>
            </w:r>
            <w:r w:rsidR="0083661A" w:rsidRPr="000C105B">
              <w:rPr>
                <w:rFonts w:cs="Times New Roman"/>
                <w:szCs w:val="28"/>
                <w:lang w:val="kk-KZ"/>
              </w:rPr>
              <w:t>талабын</w:t>
            </w:r>
            <w:r w:rsidRPr="000C105B">
              <w:rPr>
                <w:rFonts w:cs="Times New Roman"/>
                <w:szCs w:val="28"/>
                <w:lang w:val="kk-KZ"/>
              </w:rPr>
              <w:t xml:space="preserve"> бақылау</w:t>
            </w:r>
          </w:p>
        </w:tc>
        <w:tc>
          <w:tcPr>
            <w:tcW w:w="2209" w:type="dxa"/>
          </w:tcPr>
          <w:p w14:paraId="636BC539" w14:textId="2EFA6826" w:rsidR="00B9286B" w:rsidRPr="000C105B" w:rsidRDefault="00E41F9E" w:rsidP="003A58BF">
            <w:pPr>
              <w:ind w:firstLine="0"/>
              <w:jc w:val="center"/>
              <w:rPr>
                <w:rFonts w:cs="Times New Roman"/>
                <w:szCs w:val="28"/>
                <w:lang w:val="kk-KZ"/>
              </w:rPr>
            </w:pPr>
            <w:r w:rsidRPr="000C105B">
              <w:rPr>
                <w:rFonts w:cs="Times New Roman"/>
                <w:szCs w:val="28"/>
                <w:lang w:val="kk-KZ"/>
              </w:rPr>
              <w:t>Тамақтану мен су ішуге саналы көзқарас</w:t>
            </w:r>
          </w:p>
        </w:tc>
      </w:tr>
      <w:tr w:rsidR="00B9286B" w:rsidRPr="000C105B" w14:paraId="0C18FA1A" w14:textId="77777777" w:rsidTr="00CE0D03">
        <w:trPr>
          <w:jc w:val="center"/>
        </w:trPr>
        <w:tc>
          <w:tcPr>
            <w:tcW w:w="2203" w:type="dxa"/>
          </w:tcPr>
          <w:p w14:paraId="3B0CDF2D" w14:textId="2C1A7A92" w:rsidR="00B9286B" w:rsidRPr="000C105B" w:rsidRDefault="000060E3" w:rsidP="003A58BF">
            <w:pPr>
              <w:ind w:firstLine="0"/>
              <w:jc w:val="center"/>
              <w:rPr>
                <w:rFonts w:cs="Times New Roman"/>
                <w:szCs w:val="28"/>
                <w:lang w:val="kk-KZ"/>
              </w:rPr>
            </w:pPr>
            <w:r w:rsidRPr="000C105B">
              <w:rPr>
                <w:rFonts w:cs="Times New Roman"/>
                <w:szCs w:val="28"/>
                <w:lang w:val="kk-KZ"/>
              </w:rPr>
              <w:t>Эмоционалдық әл-ауқат</w:t>
            </w:r>
          </w:p>
        </w:tc>
        <w:tc>
          <w:tcPr>
            <w:tcW w:w="2718" w:type="dxa"/>
          </w:tcPr>
          <w:p w14:paraId="77DA9DA8" w14:textId="54716582" w:rsidR="00B9286B" w:rsidRPr="000C105B" w:rsidRDefault="00262B11" w:rsidP="003A58BF">
            <w:pPr>
              <w:ind w:firstLine="0"/>
              <w:jc w:val="center"/>
              <w:rPr>
                <w:rFonts w:cs="Times New Roman"/>
                <w:szCs w:val="28"/>
                <w:lang w:val="kk-KZ"/>
              </w:rPr>
            </w:pPr>
            <w:r w:rsidRPr="000C105B">
              <w:rPr>
                <w:rFonts w:cs="Times New Roman"/>
                <w:szCs w:val="28"/>
                <w:lang w:val="kk-KZ"/>
              </w:rPr>
              <w:t>Кернеуді және тілдік мазасыздықты төмендету, бейімделуге қолдау көрсету</w:t>
            </w:r>
          </w:p>
        </w:tc>
        <w:tc>
          <w:tcPr>
            <w:tcW w:w="2725" w:type="dxa"/>
          </w:tcPr>
          <w:p w14:paraId="18DF2DD8" w14:textId="29F3FF69" w:rsidR="00B9286B" w:rsidRPr="000C105B" w:rsidRDefault="00E41F9E" w:rsidP="003A58BF">
            <w:pPr>
              <w:ind w:firstLine="0"/>
              <w:jc w:val="center"/>
              <w:rPr>
                <w:rFonts w:cs="Times New Roman"/>
                <w:szCs w:val="28"/>
                <w:lang w:val="kk-KZ"/>
              </w:rPr>
            </w:pPr>
            <w:r w:rsidRPr="000C105B">
              <w:rPr>
                <w:rFonts w:cs="Times New Roman"/>
                <w:szCs w:val="28"/>
                <w:lang w:val="kk-KZ"/>
              </w:rPr>
              <w:t>Шамдар, кездесулері, рефлексия, сенім ойындары, әңгімелесулер</w:t>
            </w:r>
          </w:p>
        </w:tc>
        <w:tc>
          <w:tcPr>
            <w:tcW w:w="2209" w:type="dxa"/>
          </w:tcPr>
          <w:p w14:paraId="44EE7C07" w14:textId="62D07317" w:rsidR="00B9286B" w:rsidRPr="000C105B" w:rsidRDefault="00E41F9E" w:rsidP="003A58BF">
            <w:pPr>
              <w:ind w:firstLine="0"/>
              <w:jc w:val="center"/>
              <w:rPr>
                <w:rFonts w:cs="Times New Roman"/>
                <w:szCs w:val="28"/>
                <w:lang w:val="kk-KZ"/>
              </w:rPr>
            </w:pPr>
            <w:r w:rsidRPr="000C105B">
              <w:rPr>
                <w:rFonts w:cs="Times New Roman"/>
                <w:szCs w:val="28"/>
                <w:lang w:val="kk-KZ"/>
              </w:rPr>
              <w:t>Психологиялық жайлылық</w:t>
            </w:r>
          </w:p>
        </w:tc>
      </w:tr>
      <w:tr w:rsidR="00B9286B" w:rsidRPr="003A58BF" w14:paraId="24353D19" w14:textId="77777777" w:rsidTr="00CE0D03">
        <w:trPr>
          <w:jc w:val="center"/>
        </w:trPr>
        <w:tc>
          <w:tcPr>
            <w:tcW w:w="2203" w:type="dxa"/>
          </w:tcPr>
          <w:p w14:paraId="353F7DF4" w14:textId="19B09F2A" w:rsidR="00B9286B" w:rsidRPr="000C105B" w:rsidRDefault="000060E3" w:rsidP="003A58BF">
            <w:pPr>
              <w:ind w:firstLine="0"/>
              <w:jc w:val="center"/>
              <w:rPr>
                <w:rFonts w:cs="Times New Roman"/>
                <w:szCs w:val="28"/>
                <w:lang w:val="kk-KZ"/>
              </w:rPr>
            </w:pPr>
            <w:r w:rsidRPr="000C105B">
              <w:rPr>
                <w:rFonts w:cs="Times New Roman"/>
                <w:szCs w:val="28"/>
                <w:lang w:val="kk-KZ"/>
              </w:rPr>
              <w:t>Қауіпсіздік</w:t>
            </w:r>
          </w:p>
        </w:tc>
        <w:tc>
          <w:tcPr>
            <w:tcW w:w="2718" w:type="dxa"/>
          </w:tcPr>
          <w:p w14:paraId="5FCFD08E" w14:textId="424DA643" w:rsidR="00B9286B" w:rsidRPr="000C105B" w:rsidRDefault="00262B11" w:rsidP="003A58BF">
            <w:pPr>
              <w:ind w:firstLine="0"/>
              <w:jc w:val="center"/>
              <w:rPr>
                <w:rFonts w:cs="Times New Roman"/>
                <w:szCs w:val="28"/>
                <w:lang w:val="kk-KZ"/>
              </w:rPr>
            </w:pPr>
            <w:r w:rsidRPr="000C105B">
              <w:rPr>
                <w:rFonts w:cs="Times New Roman"/>
                <w:szCs w:val="28"/>
                <w:lang w:val="kk-KZ"/>
              </w:rPr>
              <w:t>Жарақаттану мен қауіпті мінез-құлықтың алдын алу</w:t>
            </w:r>
          </w:p>
        </w:tc>
        <w:tc>
          <w:tcPr>
            <w:tcW w:w="2725" w:type="dxa"/>
          </w:tcPr>
          <w:p w14:paraId="4280CC66" w14:textId="4FD85B9B" w:rsidR="00B9286B" w:rsidRPr="000C105B" w:rsidRDefault="00E41F9E" w:rsidP="003A58BF">
            <w:pPr>
              <w:ind w:firstLine="0"/>
              <w:jc w:val="center"/>
              <w:rPr>
                <w:rFonts w:cs="Times New Roman"/>
                <w:szCs w:val="28"/>
                <w:lang w:val="kk-KZ"/>
              </w:rPr>
            </w:pPr>
            <w:r w:rsidRPr="000C105B">
              <w:rPr>
                <w:rFonts w:cs="Times New Roman"/>
                <w:szCs w:val="28"/>
                <w:lang w:val="kk-KZ"/>
              </w:rPr>
              <w:t>Нұсқамалар, сүйемелдеу, іс-шаралар ережелері</w:t>
            </w:r>
          </w:p>
        </w:tc>
        <w:tc>
          <w:tcPr>
            <w:tcW w:w="2209" w:type="dxa"/>
          </w:tcPr>
          <w:p w14:paraId="622E45B6" w14:textId="4F530F9D" w:rsidR="00B9286B" w:rsidRPr="000C105B" w:rsidRDefault="00E41F9E" w:rsidP="003A58BF">
            <w:pPr>
              <w:ind w:firstLine="0"/>
              <w:jc w:val="center"/>
              <w:rPr>
                <w:rFonts w:cs="Times New Roman"/>
                <w:szCs w:val="28"/>
                <w:lang w:val="kk-KZ"/>
              </w:rPr>
            </w:pPr>
            <w:r w:rsidRPr="000C105B">
              <w:rPr>
                <w:rFonts w:cs="Times New Roman"/>
                <w:szCs w:val="28"/>
                <w:lang w:val="kk-KZ"/>
              </w:rPr>
              <w:t>Тәуекелдерді азайту және ережелерді сақтау</w:t>
            </w:r>
          </w:p>
        </w:tc>
      </w:tr>
    </w:tbl>
    <w:p w14:paraId="2975A3BA" w14:textId="7CB20678" w:rsidR="00B9286B" w:rsidRPr="000C105B" w:rsidRDefault="00CE0D03" w:rsidP="003A58BF">
      <w:pPr>
        <w:pStyle w:val="21"/>
        <w:spacing w:before="0" w:after="0"/>
        <w:ind w:firstLine="709"/>
        <w:rPr>
          <w:rFonts w:cs="Times New Roman"/>
          <w:szCs w:val="28"/>
          <w:lang w:val="kk-KZ"/>
        </w:rPr>
      </w:pPr>
      <w:r w:rsidRPr="000C105B">
        <w:rPr>
          <w:rFonts w:cs="Times New Roman"/>
          <w:szCs w:val="28"/>
          <w:lang w:val="kk-KZ"/>
        </w:rPr>
        <w:t xml:space="preserve">Ауысым мазмұнына модульдердің кіріктірілуі </w:t>
      </w:r>
    </w:p>
    <w:p w14:paraId="20434F85" w14:textId="5F9F9FB9" w:rsidR="00CE0D03" w:rsidRPr="000C105B" w:rsidRDefault="00CE0D03" w:rsidP="003A58BF">
      <w:pPr>
        <w:jc w:val="both"/>
        <w:rPr>
          <w:rFonts w:cs="Times New Roman"/>
          <w:szCs w:val="28"/>
          <w:lang w:val="kk-KZ"/>
        </w:rPr>
      </w:pPr>
      <w:r w:rsidRPr="000C105B">
        <w:rPr>
          <w:rFonts w:cs="Times New Roman"/>
          <w:szCs w:val="28"/>
          <w:lang w:val="kk-KZ"/>
        </w:rPr>
        <w:t>Білім беру және сауықтыру модульдері өзара байланыста жүзеге асырылады. Тілдік, шығармашылық, мәдениетаралық және жобалық іс-шаралар белсенді демалыс, спорттық және туристік іс-шаралармен, серуендермен, тамақтанумен, демалыспен және рефлексиямен кезектесіп өткізіледі. Бұл зияткерлік, эмоционалдық, сөйлеу және физикалық жүктеменің тепе-теңдігін қамтамасыз етеді.</w:t>
      </w:r>
    </w:p>
    <w:p w14:paraId="05B0593D" w14:textId="6B7CF6A6" w:rsidR="00B9286B" w:rsidRPr="000C105B" w:rsidRDefault="00A535F5" w:rsidP="003A58BF">
      <w:pPr>
        <w:pStyle w:val="21"/>
        <w:spacing w:before="0" w:after="0"/>
        <w:ind w:firstLine="709"/>
        <w:rPr>
          <w:rFonts w:cs="Times New Roman"/>
          <w:szCs w:val="28"/>
          <w:lang w:val="kk-KZ"/>
        </w:rPr>
      </w:pPr>
      <w:r>
        <w:rPr>
          <w:rFonts w:cs="Times New Roman"/>
          <w:szCs w:val="28"/>
          <w:lang w:val="kk-KZ"/>
        </w:rPr>
        <w:lastRenderedPageBreak/>
        <w:t>10 к</w:t>
      </w:r>
      <w:r w:rsidR="003119AA" w:rsidRPr="000C105B">
        <w:rPr>
          <w:rFonts w:cs="Times New Roman"/>
          <w:szCs w:val="28"/>
          <w:lang w:val="kk-KZ"/>
        </w:rPr>
        <w:t xml:space="preserve">үндік ауысымның үлгілік жоспар-кестесі </w:t>
      </w:r>
    </w:p>
    <w:p w14:paraId="1BE436F9" w14:textId="77777777" w:rsidR="00D031DC" w:rsidRPr="000C105B" w:rsidRDefault="00D031DC" w:rsidP="003A58BF">
      <w:pPr>
        <w:rPr>
          <w:lang w:val="kk-KZ"/>
        </w:rPr>
      </w:pPr>
    </w:p>
    <w:tbl>
      <w:tblPr>
        <w:tblStyle w:val="aff0"/>
        <w:tblW w:w="0" w:type="auto"/>
        <w:jc w:val="center"/>
        <w:tblLook w:val="04A0" w:firstRow="1" w:lastRow="0" w:firstColumn="1" w:lastColumn="0" w:noHBand="0" w:noVBand="1"/>
      </w:tblPr>
      <w:tblGrid>
        <w:gridCol w:w="721"/>
        <w:gridCol w:w="2509"/>
        <w:gridCol w:w="3337"/>
        <w:gridCol w:w="3062"/>
      </w:tblGrid>
      <w:tr w:rsidR="00B9286B" w:rsidRPr="000C105B" w14:paraId="2FC3B1E8" w14:textId="77777777" w:rsidTr="00B65C70">
        <w:trPr>
          <w:tblHeader/>
          <w:jc w:val="center"/>
        </w:trPr>
        <w:tc>
          <w:tcPr>
            <w:tcW w:w="721" w:type="dxa"/>
            <w:shd w:val="clear" w:color="auto" w:fill="D9EAD3"/>
            <w:vAlign w:val="center"/>
          </w:tcPr>
          <w:p w14:paraId="595C237E" w14:textId="60952BF6" w:rsidR="00B9286B" w:rsidRPr="000C105B" w:rsidRDefault="00CA690A" w:rsidP="003A58BF">
            <w:pPr>
              <w:ind w:firstLine="0"/>
              <w:jc w:val="center"/>
              <w:rPr>
                <w:rFonts w:cs="Times New Roman"/>
                <w:b/>
                <w:szCs w:val="28"/>
                <w:lang w:val="kk-KZ"/>
              </w:rPr>
            </w:pPr>
            <w:r w:rsidRPr="000C105B">
              <w:rPr>
                <w:rFonts w:cs="Times New Roman"/>
                <w:b/>
                <w:szCs w:val="28"/>
                <w:lang w:val="kk-KZ"/>
              </w:rPr>
              <w:t>Күн</w:t>
            </w:r>
          </w:p>
        </w:tc>
        <w:tc>
          <w:tcPr>
            <w:tcW w:w="2509" w:type="dxa"/>
            <w:shd w:val="clear" w:color="auto" w:fill="D9EAD3"/>
            <w:vAlign w:val="center"/>
          </w:tcPr>
          <w:p w14:paraId="3ECA8AAA" w14:textId="45F2C803" w:rsidR="00B9286B" w:rsidRPr="000C105B" w:rsidRDefault="00CA690A" w:rsidP="003A58BF">
            <w:pPr>
              <w:ind w:firstLine="0"/>
              <w:jc w:val="center"/>
              <w:rPr>
                <w:rFonts w:cs="Times New Roman"/>
                <w:b/>
                <w:szCs w:val="28"/>
                <w:lang w:val="kk-KZ"/>
              </w:rPr>
            </w:pPr>
            <w:r w:rsidRPr="000C105B">
              <w:rPr>
                <w:rFonts w:cs="Times New Roman"/>
                <w:b/>
                <w:szCs w:val="28"/>
                <w:lang w:val="kk-KZ"/>
              </w:rPr>
              <w:t>Күннің тақырыбы</w:t>
            </w:r>
          </w:p>
        </w:tc>
        <w:tc>
          <w:tcPr>
            <w:tcW w:w="3337" w:type="dxa"/>
            <w:shd w:val="clear" w:color="auto" w:fill="D9EAD3"/>
            <w:vAlign w:val="center"/>
          </w:tcPr>
          <w:p w14:paraId="7B367931" w14:textId="40DFB755" w:rsidR="00B9286B" w:rsidRPr="000C105B" w:rsidRDefault="00CA690A" w:rsidP="003A58BF">
            <w:pPr>
              <w:ind w:firstLine="0"/>
              <w:jc w:val="center"/>
              <w:rPr>
                <w:rFonts w:cs="Times New Roman"/>
                <w:b/>
                <w:szCs w:val="28"/>
                <w:lang w:val="kk-KZ"/>
              </w:rPr>
            </w:pPr>
            <w:r w:rsidRPr="000C105B">
              <w:rPr>
                <w:rFonts w:cs="Times New Roman"/>
                <w:b/>
                <w:szCs w:val="28"/>
                <w:lang w:val="kk-KZ"/>
              </w:rPr>
              <w:t>Педагогикалық міндет</w:t>
            </w:r>
          </w:p>
        </w:tc>
        <w:tc>
          <w:tcPr>
            <w:tcW w:w="3062" w:type="dxa"/>
            <w:shd w:val="clear" w:color="auto" w:fill="D9EAD3"/>
            <w:vAlign w:val="center"/>
          </w:tcPr>
          <w:p w14:paraId="73D43A0B" w14:textId="054FC647" w:rsidR="00B9286B" w:rsidRPr="000C105B" w:rsidRDefault="00CA690A" w:rsidP="003A58BF">
            <w:pPr>
              <w:ind w:firstLine="0"/>
              <w:jc w:val="center"/>
              <w:rPr>
                <w:rFonts w:cs="Times New Roman"/>
                <w:b/>
                <w:szCs w:val="28"/>
                <w:lang w:val="kk-KZ"/>
              </w:rPr>
            </w:pPr>
            <w:r w:rsidRPr="000C105B">
              <w:rPr>
                <w:rFonts w:cs="Times New Roman"/>
                <w:b/>
                <w:szCs w:val="28"/>
                <w:lang w:val="kk-KZ"/>
              </w:rPr>
              <w:t>Қорытынды өнім / нәтиже</w:t>
            </w:r>
          </w:p>
        </w:tc>
      </w:tr>
      <w:tr w:rsidR="00B9286B" w:rsidRPr="003A58BF" w14:paraId="3D490F8F" w14:textId="77777777" w:rsidTr="00B65C70">
        <w:trPr>
          <w:jc w:val="center"/>
        </w:trPr>
        <w:tc>
          <w:tcPr>
            <w:tcW w:w="721" w:type="dxa"/>
          </w:tcPr>
          <w:p w14:paraId="018CD924" w14:textId="77777777" w:rsidR="00B9286B" w:rsidRPr="000C105B" w:rsidRDefault="000E4B4A" w:rsidP="003A58BF">
            <w:pPr>
              <w:ind w:firstLine="0"/>
              <w:rPr>
                <w:rFonts w:cs="Times New Roman"/>
                <w:szCs w:val="28"/>
                <w:lang w:val="kk-KZ"/>
              </w:rPr>
            </w:pPr>
            <w:r w:rsidRPr="000C105B">
              <w:rPr>
                <w:rFonts w:cs="Times New Roman"/>
                <w:szCs w:val="28"/>
                <w:lang w:val="kk-KZ"/>
              </w:rPr>
              <w:t>1</w:t>
            </w:r>
          </w:p>
        </w:tc>
        <w:tc>
          <w:tcPr>
            <w:tcW w:w="2509" w:type="dxa"/>
          </w:tcPr>
          <w:p w14:paraId="1372F4FA" w14:textId="610208A9" w:rsidR="00B9286B" w:rsidRPr="000C105B" w:rsidRDefault="000E4B4A" w:rsidP="003A58BF">
            <w:pPr>
              <w:ind w:firstLine="0"/>
              <w:jc w:val="center"/>
              <w:rPr>
                <w:rFonts w:cs="Times New Roman"/>
                <w:szCs w:val="28"/>
                <w:lang w:val="kk-KZ"/>
              </w:rPr>
            </w:pPr>
            <w:r w:rsidRPr="000C105B">
              <w:rPr>
                <w:rFonts w:cs="Times New Roman"/>
                <w:szCs w:val="28"/>
                <w:lang w:val="kk-KZ"/>
              </w:rPr>
              <w:t xml:space="preserve">«Тіл әлемі» - </w:t>
            </w:r>
            <w:r w:rsidR="00422DD6" w:rsidRPr="000C105B">
              <w:rPr>
                <w:rFonts w:cs="Times New Roman"/>
                <w:szCs w:val="28"/>
                <w:lang w:val="kk-KZ"/>
              </w:rPr>
              <w:t>тіл ауысымының ашылуы</w:t>
            </w:r>
          </w:p>
        </w:tc>
        <w:tc>
          <w:tcPr>
            <w:tcW w:w="3337" w:type="dxa"/>
          </w:tcPr>
          <w:p w14:paraId="3C2CC575" w14:textId="6918DD11" w:rsidR="00B9286B" w:rsidRPr="000C105B" w:rsidRDefault="00F77C20" w:rsidP="003A58BF">
            <w:pPr>
              <w:ind w:firstLine="0"/>
              <w:jc w:val="center"/>
              <w:rPr>
                <w:rFonts w:cs="Times New Roman"/>
                <w:szCs w:val="28"/>
                <w:lang w:val="kk-KZ"/>
              </w:rPr>
            </w:pPr>
            <w:r w:rsidRPr="000C105B">
              <w:rPr>
                <w:rFonts w:cs="Times New Roman"/>
                <w:szCs w:val="28"/>
                <w:lang w:val="kk-KZ"/>
              </w:rPr>
              <w:t xml:space="preserve">Бейімделу, қауіпсіздік, </w:t>
            </w:r>
            <w:r w:rsidR="009D55B3">
              <w:rPr>
                <w:rFonts w:cs="Times New Roman"/>
                <w:szCs w:val="28"/>
                <w:lang w:val="kk-KZ"/>
              </w:rPr>
              <w:t>БСЛ</w:t>
            </w:r>
            <w:r w:rsidRPr="000C105B">
              <w:rPr>
                <w:rFonts w:cs="Times New Roman"/>
                <w:szCs w:val="28"/>
                <w:lang w:val="kk-KZ"/>
              </w:rPr>
              <w:t xml:space="preserve"> және ауысымның тілдік идеясымен танысу</w:t>
            </w:r>
          </w:p>
        </w:tc>
        <w:tc>
          <w:tcPr>
            <w:tcW w:w="3062" w:type="dxa"/>
          </w:tcPr>
          <w:p w14:paraId="1C9FE60C" w14:textId="726B4082" w:rsidR="00B9286B" w:rsidRPr="000C105B" w:rsidRDefault="003256FA" w:rsidP="003A58BF">
            <w:pPr>
              <w:ind w:firstLine="0"/>
              <w:jc w:val="center"/>
              <w:rPr>
                <w:rFonts w:cs="Times New Roman"/>
                <w:szCs w:val="28"/>
                <w:lang w:val="kk-KZ"/>
              </w:rPr>
            </w:pPr>
            <w:r w:rsidRPr="000C105B">
              <w:rPr>
                <w:rFonts w:cs="Times New Roman"/>
                <w:szCs w:val="28"/>
                <w:lang w:val="kk-KZ"/>
              </w:rPr>
              <w:t>Жасақ ережелері, қатысушының тілдік паспорты</w:t>
            </w:r>
          </w:p>
        </w:tc>
      </w:tr>
      <w:tr w:rsidR="00B9286B" w:rsidRPr="003A58BF" w14:paraId="7ECAEEF7" w14:textId="77777777" w:rsidTr="00B65C70">
        <w:trPr>
          <w:jc w:val="center"/>
        </w:trPr>
        <w:tc>
          <w:tcPr>
            <w:tcW w:w="721" w:type="dxa"/>
          </w:tcPr>
          <w:p w14:paraId="36E6B971" w14:textId="77777777" w:rsidR="00B9286B" w:rsidRPr="000C105B" w:rsidRDefault="000E4B4A" w:rsidP="003A58BF">
            <w:pPr>
              <w:ind w:firstLine="0"/>
              <w:rPr>
                <w:rFonts w:cs="Times New Roman"/>
                <w:szCs w:val="28"/>
                <w:lang w:val="kk-KZ"/>
              </w:rPr>
            </w:pPr>
            <w:r w:rsidRPr="000C105B">
              <w:rPr>
                <w:rFonts w:cs="Times New Roman"/>
                <w:szCs w:val="28"/>
                <w:lang w:val="kk-KZ"/>
              </w:rPr>
              <w:t>2</w:t>
            </w:r>
          </w:p>
        </w:tc>
        <w:tc>
          <w:tcPr>
            <w:tcW w:w="2509" w:type="dxa"/>
          </w:tcPr>
          <w:p w14:paraId="4C64EB62" w14:textId="188CCA28" w:rsidR="00B9286B" w:rsidRPr="000C105B" w:rsidRDefault="000E4B4A" w:rsidP="003A58BF">
            <w:pPr>
              <w:ind w:firstLine="0"/>
              <w:jc w:val="center"/>
              <w:rPr>
                <w:rFonts w:cs="Times New Roman"/>
                <w:szCs w:val="28"/>
                <w:lang w:val="kk-KZ"/>
              </w:rPr>
            </w:pPr>
            <w:r w:rsidRPr="000C105B">
              <w:rPr>
                <w:rFonts w:cs="Times New Roman"/>
                <w:szCs w:val="28"/>
                <w:lang w:val="kk-KZ"/>
              </w:rPr>
              <w:t xml:space="preserve">«Тілдік команда» - </w:t>
            </w:r>
            <w:r w:rsidR="00422DD6" w:rsidRPr="000C105B">
              <w:rPr>
                <w:rFonts w:cs="Times New Roman"/>
                <w:szCs w:val="28"/>
                <w:lang w:val="kk-KZ"/>
              </w:rPr>
              <w:t>тілдік командалар күні</w:t>
            </w:r>
          </w:p>
        </w:tc>
        <w:tc>
          <w:tcPr>
            <w:tcW w:w="3337" w:type="dxa"/>
          </w:tcPr>
          <w:p w14:paraId="56A6E571" w14:textId="4A00EA29" w:rsidR="00B9286B" w:rsidRPr="000C105B" w:rsidRDefault="00F77C20" w:rsidP="003A58BF">
            <w:pPr>
              <w:ind w:firstLine="0"/>
              <w:jc w:val="center"/>
              <w:rPr>
                <w:rFonts w:cs="Times New Roman"/>
                <w:szCs w:val="28"/>
                <w:lang w:val="kk-KZ"/>
              </w:rPr>
            </w:pPr>
            <w:r w:rsidRPr="000C105B">
              <w:rPr>
                <w:rFonts w:cs="Times New Roman"/>
                <w:szCs w:val="28"/>
                <w:lang w:val="kk-KZ"/>
              </w:rPr>
              <w:t>Тілдік команданы қалыптастыру және коммуникативтік қауіпсіздікті қамтамасыз ету</w:t>
            </w:r>
          </w:p>
        </w:tc>
        <w:tc>
          <w:tcPr>
            <w:tcW w:w="3062" w:type="dxa"/>
          </w:tcPr>
          <w:p w14:paraId="5BBD0DE5" w14:textId="0FE3ED2C" w:rsidR="00B9286B" w:rsidRPr="000C105B" w:rsidRDefault="009D55B3" w:rsidP="003A58BF">
            <w:pPr>
              <w:ind w:firstLine="0"/>
              <w:jc w:val="center"/>
              <w:rPr>
                <w:rFonts w:cs="Times New Roman"/>
                <w:szCs w:val="28"/>
                <w:lang w:val="kk-KZ"/>
              </w:rPr>
            </w:pPr>
            <w:r>
              <w:rPr>
                <w:rFonts w:cs="Times New Roman"/>
                <w:szCs w:val="28"/>
                <w:lang w:val="kk-KZ"/>
              </w:rPr>
              <w:t>ағылшын</w:t>
            </w:r>
            <w:r w:rsidRPr="000C105B">
              <w:rPr>
                <w:rFonts w:cs="Times New Roman"/>
                <w:szCs w:val="28"/>
                <w:lang w:val="kk-KZ"/>
              </w:rPr>
              <w:t xml:space="preserve"> </w:t>
            </w:r>
            <w:r w:rsidR="003256FA" w:rsidRPr="000C105B">
              <w:rPr>
                <w:rFonts w:cs="Times New Roman"/>
                <w:szCs w:val="28"/>
                <w:lang w:val="kk-KZ"/>
              </w:rPr>
              <w:t>тілде жасақтың таныстыру визиткасы</w:t>
            </w:r>
          </w:p>
        </w:tc>
      </w:tr>
      <w:tr w:rsidR="00B9286B" w:rsidRPr="003A58BF" w14:paraId="0E6918C1" w14:textId="77777777" w:rsidTr="00B65C70">
        <w:trPr>
          <w:jc w:val="center"/>
        </w:trPr>
        <w:tc>
          <w:tcPr>
            <w:tcW w:w="721" w:type="dxa"/>
          </w:tcPr>
          <w:p w14:paraId="4A3E85B2" w14:textId="77777777" w:rsidR="00B9286B" w:rsidRPr="000C105B" w:rsidRDefault="000E4B4A" w:rsidP="003A58BF">
            <w:pPr>
              <w:ind w:firstLine="0"/>
              <w:rPr>
                <w:rFonts w:cs="Times New Roman"/>
                <w:szCs w:val="28"/>
                <w:lang w:val="kk-KZ"/>
              </w:rPr>
            </w:pPr>
            <w:r w:rsidRPr="000C105B">
              <w:rPr>
                <w:rFonts w:cs="Times New Roman"/>
                <w:szCs w:val="28"/>
                <w:lang w:val="kk-KZ"/>
              </w:rPr>
              <w:t>3</w:t>
            </w:r>
          </w:p>
        </w:tc>
        <w:tc>
          <w:tcPr>
            <w:tcW w:w="2509" w:type="dxa"/>
          </w:tcPr>
          <w:p w14:paraId="5B9BE331" w14:textId="1A5A18F2" w:rsidR="00B9286B" w:rsidRPr="000C105B" w:rsidRDefault="000E4B4A" w:rsidP="003A58BF">
            <w:pPr>
              <w:ind w:firstLine="0"/>
              <w:jc w:val="center"/>
              <w:rPr>
                <w:rFonts w:cs="Times New Roman"/>
                <w:szCs w:val="28"/>
                <w:lang w:val="kk-KZ"/>
              </w:rPr>
            </w:pPr>
            <w:r w:rsidRPr="000C105B">
              <w:rPr>
                <w:rFonts w:cs="Times New Roman"/>
                <w:szCs w:val="28"/>
                <w:lang w:val="kk-KZ"/>
              </w:rPr>
              <w:t xml:space="preserve">«Сөздік және сөйлесу» - </w:t>
            </w:r>
            <w:r w:rsidR="00422DD6" w:rsidRPr="000C105B">
              <w:rPr>
                <w:rFonts w:cs="Times New Roman"/>
                <w:szCs w:val="28"/>
                <w:lang w:val="kk-KZ"/>
              </w:rPr>
              <w:t>сөздік қор мен қарым-қатынас күні</w:t>
            </w:r>
          </w:p>
        </w:tc>
        <w:tc>
          <w:tcPr>
            <w:tcW w:w="3337" w:type="dxa"/>
          </w:tcPr>
          <w:p w14:paraId="0667AD5D" w14:textId="0F499354" w:rsidR="00B9286B" w:rsidRPr="000C105B" w:rsidRDefault="009D55B3" w:rsidP="003A58BF">
            <w:pPr>
              <w:ind w:firstLine="0"/>
              <w:jc w:val="center"/>
              <w:rPr>
                <w:rFonts w:cs="Times New Roman"/>
                <w:szCs w:val="28"/>
                <w:lang w:val="kk-KZ"/>
              </w:rPr>
            </w:pPr>
            <w:r>
              <w:rPr>
                <w:rFonts w:cs="Times New Roman"/>
                <w:szCs w:val="28"/>
                <w:lang w:val="kk-KZ"/>
              </w:rPr>
              <w:t>ағылшын</w:t>
            </w:r>
            <w:r w:rsidRPr="000C105B">
              <w:rPr>
                <w:rFonts w:cs="Times New Roman"/>
                <w:szCs w:val="28"/>
                <w:lang w:val="kk-KZ"/>
              </w:rPr>
              <w:t xml:space="preserve"> </w:t>
            </w:r>
            <w:r w:rsidR="00F77C20" w:rsidRPr="000C105B">
              <w:rPr>
                <w:rFonts w:cs="Times New Roman"/>
                <w:szCs w:val="28"/>
                <w:lang w:val="kk-KZ"/>
              </w:rPr>
              <w:t>тілде сөздік қорды, сөйлеу этикетін және қарапайым диалогтарды дамыту</w:t>
            </w:r>
          </w:p>
        </w:tc>
        <w:tc>
          <w:tcPr>
            <w:tcW w:w="3062" w:type="dxa"/>
          </w:tcPr>
          <w:p w14:paraId="5272851A" w14:textId="349F64A9" w:rsidR="00B9286B" w:rsidRPr="000C105B" w:rsidRDefault="003256FA" w:rsidP="003A58BF">
            <w:pPr>
              <w:ind w:firstLine="0"/>
              <w:jc w:val="center"/>
              <w:rPr>
                <w:rFonts w:cs="Times New Roman"/>
                <w:szCs w:val="28"/>
                <w:lang w:val="kk-KZ"/>
              </w:rPr>
            </w:pPr>
            <w:r w:rsidRPr="000C105B">
              <w:rPr>
                <w:rFonts w:cs="Times New Roman"/>
                <w:szCs w:val="28"/>
                <w:lang w:val="kk-KZ"/>
              </w:rPr>
              <w:t>Мини-сөздік, диалогтар, шығармашылық тапсырма</w:t>
            </w:r>
          </w:p>
        </w:tc>
      </w:tr>
      <w:tr w:rsidR="00B9286B" w:rsidRPr="003A58BF" w14:paraId="48E6E0BE" w14:textId="77777777" w:rsidTr="00B65C70">
        <w:trPr>
          <w:jc w:val="center"/>
        </w:trPr>
        <w:tc>
          <w:tcPr>
            <w:tcW w:w="721" w:type="dxa"/>
          </w:tcPr>
          <w:p w14:paraId="70E76393" w14:textId="77777777" w:rsidR="00B9286B" w:rsidRPr="000C105B" w:rsidRDefault="000E4B4A" w:rsidP="003A58BF">
            <w:pPr>
              <w:ind w:firstLine="0"/>
              <w:rPr>
                <w:rFonts w:cs="Times New Roman"/>
                <w:szCs w:val="28"/>
                <w:lang w:val="kk-KZ"/>
              </w:rPr>
            </w:pPr>
            <w:r w:rsidRPr="000C105B">
              <w:rPr>
                <w:rFonts w:cs="Times New Roman"/>
                <w:szCs w:val="28"/>
                <w:lang w:val="kk-KZ"/>
              </w:rPr>
              <w:t>4</w:t>
            </w:r>
          </w:p>
        </w:tc>
        <w:tc>
          <w:tcPr>
            <w:tcW w:w="2509" w:type="dxa"/>
          </w:tcPr>
          <w:p w14:paraId="77E3F8D5" w14:textId="207E82C4" w:rsidR="00B9286B" w:rsidRPr="000C105B" w:rsidRDefault="000E4B4A" w:rsidP="003A58BF">
            <w:pPr>
              <w:ind w:firstLine="0"/>
              <w:jc w:val="center"/>
              <w:rPr>
                <w:rFonts w:cs="Times New Roman"/>
                <w:szCs w:val="28"/>
                <w:lang w:val="kk-KZ"/>
              </w:rPr>
            </w:pPr>
            <w:r w:rsidRPr="000C105B">
              <w:rPr>
                <w:rFonts w:cs="Times New Roman"/>
                <w:szCs w:val="28"/>
                <w:lang w:val="kk-KZ"/>
              </w:rPr>
              <w:t xml:space="preserve">«Тілдік орта» - </w:t>
            </w:r>
            <w:r w:rsidR="00422DD6" w:rsidRPr="000C105B">
              <w:rPr>
                <w:rFonts w:cs="Times New Roman"/>
                <w:szCs w:val="28"/>
                <w:lang w:val="kk-KZ"/>
              </w:rPr>
              <w:t>тілдік орта күні</w:t>
            </w:r>
          </w:p>
        </w:tc>
        <w:tc>
          <w:tcPr>
            <w:tcW w:w="3337" w:type="dxa"/>
          </w:tcPr>
          <w:p w14:paraId="7FCDFC16" w14:textId="688C8F8C" w:rsidR="00B9286B" w:rsidRPr="000C105B" w:rsidRDefault="009D55B3" w:rsidP="003A58BF">
            <w:pPr>
              <w:ind w:firstLine="0"/>
              <w:jc w:val="center"/>
              <w:rPr>
                <w:rFonts w:cs="Times New Roman"/>
                <w:szCs w:val="28"/>
                <w:lang w:val="kk-KZ"/>
              </w:rPr>
            </w:pPr>
            <w:r>
              <w:rPr>
                <w:rFonts w:cs="Times New Roman"/>
                <w:szCs w:val="28"/>
                <w:lang w:val="kk-KZ"/>
              </w:rPr>
              <w:t>ағылшын</w:t>
            </w:r>
            <w:r w:rsidRPr="000C105B">
              <w:rPr>
                <w:rFonts w:cs="Times New Roman"/>
                <w:szCs w:val="28"/>
                <w:lang w:val="kk-KZ"/>
              </w:rPr>
              <w:t xml:space="preserve"> </w:t>
            </w:r>
            <w:r w:rsidR="00F77C20" w:rsidRPr="000C105B">
              <w:rPr>
                <w:rFonts w:cs="Times New Roman"/>
                <w:szCs w:val="28"/>
                <w:lang w:val="kk-KZ"/>
              </w:rPr>
              <w:t xml:space="preserve">тілде сөйлеу </w:t>
            </w:r>
            <w:r w:rsidR="00CC3A7B" w:rsidRPr="000C105B">
              <w:rPr>
                <w:rFonts w:cs="Times New Roman"/>
                <w:szCs w:val="28"/>
                <w:lang w:val="kk-KZ"/>
              </w:rPr>
              <w:t>тәжірибесін</w:t>
            </w:r>
            <w:r w:rsidR="00F77C20" w:rsidRPr="000C105B">
              <w:rPr>
                <w:rFonts w:cs="Times New Roman"/>
                <w:szCs w:val="28"/>
                <w:lang w:val="kk-KZ"/>
              </w:rPr>
              <w:t xml:space="preserve"> және сенімділікті дамыту</w:t>
            </w:r>
          </w:p>
        </w:tc>
        <w:tc>
          <w:tcPr>
            <w:tcW w:w="3062" w:type="dxa"/>
          </w:tcPr>
          <w:p w14:paraId="1C4CC9D0" w14:textId="62DA937F" w:rsidR="00B9286B" w:rsidRPr="000C105B" w:rsidRDefault="003256FA" w:rsidP="003A58BF">
            <w:pPr>
              <w:ind w:firstLine="0"/>
              <w:jc w:val="center"/>
              <w:rPr>
                <w:rFonts w:cs="Times New Roman"/>
                <w:szCs w:val="28"/>
                <w:lang w:val="kk-KZ"/>
              </w:rPr>
            </w:pPr>
            <w:r w:rsidRPr="000C105B">
              <w:rPr>
                <w:rFonts w:cs="Times New Roman"/>
                <w:szCs w:val="28"/>
                <w:lang w:val="kk-KZ"/>
              </w:rPr>
              <w:t xml:space="preserve">Сұхбат, постер немесе </w:t>
            </w:r>
            <w:r w:rsidR="009D55B3">
              <w:rPr>
                <w:rFonts w:cs="Times New Roman"/>
                <w:szCs w:val="28"/>
                <w:lang w:val="kk-KZ"/>
              </w:rPr>
              <w:t>ағылшын</w:t>
            </w:r>
            <w:r w:rsidR="009D55B3" w:rsidRPr="000C105B">
              <w:rPr>
                <w:rFonts w:cs="Times New Roman"/>
                <w:szCs w:val="28"/>
                <w:lang w:val="kk-KZ"/>
              </w:rPr>
              <w:t xml:space="preserve"> </w:t>
            </w:r>
            <w:r w:rsidRPr="000C105B">
              <w:rPr>
                <w:rFonts w:cs="Times New Roman"/>
                <w:szCs w:val="28"/>
                <w:lang w:val="kk-KZ"/>
              </w:rPr>
              <w:t>тілде презентация</w:t>
            </w:r>
          </w:p>
        </w:tc>
      </w:tr>
      <w:tr w:rsidR="00B9286B" w:rsidRPr="003A58BF" w14:paraId="01CCEA75" w14:textId="77777777" w:rsidTr="00B65C70">
        <w:trPr>
          <w:jc w:val="center"/>
        </w:trPr>
        <w:tc>
          <w:tcPr>
            <w:tcW w:w="721" w:type="dxa"/>
          </w:tcPr>
          <w:p w14:paraId="5C48AAFE" w14:textId="77777777" w:rsidR="00B9286B" w:rsidRPr="000C105B" w:rsidRDefault="000E4B4A" w:rsidP="003A58BF">
            <w:pPr>
              <w:ind w:firstLine="0"/>
              <w:rPr>
                <w:rFonts w:cs="Times New Roman"/>
                <w:szCs w:val="28"/>
                <w:lang w:val="kk-KZ"/>
              </w:rPr>
            </w:pPr>
            <w:r w:rsidRPr="000C105B">
              <w:rPr>
                <w:rFonts w:cs="Times New Roman"/>
                <w:szCs w:val="28"/>
                <w:lang w:val="kk-KZ"/>
              </w:rPr>
              <w:t>5</w:t>
            </w:r>
          </w:p>
        </w:tc>
        <w:tc>
          <w:tcPr>
            <w:tcW w:w="2509" w:type="dxa"/>
          </w:tcPr>
          <w:p w14:paraId="6AD4C789" w14:textId="0B18E24D" w:rsidR="00B9286B" w:rsidRPr="000C105B" w:rsidRDefault="000E4B4A" w:rsidP="003A58BF">
            <w:pPr>
              <w:ind w:firstLine="0"/>
              <w:jc w:val="center"/>
              <w:rPr>
                <w:rFonts w:cs="Times New Roman"/>
                <w:szCs w:val="28"/>
                <w:lang w:val="kk-KZ"/>
              </w:rPr>
            </w:pPr>
            <w:r w:rsidRPr="000C105B">
              <w:rPr>
                <w:rFonts w:cs="Times New Roman"/>
                <w:szCs w:val="28"/>
                <w:lang w:val="kk-KZ"/>
              </w:rPr>
              <w:t xml:space="preserve">«Мәдениет және тіл» - </w:t>
            </w:r>
            <w:r w:rsidR="00422DD6" w:rsidRPr="000C105B">
              <w:rPr>
                <w:rFonts w:cs="Times New Roman"/>
                <w:szCs w:val="28"/>
                <w:lang w:val="kk-KZ"/>
              </w:rPr>
              <w:t>мәдениет пен сөйлеу этикеті күні</w:t>
            </w:r>
          </w:p>
        </w:tc>
        <w:tc>
          <w:tcPr>
            <w:tcW w:w="3337" w:type="dxa"/>
          </w:tcPr>
          <w:p w14:paraId="7FF7B6DF" w14:textId="25D69461" w:rsidR="00B9286B" w:rsidRPr="000C105B" w:rsidRDefault="00F77C20" w:rsidP="003A58BF">
            <w:pPr>
              <w:ind w:firstLine="0"/>
              <w:jc w:val="center"/>
              <w:rPr>
                <w:rFonts w:cs="Times New Roman"/>
                <w:szCs w:val="28"/>
                <w:lang w:val="kk-KZ"/>
              </w:rPr>
            </w:pPr>
            <w:r w:rsidRPr="000C105B">
              <w:rPr>
                <w:rFonts w:cs="Times New Roman"/>
                <w:szCs w:val="28"/>
                <w:lang w:val="kk-KZ"/>
              </w:rPr>
              <w:t>Қарым-қатынас мәдениеті, дәстүрлер және сөйлеу нормаларымен танысу</w:t>
            </w:r>
          </w:p>
        </w:tc>
        <w:tc>
          <w:tcPr>
            <w:tcW w:w="3062" w:type="dxa"/>
          </w:tcPr>
          <w:p w14:paraId="5D2F7CA0" w14:textId="4FA8BD35" w:rsidR="00B9286B" w:rsidRPr="000C105B" w:rsidRDefault="003256FA" w:rsidP="003A58BF">
            <w:pPr>
              <w:ind w:firstLine="0"/>
              <w:jc w:val="center"/>
              <w:rPr>
                <w:rFonts w:cs="Times New Roman"/>
                <w:szCs w:val="28"/>
                <w:lang w:val="kk-KZ"/>
              </w:rPr>
            </w:pPr>
            <w:r w:rsidRPr="000C105B">
              <w:rPr>
                <w:rFonts w:cs="Times New Roman"/>
                <w:szCs w:val="28"/>
                <w:lang w:val="kk-KZ"/>
              </w:rPr>
              <w:t>Мәдени карта, шағын диалогтар, тілдік станциялар</w:t>
            </w:r>
          </w:p>
        </w:tc>
      </w:tr>
      <w:tr w:rsidR="00B65C70" w:rsidRPr="003A58BF" w14:paraId="43C04402" w14:textId="77777777" w:rsidTr="00B65C70">
        <w:trPr>
          <w:jc w:val="center"/>
        </w:trPr>
        <w:tc>
          <w:tcPr>
            <w:tcW w:w="721" w:type="dxa"/>
          </w:tcPr>
          <w:p w14:paraId="2D4B464C" w14:textId="77777777" w:rsidR="00B65C70" w:rsidRPr="000C105B" w:rsidRDefault="00B65C70" w:rsidP="003A58BF">
            <w:pPr>
              <w:ind w:firstLine="0"/>
              <w:rPr>
                <w:rFonts w:cs="Times New Roman"/>
                <w:szCs w:val="28"/>
                <w:lang w:val="kk-KZ"/>
              </w:rPr>
            </w:pPr>
            <w:r w:rsidRPr="000C105B">
              <w:rPr>
                <w:rFonts w:cs="Times New Roman"/>
                <w:szCs w:val="28"/>
                <w:lang w:val="kk-KZ"/>
              </w:rPr>
              <w:t>6</w:t>
            </w:r>
          </w:p>
        </w:tc>
        <w:tc>
          <w:tcPr>
            <w:tcW w:w="2509" w:type="dxa"/>
          </w:tcPr>
          <w:p w14:paraId="3BD4A981" w14:textId="35EA9C6A" w:rsidR="00B65C70" w:rsidRPr="000C105B" w:rsidRDefault="00B65C70" w:rsidP="003A58BF">
            <w:pPr>
              <w:ind w:firstLine="0"/>
              <w:jc w:val="center"/>
              <w:rPr>
                <w:rFonts w:cs="Times New Roman"/>
                <w:szCs w:val="28"/>
                <w:lang w:val="kk-KZ"/>
              </w:rPr>
            </w:pPr>
            <w:r w:rsidRPr="000C105B">
              <w:rPr>
                <w:rFonts w:cs="Times New Roman"/>
                <w:szCs w:val="28"/>
                <w:lang w:val="kk-KZ"/>
              </w:rPr>
              <w:t>«Тіл және медиа» - тілдік медиажоба күні</w:t>
            </w:r>
          </w:p>
        </w:tc>
        <w:tc>
          <w:tcPr>
            <w:tcW w:w="3337" w:type="dxa"/>
          </w:tcPr>
          <w:p w14:paraId="687786D0" w14:textId="047F582B" w:rsidR="00B65C70" w:rsidRPr="000C105B" w:rsidRDefault="00B65C70" w:rsidP="003A58BF">
            <w:pPr>
              <w:ind w:firstLine="0"/>
              <w:jc w:val="center"/>
              <w:rPr>
                <w:rFonts w:cs="Times New Roman"/>
                <w:szCs w:val="28"/>
                <w:lang w:val="kk-KZ"/>
              </w:rPr>
            </w:pPr>
            <w:r w:rsidRPr="000C105B">
              <w:rPr>
                <w:rFonts w:cs="Times New Roman"/>
                <w:szCs w:val="28"/>
                <w:lang w:val="kk-KZ"/>
              </w:rPr>
              <w:t>Қарапайым ақпараттық немесе шығармашылық өнім жасау</w:t>
            </w:r>
          </w:p>
        </w:tc>
        <w:tc>
          <w:tcPr>
            <w:tcW w:w="3062" w:type="dxa"/>
          </w:tcPr>
          <w:p w14:paraId="4C7BC84E" w14:textId="24660BF1" w:rsidR="00B65C70" w:rsidRPr="000C105B" w:rsidRDefault="00B65C70" w:rsidP="003A58BF">
            <w:pPr>
              <w:ind w:firstLine="0"/>
              <w:jc w:val="center"/>
              <w:rPr>
                <w:rFonts w:cs="Times New Roman"/>
                <w:szCs w:val="28"/>
                <w:lang w:val="kk-KZ"/>
              </w:rPr>
            </w:pPr>
            <w:r w:rsidRPr="000C105B">
              <w:rPr>
                <w:rFonts w:cs="Times New Roman"/>
                <w:szCs w:val="28"/>
                <w:lang w:val="kk-KZ"/>
              </w:rPr>
              <w:t>Медиакүнделік, сұхбат, подкаст немесе постер</w:t>
            </w:r>
          </w:p>
        </w:tc>
      </w:tr>
      <w:tr w:rsidR="00B65C70" w:rsidRPr="00A535F5" w14:paraId="11CBA867" w14:textId="77777777" w:rsidTr="00B65C70">
        <w:trPr>
          <w:jc w:val="center"/>
        </w:trPr>
        <w:tc>
          <w:tcPr>
            <w:tcW w:w="721" w:type="dxa"/>
          </w:tcPr>
          <w:p w14:paraId="41FDDB3D" w14:textId="77777777" w:rsidR="00B65C70" w:rsidRPr="000C105B" w:rsidRDefault="00B65C70" w:rsidP="003A58BF">
            <w:pPr>
              <w:ind w:firstLine="0"/>
              <w:rPr>
                <w:rFonts w:cs="Times New Roman"/>
                <w:szCs w:val="28"/>
                <w:lang w:val="kk-KZ"/>
              </w:rPr>
            </w:pPr>
            <w:r w:rsidRPr="000C105B">
              <w:rPr>
                <w:rFonts w:cs="Times New Roman"/>
                <w:szCs w:val="28"/>
                <w:lang w:val="kk-KZ"/>
              </w:rPr>
              <w:t>7</w:t>
            </w:r>
          </w:p>
        </w:tc>
        <w:tc>
          <w:tcPr>
            <w:tcW w:w="2509" w:type="dxa"/>
          </w:tcPr>
          <w:p w14:paraId="42D09D2F" w14:textId="79E4D75E" w:rsidR="00B65C70" w:rsidRPr="000C105B" w:rsidRDefault="00B65C70" w:rsidP="003A58BF">
            <w:pPr>
              <w:ind w:firstLine="0"/>
              <w:jc w:val="center"/>
              <w:rPr>
                <w:rFonts w:cs="Times New Roman"/>
                <w:szCs w:val="28"/>
                <w:lang w:val="kk-KZ"/>
              </w:rPr>
            </w:pPr>
            <w:r w:rsidRPr="000C105B">
              <w:rPr>
                <w:rFonts w:cs="Times New Roman"/>
                <w:szCs w:val="28"/>
                <w:lang w:val="kk-KZ"/>
              </w:rPr>
              <w:t>«Тіл жобасы» - жобалау күні</w:t>
            </w:r>
          </w:p>
        </w:tc>
        <w:tc>
          <w:tcPr>
            <w:tcW w:w="3337" w:type="dxa"/>
          </w:tcPr>
          <w:p w14:paraId="582AEEBC" w14:textId="5B27218A" w:rsidR="00B65C70" w:rsidRPr="000C105B" w:rsidRDefault="00B65C70" w:rsidP="003A58BF">
            <w:pPr>
              <w:ind w:firstLine="0"/>
              <w:jc w:val="center"/>
              <w:rPr>
                <w:rFonts w:cs="Times New Roman"/>
                <w:szCs w:val="28"/>
                <w:lang w:val="kk-KZ"/>
              </w:rPr>
            </w:pPr>
            <w:r w:rsidRPr="000C105B">
              <w:rPr>
                <w:rFonts w:cs="Times New Roman"/>
                <w:szCs w:val="28"/>
                <w:lang w:val="kk-KZ"/>
              </w:rPr>
              <w:t>Қорытынды тілдік жобаларды дайындау</w:t>
            </w:r>
          </w:p>
        </w:tc>
        <w:tc>
          <w:tcPr>
            <w:tcW w:w="3062" w:type="dxa"/>
          </w:tcPr>
          <w:p w14:paraId="02159A43" w14:textId="073E96A9" w:rsidR="00B65C70" w:rsidRPr="000C105B" w:rsidRDefault="00B65C70" w:rsidP="003A58BF">
            <w:pPr>
              <w:ind w:firstLine="0"/>
              <w:jc w:val="center"/>
              <w:rPr>
                <w:rFonts w:cs="Times New Roman"/>
                <w:szCs w:val="28"/>
                <w:lang w:val="kk-KZ"/>
              </w:rPr>
            </w:pPr>
            <w:r w:rsidRPr="000C105B">
              <w:rPr>
                <w:rFonts w:cs="Times New Roman"/>
                <w:szCs w:val="28"/>
                <w:lang w:val="kk-KZ"/>
              </w:rPr>
              <w:t>Жобаның қара жұмыс нұсқасы</w:t>
            </w:r>
          </w:p>
        </w:tc>
      </w:tr>
      <w:tr w:rsidR="00B65C70" w:rsidRPr="00A535F5" w14:paraId="72118400" w14:textId="77777777" w:rsidTr="00B65C70">
        <w:trPr>
          <w:jc w:val="center"/>
        </w:trPr>
        <w:tc>
          <w:tcPr>
            <w:tcW w:w="721" w:type="dxa"/>
          </w:tcPr>
          <w:p w14:paraId="4D082367" w14:textId="77777777" w:rsidR="00B65C70" w:rsidRPr="000C105B" w:rsidRDefault="00B65C70" w:rsidP="003A58BF">
            <w:pPr>
              <w:ind w:firstLine="0"/>
              <w:rPr>
                <w:rFonts w:cs="Times New Roman"/>
                <w:szCs w:val="28"/>
                <w:lang w:val="kk-KZ"/>
              </w:rPr>
            </w:pPr>
            <w:r w:rsidRPr="000C105B">
              <w:rPr>
                <w:rFonts w:cs="Times New Roman"/>
                <w:szCs w:val="28"/>
                <w:lang w:val="kk-KZ"/>
              </w:rPr>
              <w:t>8</w:t>
            </w:r>
          </w:p>
        </w:tc>
        <w:tc>
          <w:tcPr>
            <w:tcW w:w="2509" w:type="dxa"/>
          </w:tcPr>
          <w:p w14:paraId="4C4308CC" w14:textId="0726779D" w:rsidR="00B65C70" w:rsidRPr="000C105B" w:rsidRDefault="00B65C70" w:rsidP="003A58BF">
            <w:pPr>
              <w:ind w:firstLine="0"/>
              <w:jc w:val="center"/>
              <w:rPr>
                <w:rFonts w:cs="Times New Roman"/>
                <w:szCs w:val="28"/>
                <w:lang w:val="kk-KZ"/>
              </w:rPr>
            </w:pPr>
            <w:r w:rsidRPr="000C105B">
              <w:rPr>
                <w:rFonts w:cs="Times New Roman"/>
                <w:szCs w:val="28"/>
                <w:lang w:val="kk-KZ"/>
              </w:rPr>
              <w:t>«Дайындық күні» - дайындық күні</w:t>
            </w:r>
          </w:p>
        </w:tc>
        <w:tc>
          <w:tcPr>
            <w:tcW w:w="3337" w:type="dxa"/>
          </w:tcPr>
          <w:p w14:paraId="42B566E8" w14:textId="69C76792" w:rsidR="00B65C70" w:rsidRPr="000C105B" w:rsidRDefault="00B65C70" w:rsidP="003A58BF">
            <w:pPr>
              <w:ind w:firstLine="0"/>
              <w:jc w:val="center"/>
              <w:rPr>
                <w:rFonts w:cs="Times New Roman"/>
                <w:szCs w:val="28"/>
                <w:lang w:val="kk-KZ"/>
              </w:rPr>
            </w:pPr>
            <w:r w:rsidRPr="000C105B">
              <w:rPr>
                <w:rFonts w:cs="Times New Roman"/>
                <w:szCs w:val="28"/>
                <w:lang w:val="kk-KZ"/>
              </w:rPr>
              <w:t>Жобаларды жетілдіру, репетиция және материалдарды рәсімдеу</w:t>
            </w:r>
          </w:p>
        </w:tc>
        <w:tc>
          <w:tcPr>
            <w:tcW w:w="3062" w:type="dxa"/>
          </w:tcPr>
          <w:p w14:paraId="4439A23B" w14:textId="21DD4C52" w:rsidR="00B65C70" w:rsidRPr="000C105B" w:rsidRDefault="00B65C70" w:rsidP="003A58BF">
            <w:pPr>
              <w:ind w:firstLine="0"/>
              <w:jc w:val="center"/>
              <w:rPr>
                <w:rFonts w:cs="Times New Roman"/>
                <w:szCs w:val="28"/>
                <w:lang w:val="kk-KZ"/>
              </w:rPr>
            </w:pPr>
            <w:r w:rsidRPr="000C105B">
              <w:rPr>
                <w:rFonts w:cs="Times New Roman"/>
                <w:szCs w:val="28"/>
                <w:lang w:val="kk-KZ"/>
              </w:rPr>
              <w:t>Дайын презентация / сценарий / көрме</w:t>
            </w:r>
          </w:p>
        </w:tc>
      </w:tr>
      <w:tr w:rsidR="00B65C70" w:rsidRPr="003A58BF" w14:paraId="5E024316" w14:textId="77777777" w:rsidTr="00B65C70">
        <w:trPr>
          <w:jc w:val="center"/>
        </w:trPr>
        <w:tc>
          <w:tcPr>
            <w:tcW w:w="721" w:type="dxa"/>
          </w:tcPr>
          <w:p w14:paraId="2501FAA6" w14:textId="77777777" w:rsidR="00B65C70" w:rsidRPr="000C105B" w:rsidRDefault="00B65C70" w:rsidP="003A58BF">
            <w:pPr>
              <w:ind w:firstLine="0"/>
              <w:rPr>
                <w:rFonts w:cs="Times New Roman"/>
                <w:szCs w:val="28"/>
                <w:lang w:val="kk-KZ"/>
              </w:rPr>
            </w:pPr>
            <w:r w:rsidRPr="000C105B">
              <w:rPr>
                <w:rFonts w:cs="Times New Roman"/>
                <w:szCs w:val="28"/>
                <w:lang w:val="kk-KZ"/>
              </w:rPr>
              <w:t>9</w:t>
            </w:r>
          </w:p>
        </w:tc>
        <w:tc>
          <w:tcPr>
            <w:tcW w:w="2509" w:type="dxa"/>
          </w:tcPr>
          <w:p w14:paraId="57F97584" w14:textId="41C59811" w:rsidR="00B65C70" w:rsidRPr="000C105B" w:rsidRDefault="00B65C70" w:rsidP="003A58BF">
            <w:pPr>
              <w:ind w:firstLine="0"/>
              <w:jc w:val="center"/>
              <w:rPr>
                <w:rFonts w:cs="Times New Roman"/>
                <w:szCs w:val="28"/>
                <w:lang w:val="kk-KZ"/>
              </w:rPr>
            </w:pPr>
            <w:r w:rsidRPr="000C105B">
              <w:rPr>
                <w:rFonts w:cs="Times New Roman"/>
                <w:szCs w:val="28"/>
                <w:lang w:val="kk-KZ"/>
              </w:rPr>
              <w:t>«Тіл мерекесі» - тілдік ауысым жетістіктер фестивалі</w:t>
            </w:r>
          </w:p>
        </w:tc>
        <w:tc>
          <w:tcPr>
            <w:tcW w:w="3337" w:type="dxa"/>
          </w:tcPr>
          <w:p w14:paraId="181E202C" w14:textId="54679971" w:rsidR="00B65C70" w:rsidRPr="000C105B" w:rsidRDefault="00B65C70" w:rsidP="003A58BF">
            <w:pPr>
              <w:ind w:firstLine="0"/>
              <w:jc w:val="center"/>
              <w:rPr>
                <w:rFonts w:cs="Times New Roman"/>
                <w:szCs w:val="28"/>
                <w:lang w:val="kk-KZ"/>
              </w:rPr>
            </w:pPr>
            <w:r>
              <w:rPr>
                <w:rFonts w:cs="Times New Roman"/>
                <w:szCs w:val="28"/>
                <w:lang w:val="kk-KZ"/>
              </w:rPr>
              <w:t>ағылшын</w:t>
            </w:r>
            <w:r w:rsidRPr="000C105B">
              <w:rPr>
                <w:rFonts w:cs="Times New Roman"/>
                <w:szCs w:val="28"/>
                <w:lang w:val="kk-KZ"/>
              </w:rPr>
              <w:t xml:space="preserve"> тілді меңгеру нәтижелерін таныстыру</w:t>
            </w:r>
          </w:p>
        </w:tc>
        <w:tc>
          <w:tcPr>
            <w:tcW w:w="3062" w:type="dxa"/>
          </w:tcPr>
          <w:p w14:paraId="56C4FBF1" w14:textId="25767904" w:rsidR="00B65C70" w:rsidRPr="000C105B" w:rsidRDefault="00B65C70" w:rsidP="003A58BF">
            <w:pPr>
              <w:ind w:firstLine="0"/>
              <w:jc w:val="center"/>
              <w:rPr>
                <w:rFonts w:cs="Times New Roman"/>
                <w:szCs w:val="28"/>
                <w:lang w:val="kk-KZ"/>
              </w:rPr>
            </w:pPr>
            <w:r w:rsidRPr="000C105B">
              <w:rPr>
                <w:rFonts w:cs="Times New Roman"/>
                <w:szCs w:val="28"/>
                <w:lang w:val="kk-KZ"/>
              </w:rPr>
              <w:t>Жобаларды қорғау, қойылымдар, көрме, марапаттау</w:t>
            </w:r>
          </w:p>
        </w:tc>
      </w:tr>
      <w:tr w:rsidR="00B65C70" w:rsidRPr="003A58BF" w14:paraId="468108C0" w14:textId="77777777" w:rsidTr="00B65C70">
        <w:trPr>
          <w:jc w:val="center"/>
        </w:trPr>
        <w:tc>
          <w:tcPr>
            <w:tcW w:w="721" w:type="dxa"/>
          </w:tcPr>
          <w:p w14:paraId="17D48A79" w14:textId="77777777" w:rsidR="00B65C70" w:rsidRPr="000C105B" w:rsidRDefault="00B65C70" w:rsidP="003A58BF">
            <w:pPr>
              <w:ind w:firstLine="0"/>
              <w:rPr>
                <w:rFonts w:cs="Times New Roman"/>
                <w:szCs w:val="28"/>
                <w:lang w:val="kk-KZ"/>
              </w:rPr>
            </w:pPr>
            <w:r w:rsidRPr="000C105B">
              <w:rPr>
                <w:rFonts w:cs="Times New Roman"/>
                <w:szCs w:val="28"/>
                <w:lang w:val="kk-KZ"/>
              </w:rPr>
              <w:t>10</w:t>
            </w:r>
          </w:p>
        </w:tc>
        <w:tc>
          <w:tcPr>
            <w:tcW w:w="2509" w:type="dxa"/>
          </w:tcPr>
          <w:p w14:paraId="4FD0F183" w14:textId="4D0D56AF" w:rsidR="00B65C70" w:rsidRPr="000C105B" w:rsidRDefault="00B65C70" w:rsidP="003A58BF">
            <w:pPr>
              <w:ind w:firstLine="0"/>
              <w:jc w:val="center"/>
              <w:rPr>
                <w:rFonts w:cs="Times New Roman"/>
                <w:szCs w:val="28"/>
                <w:lang w:val="kk-KZ"/>
              </w:rPr>
            </w:pPr>
            <w:r w:rsidRPr="000C105B">
              <w:rPr>
                <w:rFonts w:cs="Times New Roman"/>
                <w:szCs w:val="28"/>
                <w:lang w:val="kk-KZ"/>
              </w:rPr>
              <w:t>«Қоштасу күні» - ауысымды жабу күні</w:t>
            </w:r>
          </w:p>
        </w:tc>
        <w:tc>
          <w:tcPr>
            <w:tcW w:w="3337" w:type="dxa"/>
          </w:tcPr>
          <w:p w14:paraId="1DCE1937" w14:textId="13C35550" w:rsidR="00B65C70" w:rsidRPr="000C105B" w:rsidRDefault="00B65C70" w:rsidP="003A58BF">
            <w:pPr>
              <w:ind w:firstLine="0"/>
              <w:jc w:val="center"/>
              <w:rPr>
                <w:rFonts w:cs="Times New Roman"/>
                <w:szCs w:val="28"/>
                <w:lang w:val="kk-KZ"/>
              </w:rPr>
            </w:pPr>
            <w:r w:rsidRPr="000C105B">
              <w:rPr>
                <w:rFonts w:cs="Times New Roman"/>
                <w:szCs w:val="28"/>
                <w:lang w:val="kk-KZ"/>
              </w:rPr>
              <w:t>Кері байланыс, қорытындылау, шығу</w:t>
            </w:r>
          </w:p>
        </w:tc>
        <w:tc>
          <w:tcPr>
            <w:tcW w:w="3062" w:type="dxa"/>
          </w:tcPr>
          <w:p w14:paraId="06AA18AB" w14:textId="47AC9A74" w:rsidR="00B65C70" w:rsidRPr="000C105B" w:rsidRDefault="00B65C70" w:rsidP="003A58BF">
            <w:pPr>
              <w:ind w:firstLine="0"/>
              <w:jc w:val="center"/>
              <w:rPr>
                <w:rFonts w:cs="Times New Roman"/>
                <w:szCs w:val="28"/>
                <w:lang w:val="kk-KZ"/>
              </w:rPr>
            </w:pPr>
            <w:r w:rsidRPr="000C105B">
              <w:rPr>
                <w:rFonts w:cs="Times New Roman"/>
                <w:szCs w:val="28"/>
                <w:lang w:val="kk-KZ"/>
              </w:rPr>
              <w:t>Қорытынды сауалнама, тілдік қор, сертификаттар</w:t>
            </w:r>
          </w:p>
        </w:tc>
      </w:tr>
    </w:tbl>
    <w:p w14:paraId="73386F8D" w14:textId="6F9B6C05" w:rsidR="0085042D" w:rsidRPr="000C105B" w:rsidRDefault="0085042D" w:rsidP="003A58BF">
      <w:pPr>
        <w:pStyle w:val="21"/>
        <w:spacing w:before="0" w:after="0"/>
        <w:ind w:firstLine="720"/>
        <w:rPr>
          <w:rFonts w:cs="Times New Roman"/>
          <w:szCs w:val="28"/>
          <w:lang w:val="kk-KZ"/>
        </w:rPr>
      </w:pPr>
      <w:r w:rsidRPr="000C105B">
        <w:rPr>
          <w:rStyle w:val="ypks7kbdpwfgdykd3qb9"/>
          <w:rFonts w:cs="Times New Roman"/>
          <w:szCs w:val="28"/>
          <w:lang w:val="kk-KZ"/>
        </w:rPr>
        <w:lastRenderedPageBreak/>
        <w:t>Күн</w:t>
      </w:r>
      <w:r w:rsidRPr="000C105B">
        <w:rPr>
          <w:rFonts w:cs="Times New Roman"/>
          <w:szCs w:val="28"/>
          <w:lang w:val="kk-KZ"/>
        </w:rPr>
        <w:t xml:space="preserve"> </w:t>
      </w:r>
      <w:r w:rsidRPr="000C105B">
        <w:rPr>
          <w:rStyle w:val="ypks7kbdpwfgdykd3qb9"/>
          <w:rFonts w:cs="Times New Roman"/>
          <w:szCs w:val="28"/>
          <w:lang w:val="kk-KZ"/>
        </w:rPr>
        <w:t>бойынша</w:t>
      </w:r>
      <w:r w:rsidRPr="000C105B">
        <w:rPr>
          <w:rFonts w:cs="Times New Roman"/>
          <w:szCs w:val="28"/>
          <w:lang w:val="kk-KZ"/>
        </w:rPr>
        <w:t xml:space="preserve"> </w:t>
      </w:r>
      <w:r w:rsidRPr="000C105B">
        <w:rPr>
          <w:rStyle w:val="ypks7kbdpwfgdykd3qb9"/>
          <w:rFonts w:cs="Times New Roman"/>
          <w:szCs w:val="28"/>
          <w:lang w:val="kk-KZ"/>
        </w:rPr>
        <w:t>ауысымның</w:t>
      </w:r>
      <w:r w:rsidRPr="000C105B">
        <w:rPr>
          <w:rFonts w:cs="Times New Roman"/>
          <w:szCs w:val="28"/>
          <w:lang w:val="kk-KZ"/>
        </w:rPr>
        <w:t xml:space="preserve"> </w:t>
      </w:r>
      <w:r w:rsidR="00451503" w:rsidRPr="000C105B">
        <w:rPr>
          <w:rFonts w:cs="Times New Roman"/>
          <w:szCs w:val="28"/>
          <w:lang w:val="kk-KZ"/>
        </w:rPr>
        <w:t>нақтылынған</w:t>
      </w:r>
      <w:r w:rsidRPr="000C105B">
        <w:rPr>
          <w:rFonts w:cs="Times New Roman"/>
          <w:szCs w:val="28"/>
          <w:lang w:val="kk-KZ"/>
        </w:rPr>
        <w:t xml:space="preserve"> </w:t>
      </w:r>
      <w:r w:rsidRPr="000C105B">
        <w:rPr>
          <w:rStyle w:val="ypks7kbdpwfgdykd3qb9"/>
          <w:rFonts w:cs="Times New Roman"/>
          <w:szCs w:val="28"/>
          <w:lang w:val="kk-KZ"/>
        </w:rPr>
        <w:t>мазмұны</w:t>
      </w:r>
      <w:r w:rsidRPr="000C105B">
        <w:rPr>
          <w:rFonts w:cs="Times New Roman"/>
          <w:szCs w:val="28"/>
          <w:lang w:val="kk-KZ"/>
        </w:rPr>
        <w:t xml:space="preserve"> </w:t>
      </w:r>
    </w:p>
    <w:p w14:paraId="794FB374" w14:textId="79CAE9FE" w:rsidR="00B9286B" w:rsidRPr="000C105B" w:rsidRDefault="0085042D" w:rsidP="003A58BF">
      <w:pPr>
        <w:pStyle w:val="21"/>
        <w:spacing w:before="0" w:after="0"/>
        <w:ind w:firstLine="720"/>
        <w:rPr>
          <w:rFonts w:cs="Times New Roman"/>
          <w:szCs w:val="28"/>
          <w:lang w:val="kk-KZ"/>
        </w:rPr>
      </w:pPr>
      <w:r w:rsidRPr="000C105B">
        <w:rPr>
          <w:rStyle w:val="ypks7kbdpwfgdykd3qb9"/>
          <w:rFonts w:cs="Times New Roman"/>
          <w:szCs w:val="28"/>
          <w:lang w:val="kk-KZ"/>
        </w:rPr>
        <w:t>1</w:t>
      </w:r>
      <w:r w:rsidRPr="000C105B">
        <w:rPr>
          <w:rFonts w:cs="Times New Roman"/>
          <w:szCs w:val="28"/>
          <w:lang w:val="kk-KZ"/>
        </w:rPr>
        <w:t xml:space="preserve"> </w:t>
      </w:r>
      <w:r w:rsidRPr="000C105B">
        <w:rPr>
          <w:rStyle w:val="ypks7kbdpwfgdykd3qb9"/>
          <w:rFonts w:cs="Times New Roman"/>
          <w:szCs w:val="28"/>
          <w:lang w:val="kk-KZ"/>
        </w:rPr>
        <w:t>күн.</w:t>
      </w:r>
      <w:r w:rsidRPr="000C105B">
        <w:rPr>
          <w:rFonts w:cs="Times New Roman"/>
          <w:szCs w:val="28"/>
          <w:lang w:val="kk-KZ"/>
        </w:rPr>
        <w:t xml:space="preserve"> </w:t>
      </w:r>
      <w:r w:rsidRPr="000C105B">
        <w:rPr>
          <w:rStyle w:val="ypks7kbdpwfgdykd3qb9"/>
          <w:rFonts w:cs="Times New Roman"/>
          <w:szCs w:val="28"/>
          <w:lang w:val="kk-KZ"/>
        </w:rPr>
        <w:t>«Тіл</w:t>
      </w:r>
      <w:r w:rsidRPr="000C105B">
        <w:rPr>
          <w:rFonts w:cs="Times New Roman"/>
          <w:szCs w:val="28"/>
          <w:lang w:val="kk-KZ"/>
        </w:rPr>
        <w:t xml:space="preserve"> </w:t>
      </w:r>
      <w:r w:rsidRPr="000C105B">
        <w:rPr>
          <w:rStyle w:val="ypks7kbdpwfgdykd3qb9"/>
          <w:rFonts w:cs="Times New Roman"/>
          <w:szCs w:val="28"/>
          <w:lang w:val="kk-KZ"/>
        </w:rPr>
        <w:t>әлемі»</w:t>
      </w:r>
      <w:r w:rsidRPr="000C105B">
        <w:rPr>
          <w:rFonts w:cs="Times New Roman"/>
          <w:szCs w:val="28"/>
          <w:lang w:val="kk-KZ"/>
        </w:rPr>
        <w:t xml:space="preserve"> </w:t>
      </w:r>
      <w:r w:rsidRPr="000C105B">
        <w:rPr>
          <w:rStyle w:val="ypks7kbdpwfgdykd3qb9"/>
          <w:rFonts w:cs="Times New Roman"/>
          <w:szCs w:val="28"/>
          <w:lang w:val="kk-KZ"/>
        </w:rPr>
        <w:t>-</w:t>
      </w:r>
      <w:r w:rsidRPr="000C105B">
        <w:rPr>
          <w:rFonts w:cs="Times New Roman"/>
          <w:szCs w:val="28"/>
          <w:lang w:val="kk-KZ"/>
        </w:rPr>
        <w:t xml:space="preserve"> </w:t>
      </w:r>
      <w:r w:rsidRPr="000C105B">
        <w:rPr>
          <w:rStyle w:val="ypks7kbdpwfgdykd3qb9"/>
          <w:rFonts w:cs="Times New Roman"/>
          <w:szCs w:val="28"/>
          <w:lang w:val="kk-KZ"/>
        </w:rPr>
        <w:t>тіл</w:t>
      </w:r>
      <w:r w:rsidRPr="000C105B">
        <w:rPr>
          <w:rFonts w:cs="Times New Roman"/>
          <w:szCs w:val="28"/>
          <w:lang w:val="kk-KZ"/>
        </w:rPr>
        <w:t xml:space="preserve"> </w:t>
      </w:r>
      <w:r w:rsidRPr="000C105B">
        <w:rPr>
          <w:rStyle w:val="ypks7kbdpwfgdykd3qb9"/>
          <w:rFonts w:cs="Times New Roman"/>
          <w:szCs w:val="28"/>
          <w:lang w:val="kk-KZ"/>
        </w:rPr>
        <w:t>ауысымының</w:t>
      </w:r>
      <w:r w:rsidRPr="000C105B">
        <w:rPr>
          <w:rFonts w:cs="Times New Roman"/>
          <w:szCs w:val="28"/>
          <w:lang w:val="kk-KZ"/>
        </w:rPr>
        <w:t xml:space="preserve"> </w:t>
      </w:r>
      <w:r w:rsidRPr="000C105B">
        <w:rPr>
          <w:rStyle w:val="ypks7kbdpwfgdykd3qb9"/>
          <w:rFonts w:cs="Times New Roman"/>
          <w:szCs w:val="28"/>
          <w:lang w:val="kk-KZ"/>
        </w:rPr>
        <w:t>ашылу</w:t>
      </w:r>
      <w:r w:rsidRPr="000C105B">
        <w:rPr>
          <w:rFonts w:cs="Times New Roman"/>
          <w:szCs w:val="28"/>
          <w:lang w:val="kk-KZ"/>
        </w:rPr>
        <w:t xml:space="preserve"> </w:t>
      </w:r>
      <w:r w:rsidRPr="000C105B">
        <w:rPr>
          <w:rStyle w:val="ypks7kbdpwfgdykd3qb9"/>
          <w:rFonts w:cs="Times New Roman"/>
          <w:szCs w:val="28"/>
          <w:lang w:val="kk-KZ"/>
        </w:rPr>
        <w:t xml:space="preserve">күні </w:t>
      </w:r>
    </w:p>
    <w:tbl>
      <w:tblPr>
        <w:tblStyle w:val="aff0"/>
        <w:tblW w:w="0" w:type="auto"/>
        <w:jc w:val="center"/>
        <w:tblLook w:val="04A0" w:firstRow="1" w:lastRow="0" w:firstColumn="1" w:lastColumn="0" w:noHBand="0" w:noVBand="1"/>
      </w:tblPr>
      <w:tblGrid>
        <w:gridCol w:w="2834"/>
        <w:gridCol w:w="6795"/>
      </w:tblGrid>
      <w:tr w:rsidR="000D3D7F" w:rsidRPr="000C105B" w14:paraId="0BB3FC9F" w14:textId="77777777" w:rsidTr="000D3D7F">
        <w:trPr>
          <w:tblHeader/>
          <w:jc w:val="center"/>
        </w:trPr>
        <w:tc>
          <w:tcPr>
            <w:tcW w:w="2835" w:type="dxa"/>
            <w:shd w:val="clear" w:color="auto" w:fill="D6E3BC" w:themeFill="accent3" w:themeFillTint="66"/>
            <w:vAlign w:val="center"/>
          </w:tcPr>
          <w:p w14:paraId="01A45FE8" w14:textId="3D50A7ED" w:rsidR="000D3D7F" w:rsidRPr="000C105B" w:rsidRDefault="00E40251" w:rsidP="003A58BF">
            <w:pPr>
              <w:ind w:firstLine="0"/>
              <w:jc w:val="center"/>
              <w:rPr>
                <w:rFonts w:cs="Times New Roman"/>
                <w:b/>
                <w:bCs/>
                <w:szCs w:val="28"/>
                <w:lang w:val="kk-KZ"/>
              </w:rPr>
            </w:pPr>
            <w:r w:rsidRPr="000C105B">
              <w:rPr>
                <w:rFonts w:cs="Times New Roman"/>
                <w:b/>
                <w:bCs/>
                <w:szCs w:val="28"/>
                <w:lang w:val="kk-KZ"/>
              </w:rPr>
              <w:t>Күннің құрамдас бөлігі</w:t>
            </w:r>
          </w:p>
        </w:tc>
        <w:tc>
          <w:tcPr>
            <w:tcW w:w="6803" w:type="dxa"/>
            <w:shd w:val="clear" w:color="auto" w:fill="D6E3BC" w:themeFill="accent3" w:themeFillTint="66"/>
            <w:vAlign w:val="center"/>
          </w:tcPr>
          <w:p w14:paraId="19FFF703" w14:textId="244AA09D" w:rsidR="000D3D7F" w:rsidRPr="000C105B" w:rsidRDefault="000D3D7F" w:rsidP="003A58BF">
            <w:pPr>
              <w:ind w:firstLine="0"/>
              <w:jc w:val="center"/>
              <w:rPr>
                <w:rFonts w:cs="Times New Roman"/>
                <w:b/>
                <w:szCs w:val="28"/>
                <w:lang w:val="kk-KZ"/>
              </w:rPr>
            </w:pPr>
            <w:r w:rsidRPr="000C105B">
              <w:rPr>
                <w:rFonts w:cs="Times New Roman"/>
                <w:b/>
                <w:szCs w:val="28"/>
                <w:lang w:val="kk-KZ"/>
              </w:rPr>
              <w:t>Мазмұны</w:t>
            </w:r>
          </w:p>
        </w:tc>
      </w:tr>
      <w:tr w:rsidR="000D3D7F" w:rsidRPr="009D55B3" w14:paraId="33A29886" w14:textId="77777777" w:rsidTr="00D031DC">
        <w:trPr>
          <w:jc w:val="center"/>
        </w:trPr>
        <w:tc>
          <w:tcPr>
            <w:tcW w:w="2835" w:type="dxa"/>
            <w:vAlign w:val="center"/>
          </w:tcPr>
          <w:p w14:paraId="12EF062A" w14:textId="4ECB2331" w:rsidR="000D3D7F" w:rsidRPr="000C105B" w:rsidRDefault="000D3D7F" w:rsidP="003A58BF">
            <w:pPr>
              <w:ind w:firstLine="0"/>
              <w:jc w:val="both"/>
              <w:rPr>
                <w:rFonts w:cs="Times New Roman"/>
                <w:szCs w:val="28"/>
                <w:lang w:val="kk-KZ"/>
              </w:rPr>
            </w:pPr>
            <w:r w:rsidRPr="000C105B">
              <w:rPr>
                <w:rFonts w:cs="Times New Roman"/>
                <w:szCs w:val="28"/>
                <w:lang w:val="kk-KZ"/>
              </w:rPr>
              <w:t>Дамытушы / жобалық / зерттеушілік / шығармашылық сабақтар (кемінде 2)</w:t>
            </w:r>
          </w:p>
        </w:tc>
        <w:tc>
          <w:tcPr>
            <w:tcW w:w="6803" w:type="dxa"/>
            <w:vAlign w:val="center"/>
          </w:tcPr>
          <w:p w14:paraId="154282DA" w14:textId="754234B2" w:rsidR="000D3D7F" w:rsidRPr="000C105B" w:rsidRDefault="009D55B3" w:rsidP="003A58BF">
            <w:pPr>
              <w:ind w:firstLine="0"/>
              <w:jc w:val="both"/>
              <w:rPr>
                <w:rFonts w:cs="Times New Roman"/>
                <w:szCs w:val="28"/>
                <w:lang w:val="kk-KZ"/>
              </w:rPr>
            </w:pPr>
            <w:r>
              <w:rPr>
                <w:rFonts w:cs="Times New Roman"/>
                <w:szCs w:val="28"/>
                <w:lang w:val="kk-KZ"/>
              </w:rPr>
              <w:t>БСЛ</w:t>
            </w:r>
            <w:r w:rsidR="000D3D7F" w:rsidRPr="000C105B">
              <w:rPr>
                <w:rFonts w:cs="Times New Roman"/>
                <w:szCs w:val="28"/>
                <w:lang w:val="kk-KZ"/>
              </w:rPr>
              <w:t xml:space="preserve"> аумағымен, болу ережелерімен және тілдік ауысым идеясымен танысу. </w:t>
            </w:r>
            <w:r w:rsidR="000D3D7F" w:rsidRPr="000C105B">
              <w:rPr>
                <w:rFonts w:cs="Times New Roman"/>
                <w:szCs w:val="28"/>
                <w:lang w:val="kk-KZ"/>
              </w:rPr>
              <w:br/>
              <w:t>«Менің тілдік маршрутым» дамытушы ойыны: қызығушылықтар, күтілімдер, тілдік тәжірибе.</w:t>
            </w:r>
          </w:p>
        </w:tc>
      </w:tr>
      <w:tr w:rsidR="000D3D7F" w:rsidRPr="003A58BF" w14:paraId="31C15841" w14:textId="77777777" w:rsidTr="00D031DC">
        <w:trPr>
          <w:jc w:val="center"/>
        </w:trPr>
        <w:tc>
          <w:tcPr>
            <w:tcW w:w="2835" w:type="dxa"/>
            <w:vAlign w:val="center"/>
          </w:tcPr>
          <w:p w14:paraId="7FC21069" w14:textId="749622C8" w:rsidR="000D3D7F" w:rsidRPr="000C105B" w:rsidRDefault="000D3D7F" w:rsidP="003A58BF">
            <w:pPr>
              <w:ind w:firstLine="0"/>
              <w:jc w:val="both"/>
              <w:rPr>
                <w:rFonts w:cs="Times New Roman"/>
                <w:szCs w:val="28"/>
                <w:lang w:val="kk-KZ"/>
              </w:rPr>
            </w:pPr>
            <w:r w:rsidRPr="000C105B">
              <w:rPr>
                <w:rFonts w:cs="Times New Roman"/>
                <w:szCs w:val="28"/>
                <w:lang w:val="kk-KZ"/>
              </w:rPr>
              <w:t>Практикаға бағытталған сабақтар (кемінде 2)</w:t>
            </w:r>
          </w:p>
        </w:tc>
        <w:tc>
          <w:tcPr>
            <w:tcW w:w="6803" w:type="dxa"/>
            <w:vAlign w:val="center"/>
          </w:tcPr>
          <w:p w14:paraId="3ECBF6A1" w14:textId="4166610C" w:rsidR="000D3D7F" w:rsidRPr="000C105B" w:rsidRDefault="000D3D7F" w:rsidP="003A58BF">
            <w:pPr>
              <w:ind w:firstLine="0"/>
              <w:jc w:val="both"/>
              <w:rPr>
                <w:rFonts w:cs="Times New Roman"/>
                <w:szCs w:val="28"/>
                <w:lang w:val="kk-KZ"/>
              </w:rPr>
            </w:pPr>
            <w:r w:rsidRPr="000C105B">
              <w:rPr>
                <w:rFonts w:cs="Times New Roman"/>
                <w:szCs w:val="28"/>
                <w:lang w:val="kk-KZ"/>
              </w:rPr>
              <w:t xml:space="preserve">Қауіпсіздік, өрт қауіпсіздігі, санитарлық-гигиеналық ережелер және күн тәртібі бойынша нұсқамалар. «Қатысушының тілдік паспорты» практикалық жұмысы: аты-жөні, қызығушылықтары, тілдік мақсат, сәлемдесу </w:t>
            </w:r>
            <w:r w:rsidR="000F1161" w:rsidRPr="000C105B">
              <w:rPr>
                <w:rFonts w:cs="Times New Roman"/>
                <w:szCs w:val="28"/>
                <w:lang w:val="kk-KZ"/>
              </w:rPr>
              <w:t>сөйлемдері</w:t>
            </w:r>
            <w:r w:rsidRPr="000C105B">
              <w:rPr>
                <w:rFonts w:cs="Times New Roman"/>
                <w:szCs w:val="28"/>
                <w:lang w:val="kk-KZ"/>
              </w:rPr>
              <w:t>.</w:t>
            </w:r>
          </w:p>
        </w:tc>
      </w:tr>
      <w:tr w:rsidR="000D3D7F" w:rsidRPr="003A58BF" w14:paraId="17965FE9" w14:textId="77777777" w:rsidTr="00D031DC">
        <w:trPr>
          <w:jc w:val="center"/>
        </w:trPr>
        <w:tc>
          <w:tcPr>
            <w:tcW w:w="2835" w:type="dxa"/>
            <w:vAlign w:val="center"/>
          </w:tcPr>
          <w:p w14:paraId="61638051" w14:textId="66EC8023" w:rsidR="000D3D7F" w:rsidRPr="000C105B" w:rsidRDefault="000D3D7F" w:rsidP="003A58BF">
            <w:pPr>
              <w:ind w:firstLine="0"/>
              <w:jc w:val="both"/>
              <w:rPr>
                <w:rFonts w:cs="Times New Roman"/>
                <w:szCs w:val="28"/>
                <w:lang w:val="kk-KZ"/>
              </w:rPr>
            </w:pPr>
            <w:r w:rsidRPr="000C105B">
              <w:rPr>
                <w:rFonts w:cs="Times New Roman"/>
                <w:szCs w:val="28"/>
                <w:lang w:val="kk-KZ"/>
              </w:rPr>
              <w:t>Тәрбиелік іс-шаралар және жобалар (кемінде 2)</w:t>
            </w:r>
          </w:p>
        </w:tc>
        <w:tc>
          <w:tcPr>
            <w:tcW w:w="6803" w:type="dxa"/>
            <w:vAlign w:val="center"/>
          </w:tcPr>
          <w:p w14:paraId="15E5450A" w14:textId="33CDAC43" w:rsidR="000D3D7F" w:rsidRPr="000C105B" w:rsidRDefault="000D3D7F" w:rsidP="003A58BF">
            <w:pPr>
              <w:ind w:firstLine="0"/>
              <w:jc w:val="both"/>
              <w:rPr>
                <w:rFonts w:cs="Times New Roman"/>
                <w:szCs w:val="28"/>
                <w:lang w:val="kk-KZ"/>
              </w:rPr>
            </w:pPr>
            <w:r w:rsidRPr="000C105B">
              <w:rPr>
                <w:rFonts w:cs="Times New Roman"/>
                <w:szCs w:val="28"/>
                <w:lang w:val="kk-KZ"/>
              </w:rPr>
              <w:t xml:space="preserve">«Тіл әлемі» салтанатты ашылуы. </w:t>
            </w:r>
            <w:r w:rsidRPr="000C105B">
              <w:rPr>
                <w:rFonts w:cs="Times New Roman"/>
                <w:szCs w:val="28"/>
                <w:lang w:val="kk-KZ"/>
              </w:rPr>
              <w:br/>
              <w:t xml:space="preserve">«Тілдік </w:t>
            </w:r>
            <w:r w:rsidR="009D55B3">
              <w:rPr>
                <w:rFonts w:cs="Times New Roman"/>
                <w:szCs w:val="28"/>
                <w:lang w:val="kk-KZ"/>
              </w:rPr>
              <w:t>БСЛ</w:t>
            </w:r>
            <w:r w:rsidRPr="000C105B">
              <w:rPr>
                <w:rFonts w:cs="Times New Roman"/>
                <w:szCs w:val="28"/>
                <w:lang w:val="kk-KZ"/>
              </w:rPr>
              <w:t xml:space="preserve"> күтілімдерім» атты кешкі </w:t>
            </w:r>
            <w:r w:rsidR="000F1161" w:rsidRPr="000C105B">
              <w:rPr>
                <w:rFonts w:cs="Times New Roman"/>
                <w:szCs w:val="28"/>
                <w:lang w:val="kk-KZ"/>
              </w:rPr>
              <w:t>кері байланыс.</w:t>
            </w:r>
          </w:p>
        </w:tc>
      </w:tr>
      <w:tr w:rsidR="000D3D7F" w:rsidRPr="003A58BF" w14:paraId="6BFEAB5F" w14:textId="77777777" w:rsidTr="00D031DC">
        <w:trPr>
          <w:jc w:val="center"/>
        </w:trPr>
        <w:tc>
          <w:tcPr>
            <w:tcW w:w="2835" w:type="dxa"/>
            <w:vAlign w:val="center"/>
          </w:tcPr>
          <w:p w14:paraId="7EEA27DC" w14:textId="065874FF" w:rsidR="000D3D7F" w:rsidRPr="000C105B" w:rsidRDefault="000D3D7F" w:rsidP="003A58BF">
            <w:pPr>
              <w:ind w:firstLine="0"/>
              <w:jc w:val="both"/>
              <w:rPr>
                <w:rFonts w:cs="Times New Roman"/>
                <w:szCs w:val="28"/>
                <w:lang w:val="kk-KZ"/>
              </w:rPr>
            </w:pPr>
            <w:r w:rsidRPr="000C105B">
              <w:rPr>
                <w:rFonts w:cs="Times New Roman"/>
                <w:szCs w:val="28"/>
                <w:lang w:val="kk-KZ"/>
              </w:rPr>
              <w:t>Сауықтыру модулі (күніне 3 академиялық сағатқа дейін)</w:t>
            </w:r>
          </w:p>
        </w:tc>
        <w:tc>
          <w:tcPr>
            <w:tcW w:w="6803" w:type="dxa"/>
            <w:vAlign w:val="center"/>
          </w:tcPr>
          <w:p w14:paraId="7808284B" w14:textId="4CFD0E73" w:rsidR="000D3D7F" w:rsidRPr="000C105B" w:rsidRDefault="000D3D7F" w:rsidP="003A58BF">
            <w:pPr>
              <w:ind w:firstLine="0"/>
              <w:jc w:val="both"/>
              <w:rPr>
                <w:rFonts w:cs="Times New Roman"/>
                <w:szCs w:val="28"/>
                <w:lang w:val="kk-KZ"/>
              </w:rPr>
            </w:pPr>
            <w:r w:rsidRPr="000C105B">
              <w:rPr>
                <w:rFonts w:cs="Times New Roman"/>
                <w:szCs w:val="28"/>
                <w:lang w:val="kk-KZ"/>
              </w:rPr>
              <w:t>Таңғы/бейімделу жаттығуы, аумақ бойынша серуен, танысуға арналған қимылды ойындар.</w:t>
            </w:r>
          </w:p>
        </w:tc>
      </w:tr>
      <w:tr w:rsidR="000D3D7F" w:rsidRPr="003A58BF" w14:paraId="10BE320C" w14:textId="77777777" w:rsidTr="00D031DC">
        <w:trPr>
          <w:jc w:val="center"/>
        </w:trPr>
        <w:tc>
          <w:tcPr>
            <w:tcW w:w="2835" w:type="dxa"/>
            <w:vAlign w:val="center"/>
          </w:tcPr>
          <w:p w14:paraId="24014B88" w14:textId="39FB8272" w:rsidR="000D3D7F" w:rsidRPr="000C105B" w:rsidRDefault="000D3D7F" w:rsidP="003A58BF">
            <w:pPr>
              <w:ind w:firstLine="0"/>
              <w:jc w:val="both"/>
              <w:rPr>
                <w:rFonts w:cs="Times New Roman"/>
                <w:szCs w:val="28"/>
                <w:lang w:val="kk-KZ"/>
              </w:rPr>
            </w:pPr>
            <w:r w:rsidRPr="000C105B">
              <w:rPr>
                <w:rFonts w:cs="Times New Roman"/>
                <w:szCs w:val="28"/>
                <w:lang w:val="kk-KZ"/>
              </w:rPr>
              <w:t>Күннің күтілетін нәтижесі</w:t>
            </w:r>
          </w:p>
        </w:tc>
        <w:tc>
          <w:tcPr>
            <w:tcW w:w="6803" w:type="dxa"/>
            <w:vAlign w:val="center"/>
          </w:tcPr>
          <w:p w14:paraId="60BB6929" w14:textId="164B9DAC" w:rsidR="000D3D7F" w:rsidRPr="000C105B" w:rsidRDefault="000D3D7F" w:rsidP="003A58BF">
            <w:pPr>
              <w:ind w:firstLine="0"/>
              <w:jc w:val="both"/>
              <w:rPr>
                <w:rFonts w:cs="Times New Roman"/>
                <w:szCs w:val="28"/>
                <w:lang w:val="kk-KZ"/>
              </w:rPr>
            </w:pPr>
            <w:r w:rsidRPr="000C105B">
              <w:rPr>
                <w:rFonts w:cs="Times New Roman"/>
                <w:szCs w:val="28"/>
                <w:lang w:val="kk-KZ"/>
              </w:rPr>
              <w:t>Қатысушылар ережелермен танысады, ұжымға бейімделеді және жеке тілдік мақсаттарын анықтайды.</w:t>
            </w:r>
          </w:p>
        </w:tc>
      </w:tr>
    </w:tbl>
    <w:p w14:paraId="6B92BC44" w14:textId="57F0242A" w:rsidR="00B9286B" w:rsidRPr="000C105B" w:rsidRDefault="00451503" w:rsidP="003A58BF">
      <w:pPr>
        <w:pStyle w:val="31"/>
        <w:spacing w:before="0" w:after="0"/>
        <w:ind w:firstLine="720"/>
        <w:rPr>
          <w:rFonts w:eastAsia="Times New Roman" w:cs="Times New Roman"/>
          <w:szCs w:val="28"/>
          <w:lang w:val="kk-KZ"/>
        </w:rPr>
      </w:pPr>
      <w:r w:rsidRPr="000C105B">
        <w:rPr>
          <w:rStyle w:val="ypks7kbdpwfgdykd3qb9"/>
          <w:rFonts w:cs="Times New Roman"/>
          <w:szCs w:val="28"/>
          <w:lang w:val="kk-KZ"/>
        </w:rPr>
        <w:t>2</w:t>
      </w:r>
      <w:r w:rsidRPr="000C105B">
        <w:rPr>
          <w:rFonts w:cs="Times New Roman"/>
          <w:szCs w:val="28"/>
          <w:lang w:val="kk-KZ"/>
        </w:rPr>
        <w:t xml:space="preserve"> </w:t>
      </w:r>
      <w:r w:rsidRPr="000C105B">
        <w:rPr>
          <w:rStyle w:val="ypks7kbdpwfgdykd3qb9"/>
          <w:rFonts w:cs="Times New Roman"/>
          <w:szCs w:val="28"/>
          <w:lang w:val="kk-KZ"/>
        </w:rPr>
        <w:t>күн.</w:t>
      </w:r>
      <w:r w:rsidRPr="000C105B">
        <w:rPr>
          <w:rFonts w:cs="Times New Roman"/>
          <w:szCs w:val="28"/>
          <w:lang w:val="kk-KZ"/>
        </w:rPr>
        <w:t xml:space="preserve"> </w:t>
      </w:r>
      <w:r w:rsidRPr="000C105B">
        <w:rPr>
          <w:rStyle w:val="ypks7kbdpwfgdykd3qb9"/>
          <w:rFonts w:cs="Times New Roman"/>
          <w:szCs w:val="28"/>
          <w:lang w:val="kk-KZ"/>
        </w:rPr>
        <w:t>«Тілдік</w:t>
      </w:r>
      <w:r w:rsidRPr="000C105B">
        <w:rPr>
          <w:rFonts w:cs="Times New Roman"/>
          <w:szCs w:val="28"/>
          <w:lang w:val="kk-KZ"/>
        </w:rPr>
        <w:t xml:space="preserve"> </w:t>
      </w:r>
      <w:r w:rsidRPr="000C105B">
        <w:rPr>
          <w:rStyle w:val="ypks7kbdpwfgdykd3qb9"/>
          <w:rFonts w:cs="Times New Roman"/>
          <w:szCs w:val="28"/>
          <w:lang w:val="kk-KZ"/>
        </w:rPr>
        <w:t>команда»</w:t>
      </w:r>
      <w:r w:rsidRPr="000C105B">
        <w:rPr>
          <w:rFonts w:cs="Times New Roman"/>
          <w:szCs w:val="28"/>
          <w:lang w:val="kk-KZ"/>
        </w:rPr>
        <w:t xml:space="preserve"> </w:t>
      </w:r>
      <w:r w:rsidRPr="000C105B">
        <w:rPr>
          <w:rStyle w:val="ypks7kbdpwfgdykd3qb9"/>
          <w:rFonts w:cs="Times New Roman"/>
          <w:szCs w:val="28"/>
          <w:lang w:val="kk-KZ"/>
        </w:rPr>
        <w:t>-</w:t>
      </w:r>
      <w:r w:rsidRPr="000C105B">
        <w:rPr>
          <w:rFonts w:cs="Times New Roman"/>
          <w:szCs w:val="28"/>
          <w:lang w:val="kk-KZ"/>
        </w:rPr>
        <w:t xml:space="preserve"> </w:t>
      </w:r>
      <w:r w:rsidRPr="000C105B">
        <w:rPr>
          <w:rStyle w:val="ypks7kbdpwfgdykd3qb9"/>
          <w:rFonts w:cs="Times New Roman"/>
          <w:szCs w:val="28"/>
          <w:lang w:val="kk-KZ"/>
        </w:rPr>
        <w:t>тілдік</w:t>
      </w:r>
      <w:r w:rsidRPr="000C105B">
        <w:rPr>
          <w:rFonts w:cs="Times New Roman"/>
          <w:szCs w:val="28"/>
          <w:lang w:val="kk-KZ"/>
        </w:rPr>
        <w:t xml:space="preserve"> </w:t>
      </w:r>
      <w:r w:rsidRPr="000C105B">
        <w:rPr>
          <w:rStyle w:val="ypks7kbdpwfgdykd3qb9"/>
          <w:rFonts w:cs="Times New Roman"/>
          <w:szCs w:val="28"/>
          <w:lang w:val="kk-KZ"/>
        </w:rPr>
        <w:t>команда</w:t>
      </w:r>
      <w:r w:rsidRPr="000C105B">
        <w:rPr>
          <w:rFonts w:cs="Times New Roman"/>
          <w:szCs w:val="28"/>
          <w:lang w:val="kk-KZ"/>
        </w:rPr>
        <w:t xml:space="preserve"> </w:t>
      </w:r>
      <w:r w:rsidRPr="000C105B">
        <w:rPr>
          <w:rStyle w:val="ypks7kbdpwfgdykd3qb9"/>
          <w:rFonts w:cs="Times New Roman"/>
          <w:szCs w:val="28"/>
          <w:lang w:val="kk-KZ"/>
        </w:rPr>
        <w:t xml:space="preserve">күні </w:t>
      </w:r>
    </w:p>
    <w:p w14:paraId="143ED397" w14:textId="77777777" w:rsidR="00451503" w:rsidRPr="000C105B" w:rsidRDefault="00451503" w:rsidP="003A58BF">
      <w:pPr>
        <w:rPr>
          <w:rFonts w:cs="Times New Roman"/>
          <w:szCs w:val="28"/>
          <w:lang w:val="kk-KZ"/>
        </w:rPr>
      </w:pPr>
    </w:p>
    <w:tbl>
      <w:tblPr>
        <w:tblStyle w:val="aff0"/>
        <w:tblW w:w="0" w:type="auto"/>
        <w:jc w:val="center"/>
        <w:tblLook w:val="04A0" w:firstRow="1" w:lastRow="0" w:firstColumn="1" w:lastColumn="0" w:noHBand="0" w:noVBand="1"/>
      </w:tblPr>
      <w:tblGrid>
        <w:gridCol w:w="2834"/>
        <w:gridCol w:w="6795"/>
      </w:tblGrid>
      <w:tr w:rsidR="00451503" w:rsidRPr="000C105B" w14:paraId="3370CEBD" w14:textId="77777777" w:rsidTr="00D031DC">
        <w:trPr>
          <w:tblHeader/>
          <w:jc w:val="center"/>
        </w:trPr>
        <w:tc>
          <w:tcPr>
            <w:tcW w:w="2835" w:type="dxa"/>
            <w:shd w:val="clear" w:color="auto" w:fill="D9EAD3"/>
          </w:tcPr>
          <w:p w14:paraId="774D6899" w14:textId="6707F921" w:rsidR="00451503" w:rsidRPr="000C105B" w:rsidRDefault="00E40251" w:rsidP="003A58BF">
            <w:pPr>
              <w:ind w:firstLine="0"/>
              <w:rPr>
                <w:rFonts w:cs="Times New Roman"/>
                <w:szCs w:val="28"/>
                <w:lang w:val="kk-KZ"/>
              </w:rPr>
            </w:pPr>
            <w:r w:rsidRPr="000C105B">
              <w:rPr>
                <w:rFonts w:cs="Times New Roman"/>
                <w:szCs w:val="28"/>
                <w:lang w:val="kk-KZ"/>
              </w:rPr>
              <w:t>Күннің құрамдас бөлігі</w:t>
            </w:r>
          </w:p>
        </w:tc>
        <w:tc>
          <w:tcPr>
            <w:tcW w:w="6803" w:type="dxa"/>
            <w:shd w:val="clear" w:color="auto" w:fill="D9EAD3"/>
          </w:tcPr>
          <w:p w14:paraId="6FB2A4FF" w14:textId="1AC5394F" w:rsidR="00451503" w:rsidRPr="000C105B" w:rsidRDefault="00451503" w:rsidP="003A58BF">
            <w:pPr>
              <w:ind w:firstLine="0"/>
              <w:rPr>
                <w:rFonts w:cs="Times New Roman"/>
                <w:szCs w:val="28"/>
                <w:lang w:val="kk-KZ"/>
              </w:rPr>
            </w:pPr>
            <w:r w:rsidRPr="000C105B">
              <w:rPr>
                <w:rFonts w:cs="Times New Roman"/>
                <w:szCs w:val="28"/>
                <w:lang w:val="kk-KZ"/>
              </w:rPr>
              <w:t>Мазмұны</w:t>
            </w:r>
          </w:p>
        </w:tc>
      </w:tr>
      <w:tr w:rsidR="00451503" w:rsidRPr="003A58BF" w14:paraId="4B5E78B1" w14:textId="77777777">
        <w:trPr>
          <w:jc w:val="center"/>
        </w:trPr>
        <w:tc>
          <w:tcPr>
            <w:tcW w:w="2835" w:type="dxa"/>
          </w:tcPr>
          <w:p w14:paraId="09B7E522" w14:textId="41007525" w:rsidR="00451503" w:rsidRPr="000C105B" w:rsidRDefault="00451503" w:rsidP="003A58BF">
            <w:pPr>
              <w:ind w:firstLine="0"/>
              <w:rPr>
                <w:rFonts w:cs="Times New Roman"/>
                <w:szCs w:val="28"/>
                <w:lang w:val="kk-KZ"/>
              </w:rPr>
            </w:pPr>
            <w:r w:rsidRPr="000C105B">
              <w:rPr>
                <w:rFonts w:cs="Times New Roman"/>
                <w:szCs w:val="28"/>
                <w:lang w:val="kk-KZ"/>
              </w:rPr>
              <w:t>Дамытушы / жобалық / зерттеушілік / шығармашылық сабақтар (кемінде 2)</w:t>
            </w:r>
          </w:p>
        </w:tc>
        <w:tc>
          <w:tcPr>
            <w:tcW w:w="6803" w:type="dxa"/>
          </w:tcPr>
          <w:p w14:paraId="52D4DE3C" w14:textId="1765243D" w:rsidR="00451503" w:rsidRPr="000C105B" w:rsidRDefault="00451503" w:rsidP="003A58BF">
            <w:pPr>
              <w:ind w:firstLine="0"/>
              <w:jc w:val="both"/>
              <w:rPr>
                <w:rFonts w:cs="Times New Roman"/>
                <w:szCs w:val="28"/>
                <w:lang w:val="kk-KZ"/>
              </w:rPr>
            </w:pPr>
            <w:r w:rsidRPr="000C105B">
              <w:rPr>
                <w:rFonts w:cs="Times New Roman"/>
                <w:szCs w:val="28"/>
                <w:lang w:val="kk-KZ"/>
              </w:rPr>
              <w:t>«Сөз аз болса да қалай қарым-қатынас жасауға болады» дамытушы сабағы.</w:t>
            </w:r>
            <w:r w:rsidR="00A2358A" w:rsidRPr="000C105B">
              <w:rPr>
                <w:rFonts w:cs="Times New Roman"/>
                <w:szCs w:val="28"/>
                <w:lang w:val="kk-KZ"/>
              </w:rPr>
              <w:t xml:space="preserve"> • Сәлемдесу, сұрақ қою және өзара танысуға арналған командалық тілдік ойын.</w:t>
            </w:r>
          </w:p>
        </w:tc>
      </w:tr>
      <w:tr w:rsidR="00451503" w:rsidRPr="000C105B" w14:paraId="456E066C" w14:textId="77777777">
        <w:trPr>
          <w:jc w:val="center"/>
        </w:trPr>
        <w:tc>
          <w:tcPr>
            <w:tcW w:w="2835" w:type="dxa"/>
          </w:tcPr>
          <w:p w14:paraId="0248F06D" w14:textId="3B350672" w:rsidR="00451503" w:rsidRPr="000C105B" w:rsidRDefault="00E61FD4" w:rsidP="003A58BF">
            <w:pPr>
              <w:ind w:firstLine="0"/>
              <w:rPr>
                <w:rFonts w:cs="Times New Roman"/>
                <w:szCs w:val="28"/>
                <w:lang w:val="kk-KZ"/>
              </w:rPr>
            </w:pPr>
            <w:r w:rsidRPr="000C105B">
              <w:rPr>
                <w:rFonts w:cs="Times New Roman"/>
                <w:szCs w:val="28"/>
                <w:lang w:val="kk-KZ"/>
              </w:rPr>
              <w:t>Тәжірибеге</w:t>
            </w:r>
            <w:r w:rsidR="00451503" w:rsidRPr="000C105B">
              <w:rPr>
                <w:rFonts w:cs="Times New Roman"/>
                <w:szCs w:val="28"/>
                <w:lang w:val="kk-KZ"/>
              </w:rPr>
              <w:t xml:space="preserve"> бағытталған сабақтар (кемінде 2)</w:t>
            </w:r>
          </w:p>
        </w:tc>
        <w:tc>
          <w:tcPr>
            <w:tcW w:w="6803" w:type="dxa"/>
          </w:tcPr>
          <w:p w14:paraId="78D95A66" w14:textId="7DE04CB7" w:rsidR="00451503" w:rsidRPr="000C105B" w:rsidRDefault="00A2358A" w:rsidP="003A58BF">
            <w:pPr>
              <w:ind w:firstLine="0"/>
              <w:jc w:val="both"/>
              <w:rPr>
                <w:rFonts w:cs="Times New Roman"/>
                <w:szCs w:val="28"/>
                <w:lang w:val="kk-KZ"/>
              </w:rPr>
            </w:pPr>
            <w:r w:rsidRPr="000C105B">
              <w:rPr>
                <w:rFonts w:cs="Times New Roman"/>
                <w:szCs w:val="28"/>
                <w:lang w:val="kk-KZ"/>
              </w:rPr>
              <w:t xml:space="preserve">«Командадағы тілдік рөлдер» тренингі: спикер, аудармашы, дизайнер, жүргізуші, көмекші. </w:t>
            </w:r>
            <w:r w:rsidRPr="000C105B">
              <w:rPr>
                <w:rFonts w:cs="Times New Roman"/>
                <w:szCs w:val="28"/>
                <w:lang w:val="kk-KZ"/>
              </w:rPr>
              <w:br/>
              <w:t>«</w:t>
            </w:r>
            <w:r w:rsidR="009D55B3">
              <w:rPr>
                <w:rFonts w:cs="Times New Roman"/>
                <w:szCs w:val="28"/>
                <w:lang w:val="kk-KZ"/>
              </w:rPr>
              <w:t>ағылшын</w:t>
            </w:r>
            <w:r w:rsidR="009D55B3" w:rsidRPr="000C105B">
              <w:rPr>
                <w:rFonts w:cs="Times New Roman"/>
                <w:szCs w:val="28"/>
                <w:lang w:val="kk-KZ"/>
              </w:rPr>
              <w:t xml:space="preserve"> </w:t>
            </w:r>
            <w:r w:rsidRPr="000C105B">
              <w:rPr>
                <w:rFonts w:cs="Times New Roman"/>
                <w:szCs w:val="28"/>
                <w:lang w:val="kk-KZ"/>
              </w:rPr>
              <w:t>тілде жасақ визиткасы» практикумы.</w:t>
            </w:r>
          </w:p>
        </w:tc>
      </w:tr>
      <w:tr w:rsidR="00451503" w:rsidRPr="003A58BF" w14:paraId="241357A3" w14:textId="77777777">
        <w:trPr>
          <w:jc w:val="center"/>
        </w:trPr>
        <w:tc>
          <w:tcPr>
            <w:tcW w:w="2835" w:type="dxa"/>
          </w:tcPr>
          <w:p w14:paraId="28F93161" w14:textId="69C65AD1" w:rsidR="00451503" w:rsidRPr="000C105B" w:rsidRDefault="00451503" w:rsidP="003A58BF">
            <w:pPr>
              <w:ind w:firstLine="0"/>
              <w:rPr>
                <w:rFonts w:cs="Times New Roman"/>
                <w:szCs w:val="28"/>
                <w:lang w:val="kk-KZ"/>
              </w:rPr>
            </w:pPr>
            <w:r w:rsidRPr="000C105B">
              <w:rPr>
                <w:rFonts w:cs="Times New Roman"/>
                <w:szCs w:val="28"/>
                <w:lang w:val="kk-KZ"/>
              </w:rPr>
              <w:t>Тәрбиелік іс-шаралар және жобалар (кемінде 2)</w:t>
            </w:r>
          </w:p>
        </w:tc>
        <w:tc>
          <w:tcPr>
            <w:tcW w:w="6803" w:type="dxa"/>
          </w:tcPr>
          <w:p w14:paraId="386F621A" w14:textId="5B9FC8AB" w:rsidR="00451503" w:rsidRPr="000C105B" w:rsidRDefault="00A2358A" w:rsidP="003A58BF">
            <w:pPr>
              <w:ind w:firstLine="0"/>
              <w:jc w:val="both"/>
              <w:rPr>
                <w:rFonts w:cs="Times New Roman"/>
                <w:szCs w:val="28"/>
                <w:lang w:val="kk-KZ"/>
              </w:rPr>
            </w:pPr>
            <w:r w:rsidRPr="000C105B">
              <w:rPr>
                <w:rFonts w:cs="Times New Roman"/>
                <w:szCs w:val="28"/>
                <w:lang w:val="kk-KZ"/>
              </w:rPr>
              <w:t xml:space="preserve">«Қарым-қатынаста құрмет, қолдау және қателесуге құқық» тәрбиелік іс-шарасы. </w:t>
            </w:r>
            <w:r w:rsidRPr="000C105B">
              <w:rPr>
                <w:rFonts w:cs="Times New Roman"/>
                <w:szCs w:val="28"/>
                <w:lang w:val="kk-KZ"/>
              </w:rPr>
              <w:br/>
              <w:t>«We are a team / Біз біргеміз» жасақ визиткаларын таныстыру кеші.</w:t>
            </w:r>
          </w:p>
        </w:tc>
      </w:tr>
      <w:tr w:rsidR="00451503" w:rsidRPr="003A58BF" w14:paraId="62EB1D90" w14:textId="77777777">
        <w:trPr>
          <w:jc w:val="center"/>
        </w:trPr>
        <w:tc>
          <w:tcPr>
            <w:tcW w:w="2835" w:type="dxa"/>
          </w:tcPr>
          <w:p w14:paraId="1515DA0A" w14:textId="395C322D" w:rsidR="00451503" w:rsidRPr="000C105B" w:rsidRDefault="00A2358A" w:rsidP="003A58BF">
            <w:pPr>
              <w:ind w:firstLine="0"/>
              <w:rPr>
                <w:rFonts w:cs="Times New Roman"/>
                <w:szCs w:val="28"/>
                <w:lang w:val="kk-KZ"/>
              </w:rPr>
            </w:pPr>
            <w:r w:rsidRPr="000C105B">
              <w:rPr>
                <w:rFonts w:cs="Times New Roman"/>
                <w:szCs w:val="28"/>
                <w:lang w:val="kk-KZ"/>
              </w:rPr>
              <w:t xml:space="preserve">Сауықтыру модулі (күніне 3 </w:t>
            </w:r>
            <w:r w:rsidRPr="000C105B">
              <w:rPr>
                <w:rFonts w:cs="Times New Roman"/>
                <w:szCs w:val="28"/>
                <w:lang w:val="kk-KZ"/>
              </w:rPr>
              <w:lastRenderedPageBreak/>
              <w:t>академиялық сағатқа дейін)</w:t>
            </w:r>
          </w:p>
        </w:tc>
        <w:tc>
          <w:tcPr>
            <w:tcW w:w="6803" w:type="dxa"/>
          </w:tcPr>
          <w:p w14:paraId="025A729A" w14:textId="4DADC6FF" w:rsidR="00451503" w:rsidRPr="000C105B" w:rsidRDefault="00A2358A" w:rsidP="003A58BF">
            <w:pPr>
              <w:ind w:firstLine="0"/>
              <w:jc w:val="both"/>
              <w:rPr>
                <w:rFonts w:cs="Times New Roman"/>
                <w:szCs w:val="28"/>
                <w:lang w:val="kk-KZ"/>
              </w:rPr>
            </w:pPr>
            <w:r w:rsidRPr="000C105B">
              <w:rPr>
                <w:rFonts w:cs="Times New Roman"/>
                <w:szCs w:val="28"/>
                <w:lang w:val="kk-KZ"/>
              </w:rPr>
              <w:lastRenderedPageBreak/>
              <w:t>Таңғы жаттығу, спорттық эстафета, біріктіруге бағытталған ойындар.</w:t>
            </w:r>
          </w:p>
        </w:tc>
      </w:tr>
      <w:tr w:rsidR="00451503" w:rsidRPr="003A58BF" w14:paraId="68D90559" w14:textId="77777777">
        <w:trPr>
          <w:jc w:val="center"/>
        </w:trPr>
        <w:tc>
          <w:tcPr>
            <w:tcW w:w="2835" w:type="dxa"/>
          </w:tcPr>
          <w:p w14:paraId="70DA102D" w14:textId="65C1E146" w:rsidR="00451503" w:rsidRPr="000C105B" w:rsidRDefault="00A2358A" w:rsidP="003A58BF">
            <w:pPr>
              <w:ind w:firstLine="0"/>
              <w:rPr>
                <w:rFonts w:cs="Times New Roman"/>
                <w:szCs w:val="28"/>
                <w:lang w:val="kk-KZ"/>
              </w:rPr>
            </w:pPr>
            <w:r w:rsidRPr="000C105B">
              <w:rPr>
                <w:rFonts w:cs="Times New Roman"/>
                <w:b/>
                <w:bCs/>
                <w:szCs w:val="28"/>
                <w:lang w:val="kk-KZ"/>
              </w:rPr>
              <w:t>Күннің күтілетін</w:t>
            </w:r>
            <w:r w:rsidRPr="000C105B">
              <w:rPr>
                <w:rFonts w:cs="Times New Roman"/>
                <w:szCs w:val="28"/>
                <w:lang w:val="kk-KZ"/>
              </w:rPr>
              <w:t xml:space="preserve"> нәтижесі</w:t>
            </w:r>
          </w:p>
        </w:tc>
        <w:tc>
          <w:tcPr>
            <w:tcW w:w="6803" w:type="dxa"/>
          </w:tcPr>
          <w:p w14:paraId="78AB90A5" w14:textId="1C285FD3" w:rsidR="00451503" w:rsidRPr="000C105B" w:rsidRDefault="00A2358A" w:rsidP="003A58BF">
            <w:pPr>
              <w:ind w:firstLine="0"/>
              <w:jc w:val="both"/>
              <w:rPr>
                <w:rFonts w:cs="Times New Roman"/>
                <w:szCs w:val="28"/>
                <w:lang w:val="kk-KZ"/>
              </w:rPr>
            </w:pPr>
            <w:r w:rsidRPr="000C105B">
              <w:rPr>
                <w:rFonts w:cs="Times New Roman"/>
                <w:szCs w:val="28"/>
                <w:lang w:val="kk-KZ"/>
              </w:rPr>
              <w:t>Тілдік командалар қалыптастырылады, қатысушылар жасақ визиткасын және қарым-қатынас ережелерін дайындайды.</w:t>
            </w:r>
          </w:p>
        </w:tc>
      </w:tr>
    </w:tbl>
    <w:p w14:paraId="68AF0776" w14:textId="421E915F" w:rsidR="00B9286B" w:rsidRPr="000C105B" w:rsidRDefault="000E4B4A" w:rsidP="003A58BF">
      <w:pPr>
        <w:pStyle w:val="31"/>
        <w:spacing w:before="0" w:after="0"/>
        <w:rPr>
          <w:rFonts w:cs="Times New Roman"/>
          <w:szCs w:val="28"/>
          <w:lang w:val="kk-KZ"/>
        </w:rPr>
      </w:pPr>
      <w:r w:rsidRPr="000C105B">
        <w:rPr>
          <w:rFonts w:eastAsia="Times New Roman" w:cs="Times New Roman"/>
          <w:szCs w:val="28"/>
          <w:lang w:val="kk-KZ"/>
        </w:rPr>
        <w:t xml:space="preserve">3 </w:t>
      </w:r>
      <w:r w:rsidR="005C7739" w:rsidRPr="000C105B">
        <w:rPr>
          <w:rFonts w:eastAsia="Times New Roman" w:cs="Times New Roman"/>
          <w:szCs w:val="28"/>
          <w:lang w:val="kk-KZ"/>
        </w:rPr>
        <w:t>күн</w:t>
      </w:r>
      <w:r w:rsidRPr="000C105B">
        <w:rPr>
          <w:rFonts w:eastAsia="Times New Roman" w:cs="Times New Roman"/>
          <w:szCs w:val="28"/>
          <w:lang w:val="kk-KZ"/>
        </w:rPr>
        <w:t xml:space="preserve">. «Сөздік және сөйлесу» - </w:t>
      </w:r>
      <w:r w:rsidR="005C7739" w:rsidRPr="000C105B">
        <w:rPr>
          <w:rStyle w:val="ypks7kbdpwfgdykd3qb9"/>
          <w:rFonts w:cs="Times New Roman"/>
          <w:szCs w:val="28"/>
          <w:lang w:val="kk-KZ"/>
        </w:rPr>
        <w:t>сөздік</w:t>
      </w:r>
      <w:r w:rsidR="005C7739" w:rsidRPr="000C105B">
        <w:rPr>
          <w:rFonts w:cs="Times New Roman"/>
          <w:szCs w:val="28"/>
          <w:lang w:val="kk-KZ"/>
        </w:rPr>
        <w:t xml:space="preserve"> </w:t>
      </w:r>
      <w:r w:rsidR="005C7739" w:rsidRPr="000C105B">
        <w:rPr>
          <w:rStyle w:val="ypks7kbdpwfgdykd3qb9"/>
          <w:rFonts w:cs="Times New Roman"/>
          <w:szCs w:val="28"/>
          <w:lang w:val="kk-KZ"/>
        </w:rPr>
        <w:t>және</w:t>
      </w:r>
      <w:r w:rsidR="005C7739" w:rsidRPr="000C105B">
        <w:rPr>
          <w:rFonts w:cs="Times New Roman"/>
          <w:szCs w:val="28"/>
          <w:lang w:val="kk-KZ"/>
        </w:rPr>
        <w:t xml:space="preserve"> </w:t>
      </w:r>
      <w:r w:rsidR="005C7739" w:rsidRPr="000C105B">
        <w:rPr>
          <w:rStyle w:val="ypks7kbdpwfgdykd3qb9"/>
          <w:rFonts w:cs="Times New Roman"/>
          <w:szCs w:val="28"/>
          <w:lang w:val="kk-KZ"/>
        </w:rPr>
        <w:t>қарым</w:t>
      </w:r>
      <w:r w:rsidR="005C7739" w:rsidRPr="000C105B">
        <w:rPr>
          <w:rFonts w:cs="Times New Roman"/>
          <w:szCs w:val="28"/>
          <w:lang w:val="kk-KZ"/>
        </w:rPr>
        <w:t xml:space="preserve">-қатынас </w:t>
      </w:r>
      <w:r w:rsidR="005C7739" w:rsidRPr="000C105B">
        <w:rPr>
          <w:rStyle w:val="ypks7kbdpwfgdykd3qb9"/>
          <w:rFonts w:cs="Times New Roman"/>
          <w:szCs w:val="28"/>
          <w:lang w:val="kk-KZ"/>
        </w:rPr>
        <w:t>күні</w:t>
      </w:r>
    </w:p>
    <w:tbl>
      <w:tblPr>
        <w:tblStyle w:val="aff0"/>
        <w:tblW w:w="0" w:type="auto"/>
        <w:jc w:val="center"/>
        <w:tblLook w:val="04A0" w:firstRow="1" w:lastRow="0" w:firstColumn="1" w:lastColumn="0" w:noHBand="0" w:noVBand="1"/>
      </w:tblPr>
      <w:tblGrid>
        <w:gridCol w:w="2834"/>
        <w:gridCol w:w="6795"/>
      </w:tblGrid>
      <w:tr w:rsidR="00B9286B" w:rsidRPr="000C105B" w14:paraId="36D0F27E" w14:textId="77777777">
        <w:trPr>
          <w:tblHeader/>
          <w:jc w:val="center"/>
        </w:trPr>
        <w:tc>
          <w:tcPr>
            <w:tcW w:w="2835" w:type="dxa"/>
            <w:shd w:val="clear" w:color="auto" w:fill="D9EAD3"/>
            <w:vAlign w:val="center"/>
          </w:tcPr>
          <w:p w14:paraId="1DBE3BCC" w14:textId="195E11E6" w:rsidR="00B9286B" w:rsidRPr="000C105B" w:rsidRDefault="00E40251" w:rsidP="003A58BF">
            <w:pPr>
              <w:ind w:firstLine="0"/>
              <w:jc w:val="center"/>
              <w:rPr>
                <w:rFonts w:cs="Times New Roman"/>
                <w:b/>
                <w:bCs/>
                <w:szCs w:val="28"/>
                <w:lang w:val="kk-KZ"/>
              </w:rPr>
            </w:pPr>
            <w:r w:rsidRPr="000C105B">
              <w:rPr>
                <w:rFonts w:cs="Times New Roman"/>
                <w:b/>
                <w:bCs/>
                <w:szCs w:val="28"/>
                <w:lang w:val="kk-KZ"/>
              </w:rPr>
              <w:t>Күннің құрамдас бөлігі</w:t>
            </w:r>
          </w:p>
        </w:tc>
        <w:tc>
          <w:tcPr>
            <w:tcW w:w="6803" w:type="dxa"/>
            <w:shd w:val="clear" w:color="auto" w:fill="D9EAD3"/>
            <w:vAlign w:val="center"/>
          </w:tcPr>
          <w:p w14:paraId="2608B33D" w14:textId="5E58A263" w:rsidR="00B9286B" w:rsidRPr="000C105B" w:rsidRDefault="00E40251" w:rsidP="003A58BF">
            <w:pPr>
              <w:ind w:firstLine="0"/>
              <w:jc w:val="center"/>
              <w:rPr>
                <w:rFonts w:cs="Times New Roman"/>
                <w:b/>
                <w:bCs/>
                <w:szCs w:val="28"/>
                <w:lang w:val="kk-KZ"/>
              </w:rPr>
            </w:pPr>
            <w:r w:rsidRPr="000C105B">
              <w:rPr>
                <w:rFonts w:cs="Times New Roman"/>
                <w:b/>
                <w:bCs/>
                <w:szCs w:val="28"/>
                <w:lang w:val="kk-KZ"/>
              </w:rPr>
              <w:t>Мазмұны</w:t>
            </w:r>
          </w:p>
        </w:tc>
      </w:tr>
      <w:tr w:rsidR="00B9286B" w:rsidRPr="003A58BF" w14:paraId="34CC978F" w14:textId="77777777">
        <w:trPr>
          <w:jc w:val="center"/>
        </w:trPr>
        <w:tc>
          <w:tcPr>
            <w:tcW w:w="2835" w:type="dxa"/>
          </w:tcPr>
          <w:p w14:paraId="08F3A29E" w14:textId="007BF453" w:rsidR="00B9286B" w:rsidRPr="000C105B" w:rsidRDefault="00E40251" w:rsidP="003A58BF">
            <w:pPr>
              <w:ind w:firstLine="0"/>
              <w:rPr>
                <w:rFonts w:cs="Times New Roman"/>
                <w:szCs w:val="28"/>
                <w:lang w:val="kk-KZ"/>
              </w:rPr>
            </w:pPr>
            <w:r w:rsidRPr="000C105B">
              <w:rPr>
                <w:rFonts w:cs="Times New Roman"/>
                <w:szCs w:val="28"/>
                <w:lang w:val="kk-KZ"/>
              </w:rPr>
              <w:t>Дамытушы / жобалық / зерттеушілік / шығармашылық сабақтар (кемінде 2)</w:t>
            </w:r>
          </w:p>
        </w:tc>
        <w:tc>
          <w:tcPr>
            <w:tcW w:w="6803" w:type="dxa"/>
          </w:tcPr>
          <w:p w14:paraId="2488F285" w14:textId="669F6B12" w:rsidR="00B9286B" w:rsidRPr="000C105B" w:rsidRDefault="00C13AAE" w:rsidP="003A58BF">
            <w:pPr>
              <w:ind w:firstLine="0"/>
              <w:rPr>
                <w:rFonts w:cs="Times New Roman"/>
                <w:szCs w:val="28"/>
                <w:lang w:val="kk-KZ"/>
              </w:rPr>
            </w:pPr>
            <w:r w:rsidRPr="000C105B">
              <w:rPr>
                <w:rFonts w:cs="Times New Roman"/>
                <w:szCs w:val="28"/>
                <w:lang w:val="kk-KZ"/>
              </w:rPr>
              <w:t>«</w:t>
            </w:r>
            <w:r w:rsidR="009D55B3">
              <w:rPr>
                <w:rFonts w:cs="Times New Roman"/>
                <w:szCs w:val="28"/>
                <w:lang w:val="kk-KZ"/>
              </w:rPr>
              <w:t>ағылшын</w:t>
            </w:r>
            <w:r w:rsidR="009D55B3" w:rsidRPr="000C105B">
              <w:rPr>
                <w:rFonts w:cs="Times New Roman"/>
                <w:szCs w:val="28"/>
                <w:lang w:val="kk-KZ"/>
              </w:rPr>
              <w:t xml:space="preserve"> </w:t>
            </w:r>
            <w:r w:rsidRPr="000C105B">
              <w:rPr>
                <w:rFonts w:cs="Times New Roman"/>
                <w:szCs w:val="28"/>
                <w:lang w:val="kk-KZ"/>
              </w:rPr>
              <w:t xml:space="preserve">тілдегі </w:t>
            </w:r>
            <w:r w:rsidR="009D55B3">
              <w:rPr>
                <w:rFonts w:cs="Times New Roman"/>
                <w:szCs w:val="28"/>
                <w:lang w:val="kk-KZ"/>
              </w:rPr>
              <w:t>БСЛ</w:t>
            </w:r>
            <w:r w:rsidRPr="000C105B">
              <w:rPr>
                <w:rFonts w:cs="Times New Roman"/>
                <w:szCs w:val="28"/>
                <w:lang w:val="kk-KZ"/>
              </w:rPr>
              <w:t xml:space="preserve"> сөздігі»: сәлемдесу, танысу, өтініш, алғыс білдіру дамытушы сабағы. </w:t>
            </w:r>
            <w:r w:rsidRPr="000C105B">
              <w:rPr>
                <w:rFonts w:cs="Times New Roman"/>
                <w:szCs w:val="28"/>
                <w:lang w:val="kk-KZ"/>
              </w:rPr>
              <w:br/>
              <w:t>«Фразалар мен құндылықтар» шығармашылық сабағы: сөйлеу этикеті, құрмет, қолдау, қарым-қатынас мәдениеті.</w:t>
            </w:r>
          </w:p>
        </w:tc>
      </w:tr>
      <w:tr w:rsidR="00B9286B" w:rsidRPr="003A58BF" w14:paraId="7F15315B" w14:textId="77777777">
        <w:trPr>
          <w:jc w:val="center"/>
        </w:trPr>
        <w:tc>
          <w:tcPr>
            <w:tcW w:w="2835" w:type="dxa"/>
          </w:tcPr>
          <w:p w14:paraId="27DF081E" w14:textId="25203957" w:rsidR="00B9286B" w:rsidRPr="000C105B" w:rsidRDefault="001012AE" w:rsidP="003A58BF">
            <w:pPr>
              <w:ind w:firstLine="0"/>
              <w:rPr>
                <w:rFonts w:cs="Times New Roman"/>
                <w:szCs w:val="28"/>
                <w:lang w:val="kk-KZ"/>
              </w:rPr>
            </w:pPr>
            <w:r w:rsidRPr="000C105B">
              <w:rPr>
                <w:rFonts w:cs="Times New Roman"/>
                <w:szCs w:val="28"/>
                <w:lang w:val="kk-KZ"/>
              </w:rPr>
              <w:t>Практикаға бағытталған сабақтар (кемінде 2)</w:t>
            </w:r>
          </w:p>
        </w:tc>
        <w:tc>
          <w:tcPr>
            <w:tcW w:w="6803" w:type="dxa"/>
          </w:tcPr>
          <w:p w14:paraId="6D80BE66" w14:textId="243C8253" w:rsidR="00B9286B" w:rsidRPr="000C105B" w:rsidRDefault="00C13AAE" w:rsidP="003A58BF">
            <w:pPr>
              <w:ind w:firstLine="0"/>
              <w:rPr>
                <w:rFonts w:cs="Times New Roman"/>
                <w:szCs w:val="28"/>
                <w:lang w:val="kk-KZ"/>
              </w:rPr>
            </w:pPr>
            <w:r w:rsidRPr="000C105B">
              <w:rPr>
                <w:rFonts w:cs="Times New Roman"/>
                <w:szCs w:val="28"/>
                <w:lang w:val="kk-KZ"/>
              </w:rPr>
              <w:t>«</w:t>
            </w:r>
            <w:r w:rsidR="00B04E77" w:rsidRPr="000C105B">
              <w:rPr>
                <w:rFonts w:cs="Times New Roman"/>
                <w:szCs w:val="28"/>
                <w:lang w:val="kk-KZ"/>
              </w:rPr>
              <w:t>ББСО</w:t>
            </w:r>
            <w:r w:rsidRPr="000C105B">
              <w:rPr>
                <w:rFonts w:cs="Times New Roman"/>
                <w:szCs w:val="28"/>
                <w:lang w:val="kk-KZ"/>
              </w:rPr>
              <w:t xml:space="preserve"> бір күн» диалогтар практикумы:</w:t>
            </w:r>
            <w:r w:rsidR="009D55B3">
              <w:rPr>
                <w:rFonts w:cs="Times New Roman"/>
                <w:szCs w:val="28"/>
                <w:lang w:val="kk-KZ"/>
              </w:rPr>
              <w:t xml:space="preserve"> ағылшын</w:t>
            </w:r>
            <w:r w:rsidR="009D55B3" w:rsidRPr="000C105B">
              <w:rPr>
                <w:rFonts w:cs="Times New Roman"/>
                <w:szCs w:val="28"/>
                <w:lang w:val="kk-KZ"/>
              </w:rPr>
              <w:t xml:space="preserve"> </w:t>
            </w:r>
            <w:r w:rsidRPr="000C105B">
              <w:rPr>
                <w:rFonts w:cs="Times New Roman"/>
                <w:szCs w:val="28"/>
                <w:lang w:val="kk-KZ"/>
              </w:rPr>
              <w:t xml:space="preserve">тілде тұрмыстық және ойын фразалары. </w:t>
            </w:r>
            <w:r w:rsidRPr="000C105B">
              <w:rPr>
                <w:rFonts w:cs="Times New Roman"/>
                <w:szCs w:val="28"/>
                <w:lang w:val="kk-KZ"/>
              </w:rPr>
              <w:br/>
              <w:t>«Сөздік және сөйлесу» тілдік квесті: меңгерілген фразаларды пайдалана отырып тапсырмалар орындау және бағыттарды табу.</w:t>
            </w:r>
          </w:p>
        </w:tc>
      </w:tr>
      <w:tr w:rsidR="00B9286B" w:rsidRPr="000C105B" w14:paraId="46772F1D" w14:textId="77777777">
        <w:trPr>
          <w:jc w:val="center"/>
        </w:trPr>
        <w:tc>
          <w:tcPr>
            <w:tcW w:w="2835" w:type="dxa"/>
          </w:tcPr>
          <w:p w14:paraId="6B137C3F" w14:textId="5513C737" w:rsidR="00B9286B" w:rsidRPr="000C105B" w:rsidRDefault="001012AE" w:rsidP="003A58BF">
            <w:pPr>
              <w:ind w:firstLine="0"/>
              <w:rPr>
                <w:rFonts w:cs="Times New Roman"/>
                <w:szCs w:val="28"/>
                <w:lang w:val="kk-KZ"/>
              </w:rPr>
            </w:pPr>
            <w:r w:rsidRPr="000C105B">
              <w:rPr>
                <w:rFonts w:cs="Times New Roman"/>
                <w:szCs w:val="28"/>
                <w:lang w:val="kk-KZ"/>
              </w:rPr>
              <w:t>Тәрбиелік іс-шаралар және жобалар (кемінде 2)</w:t>
            </w:r>
          </w:p>
        </w:tc>
        <w:tc>
          <w:tcPr>
            <w:tcW w:w="6803" w:type="dxa"/>
          </w:tcPr>
          <w:p w14:paraId="3EFB36EE" w14:textId="309E4113" w:rsidR="00B9286B" w:rsidRPr="000C105B" w:rsidRDefault="00C13AAE" w:rsidP="003A58BF">
            <w:pPr>
              <w:ind w:firstLine="0"/>
              <w:rPr>
                <w:rFonts w:cs="Times New Roman"/>
                <w:szCs w:val="28"/>
                <w:lang w:val="kk-KZ"/>
              </w:rPr>
            </w:pPr>
            <w:r w:rsidRPr="000C105B">
              <w:rPr>
                <w:rFonts w:cs="Times New Roman"/>
                <w:szCs w:val="28"/>
                <w:lang w:val="kk-KZ"/>
              </w:rPr>
              <w:t xml:space="preserve">«Тіл мен қарым-қатынас мәдениетіне құрмет» тәрбиелік іс-шарасы. </w:t>
            </w:r>
            <w:r w:rsidRPr="000C105B">
              <w:rPr>
                <w:rFonts w:cs="Times New Roman"/>
                <w:szCs w:val="28"/>
                <w:lang w:val="kk-KZ"/>
              </w:rPr>
              <w:br/>
            </w:r>
            <w:r w:rsidR="009D55B3">
              <w:rPr>
                <w:rFonts w:cs="Times New Roman"/>
                <w:szCs w:val="28"/>
                <w:lang w:val="kk-KZ"/>
              </w:rPr>
              <w:t>ағылшын</w:t>
            </w:r>
            <w:r w:rsidR="009D55B3" w:rsidRPr="000C105B">
              <w:rPr>
                <w:rFonts w:cs="Times New Roman"/>
                <w:szCs w:val="28"/>
                <w:lang w:val="kk-KZ"/>
              </w:rPr>
              <w:t xml:space="preserve"> </w:t>
            </w:r>
            <w:r w:rsidRPr="000C105B">
              <w:rPr>
                <w:rFonts w:cs="Times New Roman"/>
                <w:szCs w:val="28"/>
                <w:lang w:val="kk-KZ"/>
              </w:rPr>
              <w:t>тілде шығармашылық шағын көрсетілімдер кеші.</w:t>
            </w:r>
          </w:p>
        </w:tc>
      </w:tr>
      <w:tr w:rsidR="00B9286B" w:rsidRPr="003A58BF" w14:paraId="5EBDA1C7" w14:textId="77777777">
        <w:trPr>
          <w:jc w:val="center"/>
        </w:trPr>
        <w:tc>
          <w:tcPr>
            <w:tcW w:w="2835" w:type="dxa"/>
          </w:tcPr>
          <w:p w14:paraId="65573F87" w14:textId="4510D187" w:rsidR="00B9286B" w:rsidRPr="000C105B" w:rsidRDefault="001012AE" w:rsidP="003A58BF">
            <w:pPr>
              <w:ind w:firstLine="0"/>
              <w:rPr>
                <w:rFonts w:cs="Times New Roman"/>
                <w:szCs w:val="28"/>
                <w:lang w:val="kk-KZ"/>
              </w:rPr>
            </w:pPr>
            <w:r w:rsidRPr="000C105B">
              <w:rPr>
                <w:rFonts w:cs="Times New Roman"/>
                <w:szCs w:val="28"/>
                <w:lang w:val="kk-KZ"/>
              </w:rPr>
              <w:t>Сауықтыру модулі (күніне 3 академиялық сағатқа дейін)</w:t>
            </w:r>
          </w:p>
        </w:tc>
        <w:tc>
          <w:tcPr>
            <w:tcW w:w="6803" w:type="dxa"/>
          </w:tcPr>
          <w:p w14:paraId="5F2D0FA2" w14:textId="750D9D13" w:rsidR="00B9286B" w:rsidRPr="000C105B" w:rsidRDefault="009D55B3" w:rsidP="003A58BF">
            <w:pPr>
              <w:ind w:firstLine="0"/>
              <w:rPr>
                <w:rFonts w:cs="Times New Roman"/>
                <w:szCs w:val="28"/>
                <w:lang w:val="kk-KZ"/>
              </w:rPr>
            </w:pPr>
            <w:r>
              <w:rPr>
                <w:rFonts w:cs="Times New Roman"/>
                <w:szCs w:val="28"/>
                <w:lang w:val="kk-KZ"/>
              </w:rPr>
              <w:t>ағылшын</w:t>
            </w:r>
            <w:r w:rsidRPr="000C105B">
              <w:rPr>
                <w:rFonts w:cs="Times New Roman"/>
                <w:szCs w:val="28"/>
                <w:lang w:val="kk-KZ"/>
              </w:rPr>
              <w:t xml:space="preserve"> </w:t>
            </w:r>
            <w:r w:rsidR="00C13AAE" w:rsidRPr="000C105B">
              <w:rPr>
                <w:rFonts w:cs="Times New Roman"/>
                <w:szCs w:val="28"/>
                <w:lang w:val="kk-KZ"/>
              </w:rPr>
              <w:t>тілде командалық командалармен таңғы жаттығу, қимылды ойындар, серуен.</w:t>
            </w:r>
          </w:p>
        </w:tc>
      </w:tr>
      <w:tr w:rsidR="00B9286B" w:rsidRPr="003A58BF" w14:paraId="3E314C2D" w14:textId="77777777">
        <w:trPr>
          <w:jc w:val="center"/>
        </w:trPr>
        <w:tc>
          <w:tcPr>
            <w:tcW w:w="2835" w:type="dxa"/>
          </w:tcPr>
          <w:p w14:paraId="2BF426A9" w14:textId="53E99EA2" w:rsidR="00B9286B" w:rsidRPr="000C105B" w:rsidRDefault="001012AE" w:rsidP="003A58BF">
            <w:pPr>
              <w:ind w:firstLine="0"/>
              <w:rPr>
                <w:rFonts w:cs="Times New Roman"/>
                <w:szCs w:val="28"/>
                <w:lang w:val="kk-KZ"/>
              </w:rPr>
            </w:pPr>
            <w:r w:rsidRPr="000C105B">
              <w:rPr>
                <w:rFonts w:cs="Times New Roman"/>
                <w:szCs w:val="28"/>
                <w:lang w:val="kk-KZ"/>
              </w:rPr>
              <w:t>Күннің күтілетін нәтижесі</w:t>
            </w:r>
          </w:p>
        </w:tc>
        <w:tc>
          <w:tcPr>
            <w:tcW w:w="6803" w:type="dxa"/>
          </w:tcPr>
          <w:p w14:paraId="507BF34A" w14:textId="4C89C51B" w:rsidR="00B9286B" w:rsidRPr="000C105B" w:rsidRDefault="00C13AAE" w:rsidP="003A58BF">
            <w:pPr>
              <w:ind w:firstLine="0"/>
              <w:rPr>
                <w:rFonts w:cs="Times New Roman"/>
                <w:szCs w:val="28"/>
                <w:lang w:val="kk-KZ"/>
              </w:rPr>
            </w:pPr>
            <w:r w:rsidRPr="000C105B">
              <w:rPr>
                <w:rFonts w:cs="Times New Roman"/>
                <w:szCs w:val="28"/>
                <w:lang w:val="kk-KZ"/>
              </w:rPr>
              <w:t xml:space="preserve">Қатысушылар </w:t>
            </w:r>
            <w:r w:rsidR="009D55B3">
              <w:rPr>
                <w:rFonts w:cs="Times New Roman"/>
                <w:szCs w:val="28"/>
                <w:lang w:val="kk-KZ"/>
              </w:rPr>
              <w:t>ағылшын</w:t>
            </w:r>
            <w:r w:rsidR="009D55B3" w:rsidRPr="000C105B">
              <w:rPr>
                <w:rFonts w:cs="Times New Roman"/>
                <w:szCs w:val="28"/>
                <w:lang w:val="kk-KZ"/>
              </w:rPr>
              <w:t xml:space="preserve"> </w:t>
            </w:r>
            <w:r w:rsidRPr="000C105B">
              <w:rPr>
                <w:rFonts w:cs="Times New Roman"/>
                <w:szCs w:val="28"/>
                <w:lang w:val="kk-KZ"/>
              </w:rPr>
              <w:t>тілде сөздік қорын кеңейтеді және шығармашылық тапсырманы орындайды.</w:t>
            </w:r>
          </w:p>
        </w:tc>
      </w:tr>
    </w:tbl>
    <w:p w14:paraId="04444294" w14:textId="5DB6DAD1" w:rsidR="00B9286B" w:rsidRPr="000C105B" w:rsidRDefault="000E4B4A" w:rsidP="003A58BF">
      <w:pPr>
        <w:pStyle w:val="31"/>
        <w:spacing w:before="0" w:after="0"/>
        <w:rPr>
          <w:rFonts w:cs="Times New Roman"/>
          <w:szCs w:val="28"/>
          <w:lang w:val="kk-KZ"/>
        </w:rPr>
      </w:pPr>
      <w:r w:rsidRPr="000C105B">
        <w:rPr>
          <w:rFonts w:eastAsia="Times New Roman" w:cs="Times New Roman"/>
          <w:szCs w:val="28"/>
          <w:lang w:val="kk-KZ"/>
        </w:rPr>
        <w:t xml:space="preserve">4 </w:t>
      </w:r>
      <w:r w:rsidR="00D57E62" w:rsidRPr="000C105B">
        <w:rPr>
          <w:rFonts w:eastAsia="Times New Roman" w:cs="Times New Roman"/>
          <w:szCs w:val="28"/>
          <w:lang w:val="kk-KZ"/>
        </w:rPr>
        <w:t>күн</w:t>
      </w:r>
      <w:r w:rsidRPr="000C105B">
        <w:rPr>
          <w:rFonts w:eastAsia="Times New Roman" w:cs="Times New Roman"/>
          <w:szCs w:val="28"/>
          <w:lang w:val="kk-KZ"/>
        </w:rPr>
        <w:t xml:space="preserve">. «Тілдік орта» - </w:t>
      </w:r>
      <w:r w:rsidR="00D57E62" w:rsidRPr="000C105B">
        <w:rPr>
          <w:rStyle w:val="ypks7kbdpwfgdykd3qb9"/>
          <w:rFonts w:cs="Times New Roman"/>
          <w:szCs w:val="28"/>
          <w:lang w:val="kk-KZ"/>
        </w:rPr>
        <w:t>тілдік</w:t>
      </w:r>
      <w:r w:rsidR="00D57E62" w:rsidRPr="000C105B">
        <w:rPr>
          <w:rFonts w:cs="Times New Roman"/>
          <w:szCs w:val="28"/>
          <w:lang w:val="kk-KZ"/>
        </w:rPr>
        <w:t xml:space="preserve"> </w:t>
      </w:r>
      <w:r w:rsidR="00D57E62" w:rsidRPr="000C105B">
        <w:rPr>
          <w:rStyle w:val="ypks7kbdpwfgdykd3qb9"/>
          <w:rFonts w:cs="Times New Roman"/>
          <w:szCs w:val="28"/>
          <w:lang w:val="kk-KZ"/>
        </w:rPr>
        <w:t>орта</w:t>
      </w:r>
      <w:r w:rsidR="00D57E62" w:rsidRPr="000C105B">
        <w:rPr>
          <w:rFonts w:cs="Times New Roman"/>
          <w:szCs w:val="28"/>
          <w:lang w:val="kk-KZ"/>
        </w:rPr>
        <w:t xml:space="preserve"> </w:t>
      </w:r>
      <w:r w:rsidR="00D57E62" w:rsidRPr="000C105B">
        <w:rPr>
          <w:rStyle w:val="ypks7kbdpwfgdykd3qb9"/>
          <w:rFonts w:cs="Times New Roman"/>
          <w:szCs w:val="28"/>
          <w:lang w:val="kk-KZ"/>
        </w:rPr>
        <w:t xml:space="preserve">күні </w:t>
      </w:r>
    </w:p>
    <w:tbl>
      <w:tblPr>
        <w:tblStyle w:val="aff0"/>
        <w:tblW w:w="0" w:type="auto"/>
        <w:jc w:val="center"/>
        <w:tblLook w:val="04A0" w:firstRow="1" w:lastRow="0" w:firstColumn="1" w:lastColumn="0" w:noHBand="0" w:noVBand="1"/>
      </w:tblPr>
      <w:tblGrid>
        <w:gridCol w:w="2834"/>
        <w:gridCol w:w="6795"/>
      </w:tblGrid>
      <w:tr w:rsidR="003F31F7" w:rsidRPr="000C105B" w14:paraId="7113E777" w14:textId="77777777">
        <w:trPr>
          <w:tblHeader/>
          <w:jc w:val="center"/>
        </w:trPr>
        <w:tc>
          <w:tcPr>
            <w:tcW w:w="2835" w:type="dxa"/>
            <w:shd w:val="clear" w:color="auto" w:fill="D9EAD3"/>
            <w:vAlign w:val="center"/>
          </w:tcPr>
          <w:p w14:paraId="49BACE47" w14:textId="191A6547" w:rsidR="003F31F7" w:rsidRPr="000C105B" w:rsidRDefault="003F31F7" w:rsidP="003A58BF">
            <w:pPr>
              <w:ind w:firstLine="0"/>
              <w:jc w:val="center"/>
              <w:rPr>
                <w:rFonts w:cs="Times New Roman"/>
                <w:szCs w:val="28"/>
                <w:lang w:val="kk-KZ"/>
              </w:rPr>
            </w:pPr>
            <w:r w:rsidRPr="000C105B">
              <w:rPr>
                <w:rFonts w:cs="Times New Roman"/>
                <w:b/>
                <w:bCs/>
                <w:szCs w:val="28"/>
                <w:lang w:val="kk-KZ"/>
              </w:rPr>
              <w:t>Күннің құрамдас бөлігі</w:t>
            </w:r>
          </w:p>
        </w:tc>
        <w:tc>
          <w:tcPr>
            <w:tcW w:w="6803" w:type="dxa"/>
            <w:shd w:val="clear" w:color="auto" w:fill="D9EAD3"/>
            <w:vAlign w:val="center"/>
          </w:tcPr>
          <w:p w14:paraId="1E886192" w14:textId="78C449C8" w:rsidR="003F31F7" w:rsidRPr="000C105B" w:rsidRDefault="003F31F7" w:rsidP="003A58BF">
            <w:pPr>
              <w:ind w:firstLine="0"/>
              <w:jc w:val="center"/>
              <w:rPr>
                <w:rFonts w:cs="Times New Roman"/>
                <w:szCs w:val="28"/>
                <w:lang w:val="kk-KZ"/>
              </w:rPr>
            </w:pPr>
            <w:r w:rsidRPr="000C105B">
              <w:rPr>
                <w:rFonts w:cs="Times New Roman"/>
                <w:b/>
                <w:bCs/>
                <w:szCs w:val="28"/>
                <w:lang w:val="kk-KZ"/>
              </w:rPr>
              <w:t>Мазмұны</w:t>
            </w:r>
          </w:p>
        </w:tc>
      </w:tr>
      <w:tr w:rsidR="003F31F7" w:rsidRPr="003A58BF" w14:paraId="41AB6078" w14:textId="77777777">
        <w:trPr>
          <w:jc w:val="center"/>
        </w:trPr>
        <w:tc>
          <w:tcPr>
            <w:tcW w:w="2835" w:type="dxa"/>
          </w:tcPr>
          <w:p w14:paraId="23A3C0BC" w14:textId="3C08C813" w:rsidR="003F31F7" w:rsidRPr="000C105B" w:rsidRDefault="00057768" w:rsidP="003A58BF">
            <w:pPr>
              <w:ind w:firstLine="0"/>
              <w:rPr>
                <w:rFonts w:cs="Times New Roman"/>
                <w:szCs w:val="28"/>
                <w:lang w:val="kk-KZ"/>
              </w:rPr>
            </w:pPr>
            <w:r w:rsidRPr="000C105B">
              <w:rPr>
                <w:rFonts w:cs="Times New Roman"/>
                <w:szCs w:val="28"/>
                <w:lang w:val="kk-KZ"/>
              </w:rPr>
              <w:t>Дамытушы / жобалық / зерттеушілік / шығармашылық сабақтар (кемінде 2)</w:t>
            </w:r>
          </w:p>
        </w:tc>
        <w:tc>
          <w:tcPr>
            <w:tcW w:w="6803" w:type="dxa"/>
          </w:tcPr>
          <w:p w14:paraId="2D661E76" w14:textId="2F8F7680" w:rsidR="003F31F7" w:rsidRPr="000C105B" w:rsidRDefault="00057768" w:rsidP="003A58BF">
            <w:pPr>
              <w:ind w:firstLine="0"/>
              <w:rPr>
                <w:rFonts w:cs="Times New Roman"/>
                <w:szCs w:val="28"/>
                <w:lang w:val="kk-KZ"/>
              </w:rPr>
            </w:pPr>
            <w:r w:rsidRPr="000C105B">
              <w:rPr>
                <w:rFonts w:cs="Times New Roman"/>
                <w:szCs w:val="28"/>
                <w:lang w:val="kk-KZ"/>
              </w:rPr>
              <w:t>«</w:t>
            </w:r>
            <w:r w:rsidR="009D55B3">
              <w:rPr>
                <w:rFonts w:cs="Times New Roman"/>
                <w:szCs w:val="28"/>
                <w:lang w:val="kk-KZ"/>
              </w:rPr>
              <w:t>ағылшын</w:t>
            </w:r>
            <w:r w:rsidR="009D55B3" w:rsidRPr="000C105B">
              <w:rPr>
                <w:rFonts w:cs="Times New Roman"/>
                <w:szCs w:val="28"/>
                <w:lang w:val="kk-KZ"/>
              </w:rPr>
              <w:t xml:space="preserve"> </w:t>
            </w:r>
            <w:r w:rsidRPr="000C105B">
              <w:rPr>
                <w:rFonts w:cs="Times New Roman"/>
                <w:szCs w:val="28"/>
                <w:lang w:val="kk-KZ"/>
              </w:rPr>
              <w:t xml:space="preserve">тілдегі </w:t>
            </w:r>
            <w:r w:rsidR="009D55B3">
              <w:rPr>
                <w:rFonts w:cs="Times New Roman"/>
                <w:szCs w:val="28"/>
                <w:lang w:val="kk-KZ"/>
              </w:rPr>
              <w:t>БСЛ</w:t>
            </w:r>
            <w:r w:rsidRPr="000C105B">
              <w:rPr>
                <w:rFonts w:cs="Times New Roman"/>
                <w:szCs w:val="28"/>
                <w:lang w:val="kk-KZ"/>
              </w:rPr>
              <w:t xml:space="preserve"> тіл»: қарым-қатынас, ойын, өтініш, көмек және командалық жұмысқа арналған фразалар дамытушы сабағы. </w:t>
            </w:r>
            <w:r w:rsidRPr="000C105B">
              <w:rPr>
                <w:rFonts w:cs="Times New Roman"/>
                <w:szCs w:val="28"/>
                <w:lang w:val="kk-KZ"/>
              </w:rPr>
              <w:br/>
              <w:t xml:space="preserve">«Менің </w:t>
            </w:r>
            <w:r w:rsidR="009D55B3">
              <w:rPr>
                <w:rFonts w:cs="Times New Roman"/>
                <w:szCs w:val="28"/>
                <w:lang w:val="kk-KZ"/>
              </w:rPr>
              <w:t>БСЛ</w:t>
            </w:r>
            <w:r w:rsidRPr="000C105B">
              <w:rPr>
                <w:rFonts w:cs="Times New Roman"/>
                <w:szCs w:val="28"/>
                <w:lang w:val="kk-KZ"/>
              </w:rPr>
              <w:t xml:space="preserve"> тарихым» шығармашылық сабағы: </w:t>
            </w:r>
            <w:r w:rsidR="009D55B3">
              <w:rPr>
                <w:rFonts w:cs="Times New Roman"/>
                <w:szCs w:val="28"/>
                <w:lang w:val="kk-KZ"/>
              </w:rPr>
              <w:t>ағылшын</w:t>
            </w:r>
            <w:r w:rsidR="009D55B3" w:rsidRPr="000C105B">
              <w:rPr>
                <w:rFonts w:cs="Times New Roman"/>
                <w:szCs w:val="28"/>
                <w:lang w:val="kk-KZ"/>
              </w:rPr>
              <w:t xml:space="preserve"> </w:t>
            </w:r>
            <w:r w:rsidRPr="000C105B">
              <w:rPr>
                <w:rFonts w:cs="Times New Roman"/>
                <w:szCs w:val="28"/>
                <w:lang w:val="kk-KZ"/>
              </w:rPr>
              <w:t>тілде өзің, команда немесе күн туралы қысқа әңгіме құрастыру.</w:t>
            </w:r>
          </w:p>
        </w:tc>
      </w:tr>
      <w:tr w:rsidR="003F31F7" w:rsidRPr="003A58BF" w14:paraId="7494AB5B" w14:textId="77777777">
        <w:trPr>
          <w:jc w:val="center"/>
        </w:trPr>
        <w:tc>
          <w:tcPr>
            <w:tcW w:w="2835" w:type="dxa"/>
          </w:tcPr>
          <w:p w14:paraId="66A0BFFF" w14:textId="4BFDE9AB" w:rsidR="003F31F7" w:rsidRPr="000C105B" w:rsidRDefault="00972798" w:rsidP="003A58BF">
            <w:pPr>
              <w:ind w:firstLine="0"/>
              <w:rPr>
                <w:rFonts w:cs="Times New Roman"/>
                <w:szCs w:val="28"/>
                <w:lang w:val="kk-KZ"/>
              </w:rPr>
            </w:pPr>
            <w:r w:rsidRPr="000C105B">
              <w:rPr>
                <w:rFonts w:cs="Times New Roman"/>
                <w:szCs w:val="28"/>
                <w:lang w:val="kk-KZ"/>
              </w:rPr>
              <w:lastRenderedPageBreak/>
              <w:t>Тәжірибеге</w:t>
            </w:r>
            <w:r w:rsidR="00057768" w:rsidRPr="000C105B">
              <w:rPr>
                <w:rFonts w:cs="Times New Roman"/>
                <w:szCs w:val="28"/>
                <w:lang w:val="kk-KZ"/>
              </w:rPr>
              <w:t xml:space="preserve"> бағытталған сабақтар (кемінде 2)</w:t>
            </w:r>
          </w:p>
        </w:tc>
        <w:tc>
          <w:tcPr>
            <w:tcW w:w="6803" w:type="dxa"/>
          </w:tcPr>
          <w:p w14:paraId="558F469C" w14:textId="3613EDA0" w:rsidR="003F31F7" w:rsidRPr="000C105B" w:rsidRDefault="00057768" w:rsidP="003A58BF">
            <w:pPr>
              <w:ind w:firstLine="0"/>
              <w:rPr>
                <w:rFonts w:cs="Times New Roman"/>
                <w:szCs w:val="28"/>
                <w:lang w:val="kk-KZ"/>
              </w:rPr>
            </w:pPr>
            <w:r w:rsidRPr="000C105B">
              <w:rPr>
                <w:rFonts w:cs="Times New Roman"/>
                <w:szCs w:val="28"/>
                <w:lang w:val="kk-KZ"/>
              </w:rPr>
              <w:t xml:space="preserve">Қарапайым сұрақтар мен </w:t>
            </w:r>
            <w:r w:rsidR="00972798" w:rsidRPr="000C105B">
              <w:rPr>
                <w:rFonts w:cs="Times New Roman"/>
                <w:szCs w:val="28"/>
                <w:lang w:val="kk-KZ"/>
              </w:rPr>
              <w:t>сөйлемдерді</w:t>
            </w:r>
            <w:r w:rsidRPr="000C105B">
              <w:rPr>
                <w:rFonts w:cs="Times New Roman"/>
                <w:szCs w:val="28"/>
                <w:lang w:val="kk-KZ"/>
              </w:rPr>
              <w:t xml:space="preserve"> қолдана отырып сұхбат алу </w:t>
            </w:r>
            <w:r w:rsidR="00972798" w:rsidRPr="000C105B">
              <w:rPr>
                <w:rFonts w:cs="Times New Roman"/>
                <w:szCs w:val="28"/>
                <w:lang w:val="kk-KZ"/>
              </w:rPr>
              <w:t>тәжірибесі</w:t>
            </w:r>
            <w:r w:rsidRPr="000C105B">
              <w:rPr>
                <w:rFonts w:cs="Times New Roman"/>
                <w:szCs w:val="28"/>
                <w:lang w:val="kk-KZ"/>
              </w:rPr>
              <w:t xml:space="preserve">. </w:t>
            </w:r>
            <w:r w:rsidRPr="000C105B">
              <w:rPr>
                <w:rFonts w:cs="Times New Roman"/>
                <w:szCs w:val="28"/>
                <w:lang w:val="kk-KZ"/>
              </w:rPr>
              <w:br/>
              <w:t>«</w:t>
            </w:r>
            <w:r w:rsidR="009D55B3">
              <w:rPr>
                <w:rFonts w:cs="Times New Roman"/>
                <w:szCs w:val="28"/>
                <w:lang w:val="kk-KZ"/>
              </w:rPr>
              <w:t>ағылшын</w:t>
            </w:r>
            <w:r w:rsidR="009D55B3" w:rsidRPr="000C105B">
              <w:rPr>
                <w:rFonts w:cs="Times New Roman"/>
                <w:szCs w:val="28"/>
                <w:lang w:val="kk-KZ"/>
              </w:rPr>
              <w:t xml:space="preserve"> </w:t>
            </w:r>
            <w:r w:rsidRPr="000C105B">
              <w:rPr>
                <w:rFonts w:cs="Times New Roman"/>
                <w:szCs w:val="28"/>
                <w:lang w:val="kk-KZ"/>
              </w:rPr>
              <w:t>тілде постер жасау» шеберлік сабағы: ақпараттық постер немесе шағын презентация дайындау.</w:t>
            </w:r>
          </w:p>
        </w:tc>
      </w:tr>
      <w:tr w:rsidR="003F31F7" w:rsidRPr="003A58BF" w14:paraId="333E8EAC" w14:textId="77777777">
        <w:trPr>
          <w:jc w:val="center"/>
        </w:trPr>
        <w:tc>
          <w:tcPr>
            <w:tcW w:w="2835" w:type="dxa"/>
          </w:tcPr>
          <w:p w14:paraId="067EB65A" w14:textId="66118B52" w:rsidR="003F31F7" w:rsidRPr="000C105B" w:rsidRDefault="00057768" w:rsidP="003A58BF">
            <w:pPr>
              <w:ind w:firstLine="0"/>
              <w:rPr>
                <w:rFonts w:cs="Times New Roman"/>
                <w:szCs w:val="28"/>
                <w:lang w:val="kk-KZ"/>
              </w:rPr>
            </w:pPr>
            <w:r w:rsidRPr="000C105B">
              <w:rPr>
                <w:rFonts w:cs="Times New Roman"/>
                <w:szCs w:val="28"/>
                <w:lang w:val="kk-KZ"/>
              </w:rPr>
              <w:t>Тәрбиелік іс-шаралар және жобалар (кемінде 2)</w:t>
            </w:r>
          </w:p>
        </w:tc>
        <w:tc>
          <w:tcPr>
            <w:tcW w:w="6803" w:type="dxa"/>
          </w:tcPr>
          <w:p w14:paraId="4607C5DD" w14:textId="34FD655D" w:rsidR="003F31F7" w:rsidRPr="000C105B" w:rsidRDefault="00057768" w:rsidP="003A58BF">
            <w:pPr>
              <w:ind w:firstLine="0"/>
              <w:rPr>
                <w:rFonts w:cs="Times New Roman"/>
                <w:szCs w:val="28"/>
                <w:lang w:val="kk-KZ"/>
              </w:rPr>
            </w:pPr>
            <w:r w:rsidRPr="000C105B">
              <w:rPr>
                <w:rFonts w:cs="Times New Roman"/>
                <w:szCs w:val="28"/>
                <w:lang w:val="kk-KZ"/>
              </w:rPr>
              <w:t xml:space="preserve">«Қарым-қатынаста құрмет пен қолдау» тәрбиелік іс-шарасы. </w:t>
            </w:r>
            <w:r w:rsidRPr="000C105B">
              <w:rPr>
                <w:rFonts w:cs="Times New Roman"/>
                <w:szCs w:val="28"/>
                <w:lang w:val="kk-KZ"/>
              </w:rPr>
              <w:br/>
            </w:r>
            <w:r w:rsidR="009D55B3">
              <w:rPr>
                <w:rFonts w:cs="Times New Roman"/>
                <w:szCs w:val="28"/>
                <w:lang w:val="kk-KZ"/>
              </w:rPr>
              <w:t>ағылшын</w:t>
            </w:r>
            <w:r w:rsidR="009D55B3" w:rsidRPr="000C105B">
              <w:rPr>
                <w:rFonts w:cs="Times New Roman"/>
                <w:szCs w:val="28"/>
                <w:lang w:val="kk-KZ"/>
              </w:rPr>
              <w:t xml:space="preserve"> </w:t>
            </w:r>
            <w:r w:rsidRPr="000C105B">
              <w:rPr>
                <w:rFonts w:cs="Times New Roman"/>
                <w:szCs w:val="28"/>
                <w:lang w:val="kk-KZ"/>
              </w:rPr>
              <w:t>тілде тілдік ойындар, әндер немесе шығармашылық тапсырмалар кеші.</w:t>
            </w:r>
          </w:p>
        </w:tc>
      </w:tr>
      <w:tr w:rsidR="003F31F7" w:rsidRPr="003A58BF" w14:paraId="2AF6183C" w14:textId="77777777">
        <w:trPr>
          <w:jc w:val="center"/>
        </w:trPr>
        <w:tc>
          <w:tcPr>
            <w:tcW w:w="2835" w:type="dxa"/>
          </w:tcPr>
          <w:p w14:paraId="01F418BB" w14:textId="3A235CDA" w:rsidR="003F31F7" w:rsidRPr="000C105B" w:rsidRDefault="00057768" w:rsidP="003A58BF">
            <w:pPr>
              <w:ind w:firstLine="0"/>
              <w:rPr>
                <w:rFonts w:cs="Times New Roman"/>
                <w:szCs w:val="28"/>
                <w:lang w:val="kk-KZ"/>
              </w:rPr>
            </w:pPr>
            <w:r w:rsidRPr="000C105B">
              <w:rPr>
                <w:rFonts w:cs="Times New Roman"/>
                <w:szCs w:val="28"/>
                <w:lang w:val="kk-KZ"/>
              </w:rPr>
              <w:t>Сауықтыру модулі (күніне 3 академиялық сағатқа дейін)</w:t>
            </w:r>
          </w:p>
        </w:tc>
        <w:tc>
          <w:tcPr>
            <w:tcW w:w="6803" w:type="dxa"/>
          </w:tcPr>
          <w:p w14:paraId="0C6572E9" w14:textId="0356A388" w:rsidR="003F31F7" w:rsidRPr="000C105B" w:rsidRDefault="00057768" w:rsidP="003A58BF">
            <w:pPr>
              <w:ind w:firstLine="0"/>
              <w:rPr>
                <w:rFonts w:cs="Times New Roman"/>
                <w:szCs w:val="28"/>
                <w:lang w:val="kk-KZ"/>
              </w:rPr>
            </w:pPr>
            <w:r w:rsidRPr="000C105B">
              <w:rPr>
                <w:rFonts w:cs="Times New Roman"/>
                <w:szCs w:val="28"/>
                <w:lang w:val="kk-KZ"/>
              </w:rPr>
              <w:t xml:space="preserve">Таңғы жаттығу, </w:t>
            </w:r>
            <w:r w:rsidR="009D55B3">
              <w:rPr>
                <w:rFonts w:cs="Times New Roman"/>
                <w:szCs w:val="28"/>
                <w:lang w:val="kk-KZ"/>
              </w:rPr>
              <w:t>ағылшын</w:t>
            </w:r>
            <w:r w:rsidR="009D55B3" w:rsidRPr="000C105B">
              <w:rPr>
                <w:rFonts w:cs="Times New Roman"/>
                <w:szCs w:val="28"/>
                <w:lang w:val="kk-KZ"/>
              </w:rPr>
              <w:t xml:space="preserve"> </w:t>
            </w:r>
            <w:r w:rsidRPr="000C105B">
              <w:rPr>
                <w:rFonts w:cs="Times New Roman"/>
                <w:szCs w:val="28"/>
                <w:lang w:val="kk-KZ"/>
              </w:rPr>
              <w:t>тілде командалық спорт ойыны, серуен.</w:t>
            </w:r>
          </w:p>
        </w:tc>
      </w:tr>
      <w:tr w:rsidR="003F31F7" w:rsidRPr="003A58BF" w14:paraId="7EA082F1" w14:textId="77777777">
        <w:trPr>
          <w:jc w:val="center"/>
        </w:trPr>
        <w:tc>
          <w:tcPr>
            <w:tcW w:w="2835" w:type="dxa"/>
          </w:tcPr>
          <w:p w14:paraId="3E0C7A1F" w14:textId="5DC0C8BD" w:rsidR="003F31F7" w:rsidRPr="000C105B" w:rsidRDefault="00057768" w:rsidP="003A58BF">
            <w:pPr>
              <w:ind w:firstLine="0"/>
              <w:rPr>
                <w:rFonts w:cs="Times New Roman"/>
                <w:szCs w:val="28"/>
                <w:lang w:val="kk-KZ"/>
              </w:rPr>
            </w:pPr>
            <w:r w:rsidRPr="000C105B">
              <w:rPr>
                <w:rFonts w:cs="Times New Roman"/>
                <w:szCs w:val="28"/>
                <w:lang w:val="kk-KZ"/>
              </w:rPr>
              <w:t>Күннің күтілетін нәтижесі</w:t>
            </w:r>
          </w:p>
        </w:tc>
        <w:tc>
          <w:tcPr>
            <w:tcW w:w="6803" w:type="dxa"/>
          </w:tcPr>
          <w:p w14:paraId="7FB5DB06" w14:textId="18A888A8" w:rsidR="003F31F7" w:rsidRPr="000C105B" w:rsidRDefault="00057768" w:rsidP="003A58BF">
            <w:pPr>
              <w:ind w:firstLine="0"/>
              <w:rPr>
                <w:rFonts w:cs="Times New Roman"/>
                <w:szCs w:val="28"/>
                <w:lang w:val="kk-KZ"/>
              </w:rPr>
            </w:pPr>
            <w:r w:rsidRPr="000C105B">
              <w:rPr>
                <w:rFonts w:cs="Times New Roman"/>
                <w:szCs w:val="28"/>
                <w:lang w:val="kk-KZ"/>
              </w:rPr>
              <w:t xml:space="preserve">Қатысушылар </w:t>
            </w:r>
            <w:r w:rsidR="009D55B3">
              <w:rPr>
                <w:rFonts w:cs="Times New Roman"/>
                <w:szCs w:val="28"/>
                <w:lang w:val="kk-KZ"/>
              </w:rPr>
              <w:t>ағылшын</w:t>
            </w:r>
            <w:r w:rsidR="009D55B3" w:rsidRPr="000C105B">
              <w:rPr>
                <w:rFonts w:cs="Times New Roman"/>
                <w:szCs w:val="28"/>
                <w:lang w:val="kk-KZ"/>
              </w:rPr>
              <w:t xml:space="preserve"> </w:t>
            </w:r>
            <w:r w:rsidRPr="000C105B">
              <w:rPr>
                <w:rFonts w:cs="Times New Roman"/>
                <w:szCs w:val="28"/>
                <w:lang w:val="kk-KZ"/>
              </w:rPr>
              <w:t>тілде постер, сұхбат немесе қысқа презентация дайындайды.</w:t>
            </w:r>
          </w:p>
        </w:tc>
      </w:tr>
    </w:tbl>
    <w:p w14:paraId="6ECC4ADD" w14:textId="5E7A1DFC" w:rsidR="00B9286B" w:rsidRPr="000C105B" w:rsidRDefault="000E4B4A" w:rsidP="003A58BF">
      <w:pPr>
        <w:pStyle w:val="31"/>
        <w:spacing w:before="0" w:after="0"/>
        <w:rPr>
          <w:rFonts w:cs="Times New Roman"/>
          <w:szCs w:val="28"/>
          <w:lang w:val="kk-KZ"/>
        </w:rPr>
      </w:pPr>
      <w:r w:rsidRPr="000C105B">
        <w:rPr>
          <w:rFonts w:eastAsia="Times New Roman" w:cs="Times New Roman"/>
          <w:szCs w:val="28"/>
          <w:lang w:val="kk-KZ"/>
        </w:rPr>
        <w:t xml:space="preserve">5 </w:t>
      </w:r>
      <w:r w:rsidR="00E62B34" w:rsidRPr="000C105B">
        <w:rPr>
          <w:rFonts w:eastAsia="Times New Roman" w:cs="Times New Roman"/>
          <w:szCs w:val="28"/>
          <w:lang w:val="kk-KZ"/>
        </w:rPr>
        <w:t>күн</w:t>
      </w:r>
      <w:r w:rsidRPr="000C105B">
        <w:rPr>
          <w:rFonts w:eastAsia="Times New Roman" w:cs="Times New Roman"/>
          <w:szCs w:val="28"/>
          <w:lang w:val="kk-KZ"/>
        </w:rPr>
        <w:t xml:space="preserve">. «Мәдениет және тіл» - </w:t>
      </w:r>
      <w:r w:rsidR="00E62B34" w:rsidRPr="000C105B">
        <w:rPr>
          <w:rStyle w:val="ypks7kbdpwfgdykd3qb9"/>
          <w:rFonts w:cs="Times New Roman"/>
          <w:szCs w:val="28"/>
          <w:lang w:val="kk-KZ"/>
        </w:rPr>
        <w:t>мәдениет</w:t>
      </w:r>
      <w:r w:rsidR="00E62B34" w:rsidRPr="000C105B">
        <w:rPr>
          <w:rFonts w:cs="Times New Roman"/>
          <w:szCs w:val="28"/>
          <w:lang w:val="kk-KZ"/>
        </w:rPr>
        <w:t xml:space="preserve"> </w:t>
      </w:r>
      <w:r w:rsidR="00E62B34" w:rsidRPr="000C105B">
        <w:rPr>
          <w:rStyle w:val="ypks7kbdpwfgdykd3qb9"/>
          <w:rFonts w:cs="Times New Roman"/>
          <w:szCs w:val="28"/>
          <w:lang w:val="kk-KZ"/>
        </w:rPr>
        <w:t>және</w:t>
      </w:r>
      <w:r w:rsidR="00E62B34" w:rsidRPr="000C105B">
        <w:rPr>
          <w:rFonts w:cs="Times New Roman"/>
          <w:szCs w:val="28"/>
          <w:lang w:val="kk-KZ"/>
        </w:rPr>
        <w:t xml:space="preserve"> </w:t>
      </w:r>
      <w:r w:rsidR="00E62B34" w:rsidRPr="000C105B">
        <w:rPr>
          <w:rStyle w:val="ypks7kbdpwfgdykd3qb9"/>
          <w:rFonts w:cs="Times New Roman"/>
          <w:szCs w:val="28"/>
          <w:lang w:val="kk-KZ"/>
        </w:rPr>
        <w:t>сөйлеу</w:t>
      </w:r>
      <w:r w:rsidR="00E62B34" w:rsidRPr="000C105B">
        <w:rPr>
          <w:rFonts w:cs="Times New Roman"/>
          <w:szCs w:val="28"/>
          <w:lang w:val="kk-KZ"/>
        </w:rPr>
        <w:t xml:space="preserve"> </w:t>
      </w:r>
      <w:r w:rsidR="00E62B34" w:rsidRPr="000C105B">
        <w:rPr>
          <w:rStyle w:val="ypks7kbdpwfgdykd3qb9"/>
          <w:rFonts w:cs="Times New Roman"/>
          <w:szCs w:val="28"/>
          <w:lang w:val="kk-KZ"/>
        </w:rPr>
        <w:t>этикеті</w:t>
      </w:r>
      <w:r w:rsidR="00E62B34" w:rsidRPr="000C105B">
        <w:rPr>
          <w:rFonts w:cs="Times New Roman"/>
          <w:szCs w:val="28"/>
          <w:lang w:val="kk-KZ"/>
        </w:rPr>
        <w:t xml:space="preserve"> </w:t>
      </w:r>
      <w:r w:rsidR="00E62B34" w:rsidRPr="000C105B">
        <w:rPr>
          <w:rStyle w:val="ypks7kbdpwfgdykd3qb9"/>
          <w:rFonts w:cs="Times New Roman"/>
          <w:szCs w:val="28"/>
          <w:lang w:val="kk-KZ"/>
        </w:rPr>
        <w:t>күні</w:t>
      </w:r>
      <w:r w:rsidR="00E62B34" w:rsidRPr="000C105B">
        <w:rPr>
          <w:rFonts w:eastAsia="Times New Roman" w:cs="Times New Roman"/>
          <w:szCs w:val="28"/>
          <w:lang w:val="kk-KZ"/>
        </w:rPr>
        <w:t xml:space="preserve">  </w:t>
      </w:r>
    </w:p>
    <w:tbl>
      <w:tblPr>
        <w:tblStyle w:val="aff0"/>
        <w:tblW w:w="0" w:type="auto"/>
        <w:jc w:val="center"/>
        <w:tblLook w:val="04A0" w:firstRow="1" w:lastRow="0" w:firstColumn="1" w:lastColumn="0" w:noHBand="0" w:noVBand="1"/>
      </w:tblPr>
      <w:tblGrid>
        <w:gridCol w:w="2834"/>
        <w:gridCol w:w="6795"/>
      </w:tblGrid>
      <w:tr w:rsidR="00814698" w:rsidRPr="000C105B" w14:paraId="3BD02141" w14:textId="77777777">
        <w:trPr>
          <w:tblHeader/>
          <w:jc w:val="center"/>
        </w:trPr>
        <w:tc>
          <w:tcPr>
            <w:tcW w:w="2835" w:type="dxa"/>
            <w:shd w:val="clear" w:color="auto" w:fill="D9EAD3"/>
            <w:vAlign w:val="center"/>
          </w:tcPr>
          <w:p w14:paraId="2E60EF1B" w14:textId="64EE9557" w:rsidR="00814698" w:rsidRPr="000C105B" w:rsidRDefault="00814698" w:rsidP="003A58BF">
            <w:pPr>
              <w:ind w:firstLine="0"/>
              <w:jc w:val="center"/>
              <w:rPr>
                <w:rFonts w:cs="Times New Roman"/>
                <w:szCs w:val="28"/>
                <w:lang w:val="kk-KZ"/>
              </w:rPr>
            </w:pPr>
            <w:r w:rsidRPr="000C105B">
              <w:rPr>
                <w:rFonts w:cs="Times New Roman"/>
                <w:b/>
                <w:bCs/>
                <w:szCs w:val="28"/>
                <w:lang w:val="kk-KZ"/>
              </w:rPr>
              <w:t>Күннің құрамдас бөлігі</w:t>
            </w:r>
          </w:p>
        </w:tc>
        <w:tc>
          <w:tcPr>
            <w:tcW w:w="6803" w:type="dxa"/>
            <w:shd w:val="clear" w:color="auto" w:fill="D9EAD3"/>
            <w:vAlign w:val="center"/>
          </w:tcPr>
          <w:p w14:paraId="57C1AB29" w14:textId="5F005C3B" w:rsidR="00814698" w:rsidRPr="000C105B" w:rsidRDefault="00814698" w:rsidP="003A58BF">
            <w:pPr>
              <w:ind w:firstLine="0"/>
              <w:jc w:val="center"/>
              <w:rPr>
                <w:rFonts w:cs="Times New Roman"/>
                <w:szCs w:val="28"/>
                <w:lang w:val="kk-KZ"/>
              </w:rPr>
            </w:pPr>
            <w:r w:rsidRPr="000C105B">
              <w:rPr>
                <w:rFonts w:cs="Times New Roman"/>
                <w:b/>
                <w:bCs/>
                <w:szCs w:val="28"/>
                <w:lang w:val="kk-KZ"/>
              </w:rPr>
              <w:t>Мазмұны</w:t>
            </w:r>
          </w:p>
        </w:tc>
      </w:tr>
      <w:tr w:rsidR="00814698" w:rsidRPr="003A58BF" w14:paraId="1E3AC387" w14:textId="77777777">
        <w:trPr>
          <w:jc w:val="center"/>
        </w:trPr>
        <w:tc>
          <w:tcPr>
            <w:tcW w:w="2835" w:type="dxa"/>
          </w:tcPr>
          <w:p w14:paraId="3A98A0E4" w14:textId="02500A46" w:rsidR="00814698" w:rsidRPr="000C105B" w:rsidRDefault="00DE1056" w:rsidP="003A58BF">
            <w:pPr>
              <w:ind w:firstLine="0"/>
              <w:rPr>
                <w:rFonts w:cs="Times New Roman"/>
                <w:szCs w:val="28"/>
                <w:lang w:val="kk-KZ"/>
              </w:rPr>
            </w:pPr>
            <w:r w:rsidRPr="000C105B">
              <w:rPr>
                <w:rFonts w:cs="Times New Roman"/>
                <w:szCs w:val="28"/>
                <w:lang w:val="kk-KZ"/>
              </w:rPr>
              <w:t>Дамытушы / жобалық / зерттеушілік / шығармашылық сабақтар (кемінде 2)</w:t>
            </w:r>
          </w:p>
        </w:tc>
        <w:tc>
          <w:tcPr>
            <w:tcW w:w="6803" w:type="dxa"/>
          </w:tcPr>
          <w:p w14:paraId="056F69CE" w14:textId="4C70E941" w:rsidR="00814698" w:rsidRPr="000C105B" w:rsidRDefault="00DE1056" w:rsidP="003A58BF">
            <w:pPr>
              <w:ind w:firstLine="0"/>
              <w:rPr>
                <w:rFonts w:cs="Times New Roman"/>
                <w:szCs w:val="28"/>
                <w:lang w:val="kk-KZ"/>
              </w:rPr>
            </w:pPr>
            <w:r w:rsidRPr="000C105B">
              <w:rPr>
                <w:rFonts w:cs="Times New Roman"/>
                <w:szCs w:val="28"/>
                <w:lang w:val="kk-KZ"/>
              </w:rPr>
              <w:t>«</w:t>
            </w:r>
            <w:r w:rsidR="009D55B3">
              <w:rPr>
                <w:rFonts w:cs="Times New Roman"/>
                <w:szCs w:val="28"/>
                <w:lang w:val="kk-KZ"/>
              </w:rPr>
              <w:t>ағылшын</w:t>
            </w:r>
            <w:r w:rsidR="009D55B3" w:rsidRPr="000C105B">
              <w:rPr>
                <w:rFonts w:cs="Times New Roman"/>
                <w:szCs w:val="28"/>
                <w:lang w:val="kk-KZ"/>
              </w:rPr>
              <w:t xml:space="preserve"> </w:t>
            </w:r>
            <w:r w:rsidRPr="000C105B">
              <w:rPr>
                <w:rFonts w:cs="Times New Roman"/>
                <w:szCs w:val="28"/>
                <w:lang w:val="kk-KZ"/>
              </w:rPr>
              <w:t xml:space="preserve">тілдегі қарым-қатынас мәдениеті» дамытушы сабағы: сәлемдесу, алғыс білдіру, этикет, ым-ишара және түрлі жағдаяттар. </w:t>
            </w:r>
            <w:r w:rsidRPr="000C105B">
              <w:rPr>
                <w:rFonts w:cs="Times New Roman"/>
                <w:szCs w:val="28"/>
                <w:lang w:val="kk-KZ"/>
              </w:rPr>
              <w:br/>
              <w:t xml:space="preserve">«Таңдалған тілдің мәдени картасы» танымдық сабағы: </w:t>
            </w:r>
            <w:r w:rsidR="00972798" w:rsidRPr="000C105B">
              <w:rPr>
                <w:rFonts w:cs="Times New Roman"/>
                <w:szCs w:val="28"/>
                <w:lang w:val="kk-KZ"/>
              </w:rPr>
              <w:t>таңбалар,</w:t>
            </w:r>
            <w:r w:rsidRPr="000C105B">
              <w:rPr>
                <w:rFonts w:cs="Times New Roman"/>
                <w:szCs w:val="28"/>
                <w:lang w:val="kk-KZ"/>
              </w:rPr>
              <w:t xml:space="preserve"> дәстүрлер, сөйлеу нормалары, күнделікті жағдайлар.</w:t>
            </w:r>
          </w:p>
        </w:tc>
      </w:tr>
      <w:tr w:rsidR="00814698" w:rsidRPr="003A58BF" w14:paraId="386E483B" w14:textId="77777777">
        <w:trPr>
          <w:jc w:val="center"/>
        </w:trPr>
        <w:tc>
          <w:tcPr>
            <w:tcW w:w="2835" w:type="dxa"/>
          </w:tcPr>
          <w:p w14:paraId="4F6BD4A7" w14:textId="3AC7C982" w:rsidR="00814698" w:rsidRPr="000C105B" w:rsidRDefault="00972798" w:rsidP="003A58BF">
            <w:pPr>
              <w:ind w:firstLine="0"/>
              <w:rPr>
                <w:rFonts w:cs="Times New Roman"/>
                <w:szCs w:val="28"/>
                <w:lang w:val="kk-KZ"/>
              </w:rPr>
            </w:pPr>
            <w:r w:rsidRPr="000C105B">
              <w:rPr>
                <w:rFonts w:cs="Times New Roman"/>
                <w:szCs w:val="28"/>
                <w:lang w:val="kk-KZ"/>
              </w:rPr>
              <w:t>Тәжірибеге</w:t>
            </w:r>
            <w:r w:rsidR="00DE1056" w:rsidRPr="000C105B">
              <w:rPr>
                <w:rFonts w:cs="Times New Roman"/>
                <w:szCs w:val="28"/>
                <w:lang w:val="kk-KZ"/>
              </w:rPr>
              <w:t xml:space="preserve"> бағытталған сабақтар (кемінде 2)</w:t>
            </w:r>
          </w:p>
        </w:tc>
        <w:tc>
          <w:tcPr>
            <w:tcW w:w="6803" w:type="dxa"/>
          </w:tcPr>
          <w:p w14:paraId="3D106137" w14:textId="64A223D1" w:rsidR="00814698" w:rsidRPr="000C105B" w:rsidRDefault="009D55B3" w:rsidP="003A58BF">
            <w:pPr>
              <w:ind w:firstLine="0"/>
              <w:rPr>
                <w:rFonts w:cs="Times New Roman"/>
                <w:szCs w:val="28"/>
                <w:lang w:val="kk-KZ"/>
              </w:rPr>
            </w:pPr>
            <w:r>
              <w:rPr>
                <w:rFonts w:cs="Times New Roman"/>
                <w:szCs w:val="28"/>
                <w:lang w:val="kk-KZ"/>
              </w:rPr>
              <w:t>ағылшын</w:t>
            </w:r>
            <w:r w:rsidRPr="000C105B">
              <w:rPr>
                <w:rFonts w:cs="Times New Roman"/>
                <w:szCs w:val="28"/>
                <w:lang w:val="kk-KZ"/>
              </w:rPr>
              <w:t xml:space="preserve"> </w:t>
            </w:r>
            <w:r w:rsidR="00DE1056" w:rsidRPr="000C105B">
              <w:rPr>
                <w:rFonts w:cs="Times New Roman"/>
                <w:szCs w:val="28"/>
                <w:lang w:val="kk-KZ"/>
              </w:rPr>
              <w:t xml:space="preserve">тілде шағын диалогтар практикумы. </w:t>
            </w:r>
            <w:r w:rsidR="00DE1056" w:rsidRPr="000C105B">
              <w:rPr>
                <w:rFonts w:cs="Times New Roman"/>
                <w:szCs w:val="28"/>
                <w:lang w:val="kk-KZ"/>
              </w:rPr>
              <w:br/>
              <w:t>«Мәдениет және тіл» шығармашылық шеберханасы: тілдік карточкалар, постерлер немесе мәдени карта жасау.</w:t>
            </w:r>
          </w:p>
        </w:tc>
      </w:tr>
      <w:tr w:rsidR="00814698" w:rsidRPr="003A58BF" w14:paraId="703D9605" w14:textId="77777777">
        <w:trPr>
          <w:jc w:val="center"/>
        </w:trPr>
        <w:tc>
          <w:tcPr>
            <w:tcW w:w="2835" w:type="dxa"/>
          </w:tcPr>
          <w:p w14:paraId="79D5E3AF" w14:textId="34A24DCA" w:rsidR="00814698" w:rsidRPr="000C105B" w:rsidRDefault="00DE1056" w:rsidP="003A58BF">
            <w:pPr>
              <w:ind w:firstLine="0"/>
              <w:rPr>
                <w:rFonts w:cs="Times New Roman"/>
                <w:szCs w:val="28"/>
                <w:lang w:val="kk-KZ"/>
              </w:rPr>
            </w:pPr>
            <w:r w:rsidRPr="000C105B">
              <w:rPr>
                <w:rFonts w:cs="Times New Roman"/>
                <w:szCs w:val="28"/>
                <w:lang w:val="kk-KZ"/>
              </w:rPr>
              <w:t>Тәрбиелік іс-шаралар және жобалар (кемінде 2)</w:t>
            </w:r>
          </w:p>
        </w:tc>
        <w:tc>
          <w:tcPr>
            <w:tcW w:w="6803" w:type="dxa"/>
          </w:tcPr>
          <w:p w14:paraId="399A51B6" w14:textId="1AF22FE2" w:rsidR="00814698" w:rsidRPr="000C105B" w:rsidRDefault="00DE1056" w:rsidP="003A58BF">
            <w:pPr>
              <w:ind w:firstLine="0"/>
              <w:rPr>
                <w:rFonts w:cs="Times New Roman"/>
                <w:szCs w:val="28"/>
                <w:lang w:val="kk-KZ"/>
              </w:rPr>
            </w:pPr>
            <w:r w:rsidRPr="000C105B">
              <w:rPr>
                <w:rFonts w:cs="Times New Roman"/>
                <w:szCs w:val="28"/>
                <w:lang w:val="kk-KZ"/>
              </w:rPr>
              <w:t xml:space="preserve">«Тіл – құрмет пен достық көпірі» тәрбиелік іс-шарасы. </w:t>
            </w:r>
            <w:r w:rsidRPr="000C105B">
              <w:rPr>
                <w:rFonts w:cs="Times New Roman"/>
                <w:szCs w:val="28"/>
                <w:lang w:val="kk-KZ"/>
              </w:rPr>
              <w:br/>
              <w:t>Таңдалған тілдік бағыт бойынша мәдени станциялар кеші.</w:t>
            </w:r>
          </w:p>
        </w:tc>
      </w:tr>
      <w:tr w:rsidR="00814698" w:rsidRPr="003A58BF" w14:paraId="56842CCA" w14:textId="77777777">
        <w:trPr>
          <w:jc w:val="center"/>
        </w:trPr>
        <w:tc>
          <w:tcPr>
            <w:tcW w:w="2835" w:type="dxa"/>
          </w:tcPr>
          <w:p w14:paraId="05B13508" w14:textId="5E4E569F" w:rsidR="00814698" w:rsidRPr="000C105B" w:rsidRDefault="00DE1056" w:rsidP="003A58BF">
            <w:pPr>
              <w:ind w:firstLine="0"/>
              <w:rPr>
                <w:rFonts w:cs="Times New Roman"/>
                <w:szCs w:val="28"/>
                <w:lang w:val="kk-KZ"/>
              </w:rPr>
            </w:pPr>
            <w:r w:rsidRPr="000C105B">
              <w:rPr>
                <w:rFonts w:cs="Times New Roman"/>
                <w:szCs w:val="28"/>
                <w:lang w:val="kk-KZ"/>
              </w:rPr>
              <w:t>Сауықтыру модулі (күніне 3 академиялық сағатқа дейін)</w:t>
            </w:r>
          </w:p>
        </w:tc>
        <w:tc>
          <w:tcPr>
            <w:tcW w:w="6803" w:type="dxa"/>
          </w:tcPr>
          <w:p w14:paraId="7A4C2714" w14:textId="6ACC6F2B" w:rsidR="00814698" w:rsidRPr="000C105B" w:rsidRDefault="00DE1056" w:rsidP="003A58BF">
            <w:pPr>
              <w:ind w:firstLine="0"/>
              <w:rPr>
                <w:rFonts w:cs="Times New Roman"/>
                <w:szCs w:val="28"/>
                <w:lang w:val="kk-KZ"/>
              </w:rPr>
            </w:pPr>
            <w:r w:rsidRPr="000C105B">
              <w:rPr>
                <w:rFonts w:cs="Times New Roman"/>
                <w:szCs w:val="28"/>
                <w:lang w:val="kk-KZ"/>
              </w:rPr>
              <w:t>Таңғы жаттығу, қимылды ойындар, «Тілдік маршрут» командалық эстафетасы.</w:t>
            </w:r>
          </w:p>
        </w:tc>
      </w:tr>
      <w:tr w:rsidR="00814698" w:rsidRPr="003A58BF" w14:paraId="2BA25A03" w14:textId="77777777">
        <w:trPr>
          <w:jc w:val="center"/>
        </w:trPr>
        <w:tc>
          <w:tcPr>
            <w:tcW w:w="2835" w:type="dxa"/>
          </w:tcPr>
          <w:p w14:paraId="27B72B68" w14:textId="60D870B3" w:rsidR="00814698" w:rsidRPr="000C105B" w:rsidRDefault="00DE1056" w:rsidP="003A58BF">
            <w:pPr>
              <w:ind w:firstLine="0"/>
              <w:rPr>
                <w:rFonts w:cs="Times New Roman"/>
                <w:szCs w:val="28"/>
                <w:lang w:val="kk-KZ"/>
              </w:rPr>
            </w:pPr>
            <w:r w:rsidRPr="000C105B">
              <w:rPr>
                <w:rFonts w:cs="Times New Roman"/>
                <w:szCs w:val="28"/>
                <w:lang w:val="kk-KZ"/>
              </w:rPr>
              <w:t>Күннің күтілетін нәтижесі</w:t>
            </w:r>
          </w:p>
        </w:tc>
        <w:tc>
          <w:tcPr>
            <w:tcW w:w="6803" w:type="dxa"/>
          </w:tcPr>
          <w:p w14:paraId="39090F72" w14:textId="5FE95928" w:rsidR="00814698" w:rsidRPr="000C105B" w:rsidRDefault="00DE1056" w:rsidP="003A58BF">
            <w:pPr>
              <w:ind w:firstLine="0"/>
              <w:rPr>
                <w:rFonts w:cs="Times New Roman"/>
                <w:szCs w:val="28"/>
                <w:lang w:val="kk-KZ"/>
              </w:rPr>
            </w:pPr>
            <w:r w:rsidRPr="000C105B">
              <w:rPr>
                <w:rFonts w:cs="Times New Roman"/>
                <w:szCs w:val="28"/>
                <w:lang w:val="kk-KZ"/>
              </w:rPr>
              <w:t xml:space="preserve">Қатысушылар </w:t>
            </w:r>
            <w:r w:rsidR="00B76D73">
              <w:rPr>
                <w:rFonts w:cs="Times New Roman"/>
                <w:szCs w:val="28"/>
                <w:lang w:val="kk-KZ"/>
              </w:rPr>
              <w:t>ағылшын</w:t>
            </w:r>
            <w:r w:rsidR="00B76D73" w:rsidRPr="000C105B">
              <w:rPr>
                <w:rFonts w:cs="Times New Roman"/>
                <w:szCs w:val="28"/>
                <w:lang w:val="kk-KZ"/>
              </w:rPr>
              <w:t xml:space="preserve"> </w:t>
            </w:r>
            <w:r w:rsidRPr="000C105B">
              <w:rPr>
                <w:rFonts w:cs="Times New Roman"/>
                <w:szCs w:val="28"/>
                <w:lang w:val="kk-KZ"/>
              </w:rPr>
              <w:t>тілдің мәдени контекстімен танысып, мәдени карта немесе постер дайындайды.</w:t>
            </w:r>
          </w:p>
        </w:tc>
      </w:tr>
    </w:tbl>
    <w:p w14:paraId="60400717" w14:textId="3DCD3FEE" w:rsidR="00FD7927" w:rsidRPr="000C105B" w:rsidRDefault="00B65C70" w:rsidP="003A58BF">
      <w:pPr>
        <w:pStyle w:val="31"/>
        <w:spacing w:before="0" w:after="0"/>
        <w:rPr>
          <w:rFonts w:cs="Times New Roman"/>
          <w:szCs w:val="28"/>
          <w:lang w:val="kk-KZ"/>
        </w:rPr>
      </w:pPr>
      <w:r>
        <w:rPr>
          <w:rFonts w:eastAsia="Times New Roman" w:cs="Times New Roman"/>
          <w:szCs w:val="28"/>
          <w:lang w:val="kk-KZ"/>
        </w:rPr>
        <w:lastRenderedPageBreak/>
        <w:t>6</w:t>
      </w:r>
      <w:r w:rsidR="00FD7927" w:rsidRPr="000C105B">
        <w:rPr>
          <w:rFonts w:eastAsia="Times New Roman" w:cs="Times New Roman"/>
          <w:szCs w:val="28"/>
          <w:lang w:val="kk-KZ"/>
        </w:rPr>
        <w:t xml:space="preserve"> күн. «Тіл және медиа» - </w:t>
      </w:r>
      <w:r w:rsidR="00FD7927" w:rsidRPr="000C105B">
        <w:rPr>
          <w:rFonts w:cs="Times New Roman"/>
          <w:szCs w:val="28"/>
          <w:lang w:val="kk-KZ"/>
        </w:rPr>
        <w:t>тілдік медиажоба күні</w:t>
      </w:r>
    </w:p>
    <w:tbl>
      <w:tblPr>
        <w:tblStyle w:val="aff0"/>
        <w:tblW w:w="0" w:type="auto"/>
        <w:jc w:val="center"/>
        <w:tblLook w:val="04A0" w:firstRow="1" w:lastRow="0" w:firstColumn="1" w:lastColumn="0" w:noHBand="0" w:noVBand="1"/>
      </w:tblPr>
      <w:tblGrid>
        <w:gridCol w:w="2834"/>
        <w:gridCol w:w="6795"/>
      </w:tblGrid>
      <w:tr w:rsidR="00FD7927" w:rsidRPr="000C105B" w14:paraId="4BA4D4A0" w14:textId="77777777" w:rsidTr="00FD7927">
        <w:trPr>
          <w:tblHeader/>
          <w:jc w:val="center"/>
        </w:trPr>
        <w:tc>
          <w:tcPr>
            <w:tcW w:w="2835" w:type="dxa"/>
            <w:tcBorders>
              <w:top w:val="single" w:sz="4" w:space="0" w:color="auto"/>
              <w:left w:val="single" w:sz="4" w:space="0" w:color="auto"/>
              <w:bottom w:val="single" w:sz="4" w:space="0" w:color="auto"/>
              <w:right w:val="single" w:sz="4" w:space="0" w:color="auto"/>
            </w:tcBorders>
            <w:shd w:val="clear" w:color="auto" w:fill="D9EAD3"/>
            <w:vAlign w:val="center"/>
            <w:hideMark/>
          </w:tcPr>
          <w:p w14:paraId="135CEC1A" w14:textId="77777777" w:rsidR="00FD7927" w:rsidRPr="000C105B" w:rsidRDefault="00FD7927" w:rsidP="003A58BF">
            <w:pPr>
              <w:ind w:firstLine="0"/>
              <w:jc w:val="center"/>
              <w:rPr>
                <w:rFonts w:cs="Times New Roman"/>
                <w:szCs w:val="28"/>
                <w:lang w:val="kk-KZ"/>
              </w:rPr>
            </w:pPr>
            <w:r w:rsidRPr="000C105B">
              <w:rPr>
                <w:rFonts w:cs="Times New Roman"/>
                <w:b/>
                <w:bCs/>
                <w:szCs w:val="28"/>
                <w:lang w:val="kk-KZ"/>
              </w:rPr>
              <w:t>Күннің құрамдас бөлігі</w:t>
            </w:r>
          </w:p>
        </w:tc>
        <w:tc>
          <w:tcPr>
            <w:tcW w:w="6803" w:type="dxa"/>
            <w:tcBorders>
              <w:top w:val="single" w:sz="4" w:space="0" w:color="auto"/>
              <w:left w:val="single" w:sz="4" w:space="0" w:color="auto"/>
              <w:bottom w:val="single" w:sz="4" w:space="0" w:color="auto"/>
              <w:right w:val="single" w:sz="4" w:space="0" w:color="auto"/>
            </w:tcBorders>
            <w:shd w:val="clear" w:color="auto" w:fill="D9EAD3"/>
            <w:vAlign w:val="center"/>
            <w:hideMark/>
          </w:tcPr>
          <w:p w14:paraId="6EDA66C0" w14:textId="77777777" w:rsidR="00FD7927" w:rsidRPr="000C105B" w:rsidRDefault="00FD7927" w:rsidP="003A58BF">
            <w:pPr>
              <w:ind w:firstLine="0"/>
              <w:jc w:val="center"/>
              <w:rPr>
                <w:rFonts w:cs="Times New Roman"/>
                <w:szCs w:val="28"/>
                <w:lang w:val="kk-KZ"/>
              </w:rPr>
            </w:pPr>
            <w:r w:rsidRPr="000C105B">
              <w:rPr>
                <w:rFonts w:cs="Times New Roman"/>
                <w:b/>
                <w:bCs/>
                <w:szCs w:val="28"/>
                <w:lang w:val="kk-KZ"/>
              </w:rPr>
              <w:t>Мазмұны</w:t>
            </w:r>
          </w:p>
        </w:tc>
      </w:tr>
      <w:tr w:rsidR="00FD7927" w:rsidRPr="003A58BF" w14:paraId="55C6D131"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0D7DE827" w14:textId="77777777" w:rsidR="00FD7927" w:rsidRPr="000C105B" w:rsidRDefault="00FD7927" w:rsidP="003A58BF">
            <w:pPr>
              <w:ind w:firstLine="0"/>
              <w:rPr>
                <w:rFonts w:cs="Times New Roman"/>
                <w:szCs w:val="28"/>
                <w:lang w:val="kk-KZ"/>
              </w:rPr>
            </w:pPr>
            <w:r w:rsidRPr="000C105B">
              <w:rPr>
                <w:rFonts w:cs="Times New Roman"/>
                <w:szCs w:val="28"/>
                <w:lang w:val="kk-KZ"/>
              </w:rPr>
              <w:t>Дамытушы / жобалық / зерттеушілік / шығармашылық сабақтар (кемінде 2)</w:t>
            </w:r>
          </w:p>
        </w:tc>
        <w:tc>
          <w:tcPr>
            <w:tcW w:w="6803" w:type="dxa"/>
            <w:tcBorders>
              <w:top w:val="single" w:sz="4" w:space="0" w:color="auto"/>
              <w:left w:val="single" w:sz="4" w:space="0" w:color="auto"/>
              <w:bottom w:val="single" w:sz="4" w:space="0" w:color="auto"/>
              <w:right w:val="single" w:sz="4" w:space="0" w:color="auto"/>
            </w:tcBorders>
            <w:hideMark/>
          </w:tcPr>
          <w:p w14:paraId="323FD478" w14:textId="314BA3EA" w:rsidR="00FD7927" w:rsidRPr="000C105B" w:rsidRDefault="00FD7927" w:rsidP="003A58BF">
            <w:pPr>
              <w:ind w:firstLine="0"/>
              <w:rPr>
                <w:rFonts w:cs="Times New Roman"/>
                <w:szCs w:val="28"/>
                <w:lang w:val="kk-KZ"/>
              </w:rPr>
            </w:pPr>
            <w:r w:rsidRPr="000C105B">
              <w:rPr>
                <w:rFonts w:cs="Times New Roman"/>
                <w:szCs w:val="28"/>
                <w:lang w:val="kk-KZ"/>
              </w:rPr>
              <w:t xml:space="preserve">«Ақпарат, тіл және қарым-қатынас мәдениеті» дамытушы сабағы. </w:t>
            </w:r>
            <w:r w:rsidRPr="000C105B">
              <w:rPr>
                <w:rFonts w:cs="Times New Roman"/>
                <w:szCs w:val="28"/>
                <w:lang w:val="kk-KZ"/>
              </w:rPr>
              <w:br/>
              <w:t xml:space="preserve">«Таңдалған тілдегі </w:t>
            </w:r>
            <w:r w:rsidR="00B76D73">
              <w:rPr>
                <w:rFonts w:cs="Times New Roman"/>
                <w:szCs w:val="28"/>
                <w:lang w:val="kk-KZ"/>
              </w:rPr>
              <w:t>БСЛ</w:t>
            </w:r>
            <w:r w:rsidRPr="000C105B">
              <w:rPr>
                <w:rFonts w:cs="Times New Roman"/>
                <w:szCs w:val="28"/>
                <w:lang w:val="kk-KZ"/>
              </w:rPr>
              <w:t xml:space="preserve"> жаңалығы» шығармашылық зертхана.</w:t>
            </w:r>
          </w:p>
        </w:tc>
      </w:tr>
      <w:tr w:rsidR="00FD7927" w:rsidRPr="003A58BF" w14:paraId="5CA0BC76"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47541739" w14:textId="4AEB690A" w:rsidR="00FD7927" w:rsidRPr="000C105B" w:rsidRDefault="00FD7927" w:rsidP="003A58BF">
            <w:pPr>
              <w:ind w:firstLine="0"/>
              <w:rPr>
                <w:rFonts w:cs="Times New Roman"/>
                <w:szCs w:val="28"/>
                <w:lang w:val="kk-KZ"/>
              </w:rPr>
            </w:pPr>
            <w:r w:rsidRPr="000C105B">
              <w:rPr>
                <w:rFonts w:cs="Times New Roman"/>
                <w:szCs w:val="28"/>
                <w:lang w:val="kk-KZ"/>
              </w:rPr>
              <w:t>Тәжірибеге бағытталған сабақтар (кемінде 2)</w:t>
            </w:r>
          </w:p>
        </w:tc>
        <w:tc>
          <w:tcPr>
            <w:tcW w:w="6803" w:type="dxa"/>
            <w:tcBorders>
              <w:top w:val="single" w:sz="4" w:space="0" w:color="auto"/>
              <w:left w:val="single" w:sz="4" w:space="0" w:color="auto"/>
              <w:bottom w:val="single" w:sz="4" w:space="0" w:color="auto"/>
              <w:right w:val="single" w:sz="4" w:space="0" w:color="auto"/>
            </w:tcBorders>
            <w:hideMark/>
          </w:tcPr>
          <w:p w14:paraId="000BB80F" w14:textId="24A7BA96" w:rsidR="00FD7927" w:rsidRPr="000C105B" w:rsidRDefault="00FD7927" w:rsidP="003A58BF">
            <w:pPr>
              <w:ind w:firstLine="0"/>
              <w:rPr>
                <w:rFonts w:cs="Times New Roman"/>
                <w:szCs w:val="28"/>
                <w:lang w:val="kk-KZ"/>
              </w:rPr>
            </w:pPr>
            <w:r w:rsidRPr="000C105B">
              <w:rPr>
                <w:rFonts w:cs="Times New Roman"/>
                <w:szCs w:val="28"/>
                <w:lang w:val="kk-KZ"/>
              </w:rPr>
              <w:t xml:space="preserve">Қатысушылардан сұхбат алу практикумы. </w:t>
            </w:r>
            <w:r w:rsidRPr="000C105B">
              <w:rPr>
                <w:rFonts w:cs="Times New Roman"/>
                <w:szCs w:val="28"/>
                <w:lang w:val="kk-KZ"/>
              </w:rPr>
              <w:br/>
              <w:t>Практикалық жұмыс: медиакүнделік, подкаст, қысқа видео, фотожылнама немесе постерді таңдалған тілде қолжетімді құралдармен жасау.</w:t>
            </w:r>
          </w:p>
        </w:tc>
      </w:tr>
      <w:tr w:rsidR="00FD7927" w:rsidRPr="003A58BF" w14:paraId="26B40B8F"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1D6AF0BC" w14:textId="77777777" w:rsidR="00FD7927" w:rsidRPr="000C105B" w:rsidRDefault="00FD7927" w:rsidP="003A58BF">
            <w:pPr>
              <w:ind w:firstLine="0"/>
              <w:rPr>
                <w:rFonts w:cs="Times New Roman"/>
                <w:szCs w:val="28"/>
                <w:lang w:val="kk-KZ"/>
              </w:rPr>
            </w:pPr>
            <w:r w:rsidRPr="000C105B">
              <w:rPr>
                <w:rFonts w:cs="Times New Roman"/>
                <w:szCs w:val="28"/>
                <w:lang w:val="kk-KZ"/>
              </w:rPr>
              <w:t>Тәрбиелік іс-шаралар және жобалар (кемінде 2)</w:t>
            </w:r>
          </w:p>
        </w:tc>
        <w:tc>
          <w:tcPr>
            <w:tcW w:w="6803" w:type="dxa"/>
            <w:tcBorders>
              <w:top w:val="single" w:sz="4" w:space="0" w:color="auto"/>
              <w:left w:val="single" w:sz="4" w:space="0" w:color="auto"/>
              <w:bottom w:val="single" w:sz="4" w:space="0" w:color="auto"/>
              <w:right w:val="single" w:sz="4" w:space="0" w:color="auto"/>
            </w:tcBorders>
            <w:hideMark/>
          </w:tcPr>
          <w:p w14:paraId="2AA212B2" w14:textId="140EFABF" w:rsidR="00FD7927" w:rsidRPr="000C105B" w:rsidRDefault="00FD7927" w:rsidP="003A58BF">
            <w:pPr>
              <w:ind w:firstLine="0"/>
              <w:rPr>
                <w:rFonts w:cs="Times New Roman"/>
                <w:szCs w:val="28"/>
                <w:lang w:val="kk-KZ"/>
              </w:rPr>
            </w:pPr>
            <w:r w:rsidRPr="000C105B">
              <w:rPr>
                <w:rFonts w:cs="Times New Roman"/>
                <w:szCs w:val="28"/>
                <w:lang w:val="kk-KZ"/>
              </w:rPr>
              <w:t xml:space="preserve">«Шынайы және цифрлық ортадағы сөзге жауапкершілік» тәрбиелік іс-шарасы. </w:t>
            </w:r>
            <w:r w:rsidRPr="000C105B">
              <w:rPr>
                <w:rFonts w:cs="Times New Roman"/>
                <w:szCs w:val="28"/>
                <w:lang w:val="kk-KZ"/>
              </w:rPr>
              <w:br/>
              <w:t>«Тірі қарым-қатынас» кеші: цифрлық тепе-теңдік және сөйлеу мәдениетін талқылау.</w:t>
            </w:r>
          </w:p>
        </w:tc>
      </w:tr>
      <w:tr w:rsidR="00FD7927" w:rsidRPr="003A58BF" w14:paraId="113CA8BE"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642C3F12" w14:textId="77777777" w:rsidR="00FD7927" w:rsidRPr="000C105B" w:rsidRDefault="00FD7927" w:rsidP="003A58BF">
            <w:pPr>
              <w:ind w:firstLine="0"/>
              <w:rPr>
                <w:rFonts w:cs="Times New Roman"/>
                <w:szCs w:val="28"/>
                <w:lang w:val="kk-KZ"/>
              </w:rPr>
            </w:pPr>
            <w:r w:rsidRPr="000C105B">
              <w:rPr>
                <w:rFonts w:cs="Times New Roman"/>
                <w:szCs w:val="28"/>
                <w:lang w:val="kk-KZ"/>
              </w:rPr>
              <w:t>Сауықтыру модулі (күніне 3 академиялық сағатқа дейін)</w:t>
            </w:r>
          </w:p>
        </w:tc>
        <w:tc>
          <w:tcPr>
            <w:tcW w:w="6803" w:type="dxa"/>
            <w:tcBorders>
              <w:top w:val="single" w:sz="4" w:space="0" w:color="auto"/>
              <w:left w:val="single" w:sz="4" w:space="0" w:color="auto"/>
              <w:bottom w:val="single" w:sz="4" w:space="0" w:color="auto"/>
              <w:right w:val="single" w:sz="4" w:space="0" w:color="auto"/>
            </w:tcBorders>
            <w:hideMark/>
          </w:tcPr>
          <w:p w14:paraId="107C7261" w14:textId="727FA39F" w:rsidR="00FD7927" w:rsidRPr="000C105B" w:rsidRDefault="00FD7927" w:rsidP="003A58BF">
            <w:pPr>
              <w:ind w:firstLine="0"/>
              <w:rPr>
                <w:rFonts w:cs="Times New Roman"/>
                <w:szCs w:val="28"/>
                <w:lang w:val="kk-KZ"/>
              </w:rPr>
            </w:pPr>
            <w:r w:rsidRPr="000C105B">
              <w:rPr>
                <w:rFonts w:cs="Times New Roman"/>
                <w:szCs w:val="28"/>
                <w:lang w:val="kk-KZ"/>
              </w:rPr>
              <w:t>Таңғы жаттығу, гаджетсіз спорттық ойын, серуен, коммуникацияға арналған жаттығулар.</w:t>
            </w:r>
          </w:p>
        </w:tc>
      </w:tr>
      <w:tr w:rsidR="00FD7927" w:rsidRPr="003A58BF" w14:paraId="647CEAA6"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5F2228A9" w14:textId="77777777" w:rsidR="00FD7927" w:rsidRPr="000C105B" w:rsidRDefault="00FD7927" w:rsidP="003A58BF">
            <w:pPr>
              <w:ind w:firstLine="0"/>
              <w:rPr>
                <w:rFonts w:cs="Times New Roman"/>
                <w:szCs w:val="28"/>
                <w:lang w:val="kk-KZ"/>
              </w:rPr>
            </w:pPr>
            <w:r w:rsidRPr="000C105B">
              <w:rPr>
                <w:rFonts w:cs="Times New Roman"/>
                <w:szCs w:val="28"/>
                <w:lang w:val="kk-KZ"/>
              </w:rPr>
              <w:t>Күтілетін нәтижесі</w:t>
            </w:r>
          </w:p>
        </w:tc>
        <w:tc>
          <w:tcPr>
            <w:tcW w:w="6803" w:type="dxa"/>
            <w:tcBorders>
              <w:top w:val="single" w:sz="4" w:space="0" w:color="auto"/>
              <w:left w:val="single" w:sz="4" w:space="0" w:color="auto"/>
              <w:bottom w:val="single" w:sz="4" w:space="0" w:color="auto"/>
              <w:right w:val="single" w:sz="4" w:space="0" w:color="auto"/>
            </w:tcBorders>
            <w:hideMark/>
          </w:tcPr>
          <w:p w14:paraId="3C7EB89B" w14:textId="77777777" w:rsidR="00FD7927" w:rsidRPr="000C105B" w:rsidRDefault="00FD7927" w:rsidP="003A58BF">
            <w:pPr>
              <w:ind w:firstLine="0"/>
              <w:rPr>
                <w:rFonts w:cs="Times New Roman"/>
                <w:szCs w:val="28"/>
                <w:lang w:val="kk-KZ"/>
              </w:rPr>
            </w:pPr>
            <w:r w:rsidRPr="000C105B">
              <w:rPr>
                <w:rFonts w:cs="Times New Roman"/>
                <w:szCs w:val="28"/>
                <w:lang w:val="kk-KZ"/>
              </w:rPr>
              <w:t>Қатысушылар тілдік медиажоба жасайды: сұхбат, күнделік, постер, подкаст немесе бейнеролик.</w:t>
            </w:r>
          </w:p>
        </w:tc>
      </w:tr>
    </w:tbl>
    <w:p w14:paraId="2742C211" w14:textId="3BD1DF7A" w:rsidR="00FD7927" w:rsidRPr="000C105B" w:rsidRDefault="00B65C70" w:rsidP="003A58BF">
      <w:pPr>
        <w:pStyle w:val="31"/>
        <w:spacing w:before="0" w:after="0"/>
        <w:rPr>
          <w:rFonts w:cs="Times New Roman"/>
          <w:szCs w:val="28"/>
          <w:lang w:val="kk-KZ"/>
        </w:rPr>
      </w:pPr>
      <w:r>
        <w:rPr>
          <w:rFonts w:eastAsia="Times New Roman" w:cs="Times New Roman"/>
          <w:szCs w:val="28"/>
          <w:lang w:val="kk-KZ"/>
        </w:rPr>
        <w:t>7</w:t>
      </w:r>
      <w:r w:rsidR="00FD7927" w:rsidRPr="000C105B">
        <w:rPr>
          <w:rFonts w:eastAsia="Times New Roman" w:cs="Times New Roman"/>
          <w:szCs w:val="28"/>
          <w:lang w:val="kk-KZ"/>
        </w:rPr>
        <w:t xml:space="preserve"> күн. «Тіл жобасы» - </w:t>
      </w:r>
      <w:r w:rsidR="00FD7927" w:rsidRPr="000C105B">
        <w:rPr>
          <w:rFonts w:cs="Times New Roman"/>
          <w:szCs w:val="28"/>
          <w:lang w:val="kk-KZ"/>
        </w:rPr>
        <w:t>жобалау күні</w:t>
      </w:r>
      <w:r w:rsidR="00FD7927" w:rsidRPr="000C105B">
        <w:rPr>
          <w:rFonts w:eastAsia="Times New Roman" w:cs="Times New Roman"/>
          <w:szCs w:val="28"/>
          <w:lang w:val="kk-KZ"/>
        </w:rPr>
        <w:t xml:space="preserve"> </w:t>
      </w:r>
    </w:p>
    <w:tbl>
      <w:tblPr>
        <w:tblStyle w:val="aff0"/>
        <w:tblW w:w="0" w:type="auto"/>
        <w:jc w:val="center"/>
        <w:tblLook w:val="04A0" w:firstRow="1" w:lastRow="0" w:firstColumn="1" w:lastColumn="0" w:noHBand="0" w:noVBand="1"/>
      </w:tblPr>
      <w:tblGrid>
        <w:gridCol w:w="2834"/>
        <w:gridCol w:w="6795"/>
      </w:tblGrid>
      <w:tr w:rsidR="00FD7927" w:rsidRPr="000C105B" w14:paraId="10839058" w14:textId="77777777" w:rsidTr="00FD7927">
        <w:trPr>
          <w:tblHeader/>
          <w:jc w:val="center"/>
        </w:trPr>
        <w:tc>
          <w:tcPr>
            <w:tcW w:w="2835" w:type="dxa"/>
            <w:tcBorders>
              <w:top w:val="single" w:sz="4" w:space="0" w:color="auto"/>
              <w:left w:val="single" w:sz="4" w:space="0" w:color="auto"/>
              <w:bottom w:val="single" w:sz="4" w:space="0" w:color="auto"/>
              <w:right w:val="single" w:sz="4" w:space="0" w:color="auto"/>
            </w:tcBorders>
            <w:shd w:val="clear" w:color="auto" w:fill="D9EAD3"/>
            <w:vAlign w:val="center"/>
            <w:hideMark/>
          </w:tcPr>
          <w:p w14:paraId="471BBEE5" w14:textId="77777777" w:rsidR="00FD7927" w:rsidRPr="000C105B" w:rsidRDefault="00FD7927" w:rsidP="003A58BF">
            <w:pPr>
              <w:ind w:firstLine="0"/>
              <w:rPr>
                <w:rFonts w:cs="Times New Roman"/>
                <w:szCs w:val="28"/>
                <w:lang w:val="kk-KZ"/>
              </w:rPr>
            </w:pPr>
            <w:r w:rsidRPr="000C105B">
              <w:rPr>
                <w:rFonts w:cs="Times New Roman"/>
                <w:b/>
                <w:bCs/>
                <w:szCs w:val="28"/>
                <w:lang w:val="kk-KZ"/>
              </w:rPr>
              <w:t>Күннің құрамдас бөлігі</w:t>
            </w:r>
          </w:p>
        </w:tc>
        <w:tc>
          <w:tcPr>
            <w:tcW w:w="6803" w:type="dxa"/>
            <w:tcBorders>
              <w:top w:val="single" w:sz="4" w:space="0" w:color="auto"/>
              <w:left w:val="single" w:sz="4" w:space="0" w:color="auto"/>
              <w:bottom w:val="single" w:sz="4" w:space="0" w:color="auto"/>
              <w:right w:val="single" w:sz="4" w:space="0" w:color="auto"/>
            </w:tcBorders>
            <w:shd w:val="clear" w:color="auto" w:fill="D9EAD3"/>
            <w:vAlign w:val="center"/>
            <w:hideMark/>
          </w:tcPr>
          <w:p w14:paraId="0E77444A" w14:textId="77777777" w:rsidR="00FD7927" w:rsidRPr="000C105B" w:rsidRDefault="00FD7927" w:rsidP="003A58BF">
            <w:pPr>
              <w:ind w:firstLine="0"/>
              <w:rPr>
                <w:rFonts w:cs="Times New Roman"/>
                <w:szCs w:val="28"/>
                <w:lang w:val="kk-KZ"/>
              </w:rPr>
            </w:pPr>
            <w:r w:rsidRPr="000C105B">
              <w:rPr>
                <w:rFonts w:cs="Times New Roman"/>
                <w:b/>
                <w:bCs/>
                <w:szCs w:val="28"/>
                <w:lang w:val="kk-KZ"/>
              </w:rPr>
              <w:t>Мазмұны</w:t>
            </w:r>
          </w:p>
        </w:tc>
      </w:tr>
      <w:tr w:rsidR="00FD7927" w:rsidRPr="000C105B" w14:paraId="70D5C40F"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2245420F" w14:textId="77777777" w:rsidR="00FD7927" w:rsidRPr="000C105B" w:rsidRDefault="00FD7927" w:rsidP="003A58BF">
            <w:pPr>
              <w:ind w:firstLine="0"/>
              <w:rPr>
                <w:rFonts w:cs="Times New Roman"/>
                <w:szCs w:val="28"/>
                <w:lang w:val="kk-KZ"/>
              </w:rPr>
            </w:pPr>
            <w:r w:rsidRPr="000C105B">
              <w:rPr>
                <w:rFonts w:cs="Times New Roman"/>
                <w:szCs w:val="28"/>
                <w:lang w:val="kk-KZ"/>
              </w:rPr>
              <w:t>Дамытушы / жобалық / зерттеушілік / шығармашылық сабақтар (кемінде 2)</w:t>
            </w:r>
          </w:p>
        </w:tc>
        <w:tc>
          <w:tcPr>
            <w:tcW w:w="6803" w:type="dxa"/>
            <w:tcBorders>
              <w:top w:val="single" w:sz="4" w:space="0" w:color="auto"/>
              <w:left w:val="single" w:sz="4" w:space="0" w:color="auto"/>
              <w:bottom w:val="single" w:sz="4" w:space="0" w:color="auto"/>
              <w:right w:val="single" w:sz="4" w:space="0" w:color="auto"/>
            </w:tcBorders>
            <w:hideMark/>
          </w:tcPr>
          <w:p w14:paraId="5603F4DE" w14:textId="6F68221A" w:rsidR="00FD7927" w:rsidRPr="000C105B" w:rsidRDefault="00FD7927" w:rsidP="003A58BF">
            <w:pPr>
              <w:ind w:firstLine="0"/>
              <w:rPr>
                <w:rFonts w:cs="Times New Roman"/>
                <w:szCs w:val="28"/>
                <w:lang w:val="kk-KZ"/>
              </w:rPr>
            </w:pPr>
            <w:r w:rsidRPr="000C105B">
              <w:rPr>
                <w:rFonts w:cs="Times New Roman"/>
                <w:szCs w:val="28"/>
                <w:lang w:val="kk-KZ"/>
              </w:rPr>
              <w:t xml:space="preserve">«Тілдік жобаны қалай рәсімдеу керек: тақырып, мақсат, рөлдер, өнім» дамытушы сабағы. </w:t>
            </w:r>
            <w:r w:rsidRPr="000C105B">
              <w:rPr>
                <w:rFonts w:cs="Times New Roman"/>
                <w:szCs w:val="28"/>
                <w:lang w:val="kk-KZ"/>
              </w:rPr>
              <w:br/>
              <w:t>Таңдалған тілдер мен форматтар бойынша жобалық консультация.</w:t>
            </w:r>
          </w:p>
        </w:tc>
      </w:tr>
      <w:tr w:rsidR="00FD7927" w:rsidRPr="003A58BF" w14:paraId="7898242B"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53CF645E" w14:textId="1BA2CDCE" w:rsidR="00FD7927" w:rsidRPr="000C105B" w:rsidRDefault="00FD7927" w:rsidP="003A58BF">
            <w:pPr>
              <w:ind w:firstLine="0"/>
              <w:rPr>
                <w:rFonts w:cs="Times New Roman"/>
                <w:szCs w:val="28"/>
                <w:lang w:val="kk-KZ"/>
              </w:rPr>
            </w:pPr>
            <w:r w:rsidRPr="000C105B">
              <w:rPr>
                <w:rFonts w:cs="Times New Roman"/>
                <w:szCs w:val="28"/>
                <w:lang w:val="kk-KZ"/>
              </w:rPr>
              <w:t>Тәжірибеге  бағытталған сабақтар (кемінде 2)</w:t>
            </w:r>
          </w:p>
        </w:tc>
        <w:tc>
          <w:tcPr>
            <w:tcW w:w="6803" w:type="dxa"/>
            <w:tcBorders>
              <w:top w:val="single" w:sz="4" w:space="0" w:color="auto"/>
              <w:left w:val="single" w:sz="4" w:space="0" w:color="auto"/>
              <w:bottom w:val="single" w:sz="4" w:space="0" w:color="auto"/>
              <w:right w:val="single" w:sz="4" w:space="0" w:color="auto"/>
            </w:tcBorders>
            <w:hideMark/>
          </w:tcPr>
          <w:p w14:paraId="564A39CC" w14:textId="45EAFB98" w:rsidR="00FD7927" w:rsidRPr="000C105B" w:rsidRDefault="00FD7927" w:rsidP="003A58BF">
            <w:pPr>
              <w:ind w:firstLine="0"/>
              <w:rPr>
                <w:rFonts w:cs="Times New Roman"/>
                <w:szCs w:val="28"/>
                <w:lang w:val="kk-KZ"/>
              </w:rPr>
            </w:pPr>
            <w:r w:rsidRPr="000C105B">
              <w:rPr>
                <w:rFonts w:cs="Times New Roman"/>
                <w:szCs w:val="28"/>
                <w:lang w:val="kk-KZ"/>
              </w:rPr>
              <w:t xml:space="preserve">Қорытынды тілдік өнімді дайындауға тәжірибелік жұмыс. </w:t>
            </w:r>
            <w:r w:rsidRPr="000C105B">
              <w:rPr>
                <w:rFonts w:cs="Times New Roman"/>
                <w:szCs w:val="28"/>
                <w:lang w:val="kk-KZ"/>
              </w:rPr>
              <w:br/>
              <w:t>Презентация тренингі: сөйлеу құрылымы, айтылым, спикерді қолдау.</w:t>
            </w:r>
          </w:p>
        </w:tc>
      </w:tr>
      <w:tr w:rsidR="00FD7927" w:rsidRPr="003A58BF" w14:paraId="25011103"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7FB07662" w14:textId="77777777" w:rsidR="00FD7927" w:rsidRPr="000C105B" w:rsidRDefault="00FD7927" w:rsidP="003A58BF">
            <w:pPr>
              <w:ind w:firstLine="0"/>
              <w:rPr>
                <w:rFonts w:cs="Times New Roman"/>
                <w:szCs w:val="28"/>
                <w:lang w:val="kk-KZ"/>
              </w:rPr>
            </w:pPr>
            <w:r w:rsidRPr="000C105B">
              <w:rPr>
                <w:rFonts w:cs="Times New Roman"/>
                <w:szCs w:val="28"/>
                <w:lang w:val="kk-KZ"/>
              </w:rPr>
              <w:t>Тәрбиелік іс-шаралар және жобалар (кемінде 2)</w:t>
            </w:r>
          </w:p>
        </w:tc>
        <w:tc>
          <w:tcPr>
            <w:tcW w:w="6803" w:type="dxa"/>
            <w:tcBorders>
              <w:top w:val="single" w:sz="4" w:space="0" w:color="auto"/>
              <w:left w:val="single" w:sz="4" w:space="0" w:color="auto"/>
              <w:bottom w:val="single" w:sz="4" w:space="0" w:color="auto"/>
              <w:right w:val="single" w:sz="4" w:space="0" w:color="auto"/>
            </w:tcBorders>
            <w:hideMark/>
          </w:tcPr>
          <w:p w14:paraId="2FBA9C0B" w14:textId="70DE90D5" w:rsidR="00FD7927" w:rsidRPr="000C105B" w:rsidRDefault="00FD7927" w:rsidP="003A58BF">
            <w:pPr>
              <w:ind w:firstLine="0"/>
              <w:rPr>
                <w:rFonts w:cs="Times New Roman"/>
                <w:szCs w:val="28"/>
                <w:lang w:val="kk-KZ"/>
              </w:rPr>
            </w:pPr>
            <w:r w:rsidRPr="000C105B">
              <w:rPr>
                <w:rFonts w:cs="Times New Roman"/>
                <w:szCs w:val="28"/>
                <w:lang w:val="kk-KZ"/>
              </w:rPr>
              <w:t xml:space="preserve">«Ортақ нәтижеге менің үлесім» тәрбиелік іс-шарасы. </w:t>
            </w:r>
            <w:r w:rsidRPr="000C105B">
              <w:rPr>
                <w:rFonts w:cs="Times New Roman"/>
                <w:szCs w:val="28"/>
                <w:lang w:val="kk-KZ"/>
              </w:rPr>
              <w:br/>
              <w:t>Жобалық командалар кеші және кері байланыс алмасу.</w:t>
            </w:r>
          </w:p>
        </w:tc>
      </w:tr>
      <w:tr w:rsidR="00FD7927" w:rsidRPr="003A58BF" w14:paraId="061C1E31"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34F670B7" w14:textId="77777777" w:rsidR="00FD7927" w:rsidRPr="000C105B" w:rsidRDefault="00FD7927" w:rsidP="003A58BF">
            <w:pPr>
              <w:ind w:firstLine="0"/>
              <w:rPr>
                <w:rFonts w:cs="Times New Roman"/>
                <w:szCs w:val="28"/>
                <w:lang w:val="kk-KZ"/>
              </w:rPr>
            </w:pPr>
            <w:r w:rsidRPr="000C105B">
              <w:rPr>
                <w:rFonts w:cs="Times New Roman"/>
                <w:szCs w:val="28"/>
                <w:lang w:val="kk-KZ"/>
              </w:rPr>
              <w:t>Сауықтыру модулі (күніне 3 академиялық сағатқа дейін)</w:t>
            </w:r>
          </w:p>
        </w:tc>
        <w:tc>
          <w:tcPr>
            <w:tcW w:w="6803" w:type="dxa"/>
            <w:tcBorders>
              <w:top w:val="single" w:sz="4" w:space="0" w:color="auto"/>
              <w:left w:val="single" w:sz="4" w:space="0" w:color="auto"/>
              <w:bottom w:val="single" w:sz="4" w:space="0" w:color="auto"/>
              <w:right w:val="single" w:sz="4" w:space="0" w:color="auto"/>
            </w:tcBorders>
            <w:hideMark/>
          </w:tcPr>
          <w:p w14:paraId="6D4EE10A" w14:textId="002705C4" w:rsidR="00FD7927" w:rsidRPr="000C105B" w:rsidRDefault="00FD7927" w:rsidP="003A58BF">
            <w:pPr>
              <w:ind w:firstLine="0"/>
              <w:rPr>
                <w:rFonts w:cs="Times New Roman"/>
                <w:szCs w:val="28"/>
                <w:lang w:val="kk-KZ"/>
              </w:rPr>
            </w:pPr>
            <w:r w:rsidRPr="000C105B">
              <w:rPr>
                <w:rFonts w:cs="Times New Roman"/>
                <w:szCs w:val="28"/>
                <w:lang w:val="kk-KZ"/>
              </w:rPr>
              <w:t>Таңғы жаттығу, серуен, шаршаудың алдын алуға арналған белсенді ойын.</w:t>
            </w:r>
          </w:p>
        </w:tc>
      </w:tr>
      <w:tr w:rsidR="00FD7927" w:rsidRPr="003A58BF" w14:paraId="48444CC8"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7FBF0474" w14:textId="77777777" w:rsidR="00FD7927" w:rsidRPr="000C105B" w:rsidRDefault="00FD7927" w:rsidP="003A58BF">
            <w:pPr>
              <w:ind w:firstLine="0"/>
              <w:rPr>
                <w:rFonts w:cs="Times New Roman"/>
                <w:szCs w:val="28"/>
                <w:lang w:val="kk-KZ"/>
              </w:rPr>
            </w:pPr>
            <w:r w:rsidRPr="000C105B">
              <w:rPr>
                <w:rFonts w:cs="Times New Roman"/>
                <w:szCs w:val="28"/>
                <w:lang w:val="kk-KZ"/>
              </w:rPr>
              <w:lastRenderedPageBreak/>
              <w:t>Күннің күтілетін нәтижесі</w:t>
            </w:r>
          </w:p>
        </w:tc>
        <w:tc>
          <w:tcPr>
            <w:tcW w:w="6803" w:type="dxa"/>
            <w:tcBorders>
              <w:top w:val="single" w:sz="4" w:space="0" w:color="auto"/>
              <w:left w:val="single" w:sz="4" w:space="0" w:color="auto"/>
              <w:bottom w:val="single" w:sz="4" w:space="0" w:color="auto"/>
              <w:right w:val="single" w:sz="4" w:space="0" w:color="auto"/>
            </w:tcBorders>
            <w:hideMark/>
          </w:tcPr>
          <w:p w14:paraId="5E1AE15B" w14:textId="77777777" w:rsidR="00FD7927" w:rsidRPr="000C105B" w:rsidRDefault="00FD7927" w:rsidP="003A58BF">
            <w:pPr>
              <w:ind w:firstLine="0"/>
              <w:rPr>
                <w:rFonts w:cs="Times New Roman"/>
                <w:szCs w:val="28"/>
                <w:lang w:val="kk-KZ"/>
              </w:rPr>
            </w:pPr>
            <w:r w:rsidRPr="000C105B">
              <w:rPr>
                <w:rFonts w:cs="Times New Roman"/>
                <w:szCs w:val="28"/>
                <w:lang w:val="kk-KZ"/>
              </w:rPr>
              <w:t>Қорытынды тілдік жобалардың бастапқы (черновой) нұсқалары дайындалады.</w:t>
            </w:r>
          </w:p>
        </w:tc>
      </w:tr>
    </w:tbl>
    <w:p w14:paraId="7F425DA2" w14:textId="5CA0412C" w:rsidR="00FD7927" w:rsidRPr="000C105B" w:rsidRDefault="00B65C70" w:rsidP="003A58BF">
      <w:pPr>
        <w:pStyle w:val="31"/>
        <w:spacing w:before="0" w:after="0"/>
        <w:rPr>
          <w:rFonts w:cs="Times New Roman"/>
          <w:szCs w:val="28"/>
          <w:lang w:val="kk-KZ"/>
        </w:rPr>
      </w:pPr>
      <w:r>
        <w:rPr>
          <w:rFonts w:eastAsia="Times New Roman" w:cs="Times New Roman"/>
          <w:szCs w:val="28"/>
          <w:lang w:val="kk-KZ"/>
        </w:rPr>
        <w:t>8</w:t>
      </w:r>
      <w:r w:rsidR="00FD7927" w:rsidRPr="000C105B">
        <w:rPr>
          <w:rFonts w:eastAsia="Times New Roman" w:cs="Times New Roman"/>
          <w:szCs w:val="28"/>
          <w:lang w:val="kk-KZ"/>
        </w:rPr>
        <w:t xml:space="preserve"> күн. «Дайындық күні»</w:t>
      </w:r>
    </w:p>
    <w:tbl>
      <w:tblPr>
        <w:tblStyle w:val="aff0"/>
        <w:tblW w:w="0" w:type="auto"/>
        <w:jc w:val="center"/>
        <w:tblLook w:val="04A0" w:firstRow="1" w:lastRow="0" w:firstColumn="1" w:lastColumn="0" w:noHBand="0" w:noVBand="1"/>
      </w:tblPr>
      <w:tblGrid>
        <w:gridCol w:w="2834"/>
        <w:gridCol w:w="6795"/>
      </w:tblGrid>
      <w:tr w:rsidR="00FD7927" w:rsidRPr="000C105B" w14:paraId="5969FE54" w14:textId="77777777" w:rsidTr="00FD7927">
        <w:trPr>
          <w:tblHeader/>
          <w:jc w:val="center"/>
        </w:trPr>
        <w:tc>
          <w:tcPr>
            <w:tcW w:w="2835" w:type="dxa"/>
            <w:tcBorders>
              <w:top w:val="single" w:sz="4" w:space="0" w:color="auto"/>
              <w:left w:val="single" w:sz="4" w:space="0" w:color="auto"/>
              <w:bottom w:val="single" w:sz="4" w:space="0" w:color="auto"/>
              <w:right w:val="single" w:sz="4" w:space="0" w:color="auto"/>
            </w:tcBorders>
            <w:shd w:val="clear" w:color="auto" w:fill="D9EAD3"/>
            <w:vAlign w:val="center"/>
            <w:hideMark/>
          </w:tcPr>
          <w:p w14:paraId="300F0CE8" w14:textId="77777777" w:rsidR="00FD7927" w:rsidRPr="000C105B" w:rsidRDefault="00FD7927" w:rsidP="003A58BF">
            <w:pPr>
              <w:ind w:firstLine="0"/>
              <w:rPr>
                <w:rFonts w:cs="Times New Roman"/>
                <w:szCs w:val="28"/>
                <w:lang w:val="kk-KZ"/>
              </w:rPr>
            </w:pPr>
            <w:r w:rsidRPr="000C105B">
              <w:rPr>
                <w:rFonts w:cs="Times New Roman"/>
                <w:b/>
                <w:bCs/>
                <w:szCs w:val="28"/>
                <w:lang w:val="kk-KZ"/>
              </w:rPr>
              <w:t>Күннің құрамдас бөлігі</w:t>
            </w:r>
          </w:p>
        </w:tc>
        <w:tc>
          <w:tcPr>
            <w:tcW w:w="6803" w:type="dxa"/>
            <w:tcBorders>
              <w:top w:val="single" w:sz="4" w:space="0" w:color="auto"/>
              <w:left w:val="single" w:sz="4" w:space="0" w:color="auto"/>
              <w:bottom w:val="single" w:sz="4" w:space="0" w:color="auto"/>
              <w:right w:val="single" w:sz="4" w:space="0" w:color="auto"/>
            </w:tcBorders>
            <w:shd w:val="clear" w:color="auto" w:fill="D9EAD3"/>
            <w:vAlign w:val="center"/>
            <w:hideMark/>
          </w:tcPr>
          <w:p w14:paraId="4C6F0044" w14:textId="77777777" w:rsidR="00FD7927" w:rsidRPr="000C105B" w:rsidRDefault="00FD7927" w:rsidP="003A58BF">
            <w:pPr>
              <w:ind w:firstLine="0"/>
              <w:rPr>
                <w:rFonts w:cs="Times New Roman"/>
                <w:szCs w:val="28"/>
                <w:lang w:val="kk-KZ"/>
              </w:rPr>
            </w:pPr>
            <w:r w:rsidRPr="000C105B">
              <w:rPr>
                <w:rFonts w:cs="Times New Roman"/>
                <w:b/>
                <w:bCs/>
                <w:szCs w:val="28"/>
                <w:lang w:val="kk-KZ"/>
              </w:rPr>
              <w:t>Мазмұны</w:t>
            </w:r>
          </w:p>
        </w:tc>
      </w:tr>
      <w:tr w:rsidR="00FD7927" w:rsidRPr="003A58BF" w14:paraId="0875F745"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524EBD3F" w14:textId="77777777" w:rsidR="00FD7927" w:rsidRPr="000C105B" w:rsidRDefault="00FD7927" w:rsidP="003A58BF">
            <w:pPr>
              <w:ind w:firstLine="0"/>
              <w:rPr>
                <w:rFonts w:cs="Times New Roman"/>
                <w:szCs w:val="28"/>
                <w:lang w:val="kk-KZ"/>
              </w:rPr>
            </w:pPr>
            <w:r w:rsidRPr="000C105B">
              <w:rPr>
                <w:rFonts w:cs="Times New Roman"/>
                <w:szCs w:val="28"/>
                <w:lang w:val="kk-KZ"/>
              </w:rPr>
              <w:t>Дамытушы / жобалық / зерттеушілік / шығармашылық сабақтар (кемінде 2)</w:t>
            </w:r>
          </w:p>
        </w:tc>
        <w:tc>
          <w:tcPr>
            <w:tcW w:w="6803" w:type="dxa"/>
            <w:tcBorders>
              <w:top w:val="single" w:sz="4" w:space="0" w:color="auto"/>
              <w:left w:val="single" w:sz="4" w:space="0" w:color="auto"/>
              <w:bottom w:val="single" w:sz="4" w:space="0" w:color="auto"/>
              <w:right w:val="single" w:sz="4" w:space="0" w:color="auto"/>
            </w:tcBorders>
            <w:hideMark/>
          </w:tcPr>
          <w:p w14:paraId="31BF06D5" w14:textId="43C25DB8" w:rsidR="00FD7927" w:rsidRPr="000C105B" w:rsidRDefault="00FD7927" w:rsidP="003A58BF">
            <w:pPr>
              <w:ind w:firstLine="0"/>
              <w:rPr>
                <w:rFonts w:cs="Times New Roman"/>
                <w:szCs w:val="28"/>
                <w:lang w:val="kk-KZ"/>
              </w:rPr>
            </w:pPr>
            <w:r w:rsidRPr="000C105B">
              <w:rPr>
                <w:rFonts w:cs="Times New Roman"/>
                <w:szCs w:val="28"/>
                <w:lang w:val="kk-KZ"/>
              </w:rPr>
              <w:t xml:space="preserve">«Тілде жақсы презентацияның критерийлері» дамытушы сабағы. </w:t>
            </w:r>
            <w:r w:rsidRPr="000C105B">
              <w:rPr>
                <w:rFonts w:cs="Times New Roman"/>
                <w:szCs w:val="28"/>
                <w:lang w:val="kk-KZ"/>
              </w:rPr>
              <w:br/>
              <w:t>Сахналық, жобалық және көрме материалдарын шығармашылық жетілдіру..</w:t>
            </w:r>
          </w:p>
        </w:tc>
      </w:tr>
      <w:tr w:rsidR="00FD7927" w:rsidRPr="003A58BF" w14:paraId="6FBFA6A4"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309BB609" w14:textId="119BFDEC" w:rsidR="00FD7927" w:rsidRPr="000C105B" w:rsidRDefault="00FD7927" w:rsidP="003A58BF">
            <w:pPr>
              <w:ind w:firstLine="0"/>
              <w:rPr>
                <w:rFonts w:cs="Times New Roman"/>
                <w:szCs w:val="28"/>
                <w:lang w:val="kk-KZ"/>
              </w:rPr>
            </w:pPr>
            <w:r w:rsidRPr="000C105B">
              <w:rPr>
                <w:rFonts w:cs="Times New Roman"/>
                <w:szCs w:val="28"/>
                <w:lang w:val="kk-KZ"/>
              </w:rPr>
              <w:t>Тәжірибеге бағытталған сабақтар (кемінде 2)</w:t>
            </w:r>
          </w:p>
        </w:tc>
        <w:tc>
          <w:tcPr>
            <w:tcW w:w="6803" w:type="dxa"/>
            <w:tcBorders>
              <w:top w:val="single" w:sz="4" w:space="0" w:color="auto"/>
              <w:left w:val="single" w:sz="4" w:space="0" w:color="auto"/>
              <w:bottom w:val="single" w:sz="4" w:space="0" w:color="auto"/>
              <w:right w:val="single" w:sz="4" w:space="0" w:color="auto"/>
            </w:tcBorders>
            <w:hideMark/>
          </w:tcPr>
          <w:p w14:paraId="60A331F0" w14:textId="63F74F77" w:rsidR="00FD7927" w:rsidRPr="000C105B" w:rsidRDefault="00FD7927" w:rsidP="003A58BF">
            <w:pPr>
              <w:ind w:firstLine="0"/>
              <w:rPr>
                <w:rFonts w:cs="Times New Roman"/>
                <w:szCs w:val="28"/>
                <w:lang w:val="kk-KZ"/>
              </w:rPr>
            </w:pPr>
            <w:r w:rsidRPr="000C105B">
              <w:rPr>
                <w:rFonts w:cs="Times New Roman"/>
                <w:szCs w:val="28"/>
                <w:lang w:val="kk-KZ"/>
              </w:rPr>
              <w:t xml:space="preserve">Жобаны қорғау репетициясы практикумы. </w:t>
            </w:r>
            <w:r w:rsidRPr="000C105B">
              <w:rPr>
                <w:rFonts w:cs="Times New Roman"/>
                <w:szCs w:val="28"/>
                <w:lang w:val="kk-KZ"/>
              </w:rPr>
              <w:br/>
              <w:t>Тілдік портфельді, стендтерді, карточкаларды, сценарийлерді немесе презентацияларды рәсімдеу бойынша практикалық жұмыс.</w:t>
            </w:r>
          </w:p>
        </w:tc>
      </w:tr>
      <w:tr w:rsidR="00FD7927" w:rsidRPr="003A58BF" w14:paraId="4770B0ED"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2668D558" w14:textId="77777777" w:rsidR="00FD7927" w:rsidRPr="000C105B" w:rsidRDefault="00FD7927" w:rsidP="003A58BF">
            <w:pPr>
              <w:ind w:firstLine="0"/>
              <w:rPr>
                <w:rFonts w:cs="Times New Roman"/>
                <w:szCs w:val="28"/>
                <w:lang w:val="kk-KZ"/>
              </w:rPr>
            </w:pPr>
            <w:r w:rsidRPr="000C105B">
              <w:rPr>
                <w:rFonts w:cs="Times New Roman"/>
                <w:szCs w:val="28"/>
                <w:lang w:val="kk-KZ"/>
              </w:rPr>
              <w:t>Тәрбиелік іс-шаралар және жобалар (кемінде 2)</w:t>
            </w:r>
          </w:p>
        </w:tc>
        <w:tc>
          <w:tcPr>
            <w:tcW w:w="6803" w:type="dxa"/>
            <w:tcBorders>
              <w:top w:val="single" w:sz="4" w:space="0" w:color="auto"/>
              <w:left w:val="single" w:sz="4" w:space="0" w:color="auto"/>
              <w:bottom w:val="single" w:sz="4" w:space="0" w:color="auto"/>
              <w:right w:val="single" w:sz="4" w:space="0" w:color="auto"/>
            </w:tcBorders>
            <w:hideMark/>
          </w:tcPr>
          <w:p w14:paraId="1ECD5CE0" w14:textId="7953A5C4" w:rsidR="00FD7927" w:rsidRPr="000C105B" w:rsidRDefault="00FD7927" w:rsidP="003A58BF">
            <w:pPr>
              <w:ind w:firstLine="0"/>
              <w:rPr>
                <w:rFonts w:cs="Times New Roman"/>
                <w:szCs w:val="28"/>
                <w:lang w:val="kk-KZ"/>
              </w:rPr>
            </w:pPr>
            <w:r w:rsidRPr="000C105B">
              <w:rPr>
                <w:rFonts w:cs="Times New Roman"/>
                <w:szCs w:val="28"/>
                <w:lang w:val="kk-KZ"/>
              </w:rPr>
              <w:t xml:space="preserve">«Құрмет пен алғыс мәдениеті» тәрбиелік іс-шарасы. </w:t>
            </w:r>
            <w:r w:rsidRPr="000C105B">
              <w:rPr>
                <w:rFonts w:cs="Times New Roman"/>
                <w:szCs w:val="28"/>
                <w:lang w:val="kk-KZ"/>
              </w:rPr>
              <w:br/>
              <w:t>«Команда маған сенімді сөйлеуге қалай көмектесті» рефлексиясы.</w:t>
            </w:r>
          </w:p>
        </w:tc>
      </w:tr>
      <w:tr w:rsidR="00FD7927" w:rsidRPr="003A58BF" w14:paraId="44855010"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49404CBD" w14:textId="77777777" w:rsidR="00FD7927" w:rsidRPr="000C105B" w:rsidRDefault="00FD7927" w:rsidP="003A58BF">
            <w:pPr>
              <w:ind w:firstLine="0"/>
              <w:rPr>
                <w:rFonts w:cs="Times New Roman"/>
                <w:szCs w:val="28"/>
                <w:lang w:val="kk-KZ"/>
              </w:rPr>
            </w:pPr>
            <w:r w:rsidRPr="000C105B">
              <w:rPr>
                <w:rFonts w:cs="Times New Roman"/>
                <w:szCs w:val="28"/>
                <w:lang w:val="kk-KZ"/>
              </w:rPr>
              <w:t>Сауықтыру модулі (күніне 3 академиялық сағатқа дейін)</w:t>
            </w:r>
          </w:p>
        </w:tc>
        <w:tc>
          <w:tcPr>
            <w:tcW w:w="6803" w:type="dxa"/>
            <w:tcBorders>
              <w:top w:val="single" w:sz="4" w:space="0" w:color="auto"/>
              <w:left w:val="single" w:sz="4" w:space="0" w:color="auto"/>
              <w:bottom w:val="single" w:sz="4" w:space="0" w:color="auto"/>
              <w:right w:val="single" w:sz="4" w:space="0" w:color="auto"/>
            </w:tcBorders>
            <w:hideMark/>
          </w:tcPr>
          <w:p w14:paraId="42CCC3EE" w14:textId="5F105A72" w:rsidR="00FD7927" w:rsidRPr="000C105B" w:rsidRDefault="00FD7927" w:rsidP="003A58BF">
            <w:pPr>
              <w:ind w:firstLine="0"/>
              <w:rPr>
                <w:rFonts w:cs="Times New Roman"/>
                <w:szCs w:val="28"/>
                <w:lang w:val="kk-KZ"/>
              </w:rPr>
            </w:pPr>
            <w:r w:rsidRPr="000C105B">
              <w:rPr>
                <w:rFonts w:cs="Times New Roman"/>
                <w:szCs w:val="28"/>
                <w:lang w:val="kk-KZ"/>
              </w:rPr>
              <w:t>Таңғы жаттығу, достық эстафеталар, эмоционалдық босаңсуға арналған жаттығулар.</w:t>
            </w:r>
          </w:p>
        </w:tc>
      </w:tr>
      <w:tr w:rsidR="00FD7927" w:rsidRPr="003A58BF" w14:paraId="49DC2DB0"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495D3E0B" w14:textId="77777777" w:rsidR="00FD7927" w:rsidRPr="000C105B" w:rsidRDefault="00FD7927" w:rsidP="003A58BF">
            <w:pPr>
              <w:ind w:firstLine="0"/>
              <w:rPr>
                <w:rFonts w:cs="Times New Roman"/>
                <w:szCs w:val="28"/>
                <w:lang w:val="kk-KZ"/>
              </w:rPr>
            </w:pPr>
            <w:r w:rsidRPr="000C105B">
              <w:rPr>
                <w:rFonts w:cs="Times New Roman"/>
                <w:szCs w:val="28"/>
                <w:lang w:val="kk-KZ"/>
              </w:rPr>
              <w:t>Күннің күтілетін нәтижесі</w:t>
            </w:r>
          </w:p>
        </w:tc>
        <w:tc>
          <w:tcPr>
            <w:tcW w:w="6803" w:type="dxa"/>
            <w:tcBorders>
              <w:top w:val="single" w:sz="4" w:space="0" w:color="auto"/>
              <w:left w:val="single" w:sz="4" w:space="0" w:color="auto"/>
              <w:bottom w:val="single" w:sz="4" w:space="0" w:color="auto"/>
              <w:right w:val="single" w:sz="4" w:space="0" w:color="auto"/>
            </w:tcBorders>
            <w:hideMark/>
          </w:tcPr>
          <w:p w14:paraId="192209BC" w14:textId="77777777" w:rsidR="00FD7927" w:rsidRPr="000C105B" w:rsidRDefault="00FD7927" w:rsidP="003A58BF">
            <w:pPr>
              <w:ind w:firstLine="0"/>
              <w:rPr>
                <w:rFonts w:cs="Times New Roman"/>
                <w:szCs w:val="28"/>
                <w:lang w:val="kk-KZ"/>
              </w:rPr>
            </w:pPr>
            <w:r w:rsidRPr="000C105B">
              <w:rPr>
                <w:rFonts w:cs="Times New Roman"/>
                <w:szCs w:val="28"/>
                <w:lang w:val="kk-KZ"/>
              </w:rPr>
              <w:t>Қорытынды материалдар тілдер фестивалінде таныстыруға толық дайын болады.</w:t>
            </w:r>
          </w:p>
        </w:tc>
      </w:tr>
    </w:tbl>
    <w:p w14:paraId="1ED1A237" w14:textId="5E4DF540" w:rsidR="00FD7927" w:rsidRPr="000C105B" w:rsidRDefault="00B65C70" w:rsidP="003A58BF">
      <w:pPr>
        <w:pStyle w:val="31"/>
        <w:spacing w:before="0" w:after="0"/>
        <w:rPr>
          <w:rFonts w:cs="Times New Roman"/>
          <w:szCs w:val="28"/>
          <w:lang w:val="kk-KZ"/>
        </w:rPr>
      </w:pPr>
      <w:r>
        <w:rPr>
          <w:rFonts w:eastAsia="Times New Roman" w:cs="Times New Roman"/>
          <w:szCs w:val="28"/>
          <w:lang w:val="kk-KZ"/>
        </w:rPr>
        <w:t>9</w:t>
      </w:r>
      <w:r w:rsidR="00FD7927" w:rsidRPr="000C105B">
        <w:rPr>
          <w:rFonts w:eastAsia="Times New Roman" w:cs="Times New Roman"/>
          <w:szCs w:val="28"/>
          <w:lang w:val="kk-KZ"/>
        </w:rPr>
        <w:t xml:space="preserve"> день. «Тіл мерекесі» - фестиваль достижений языковой смены</w:t>
      </w:r>
    </w:p>
    <w:tbl>
      <w:tblPr>
        <w:tblStyle w:val="aff0"/>
        <w:tblW w:w="0" w:type="auto"/>
        <w:jc w:val="center"/>
        <w:tblLook w:val="04A0" w:firstRow="1" w:lastRow="0" w:firstColumn="1" w:lastColumn="0" w:noHBand="0" w:noVBand="1"/>
      </w:tblPr>
      <w:tblGrid>
        <w:gridCol w:w="2834"/>
        <w:gridCol w:w="6795"/>
      </w:tblGrid>
      <w:tr w:rsidR="00FD7927" w:rsidRPr="000C105B" w14:paraId="205E1B55" w14:textId="77777777" w:rsidTr="00FD7927">
        <w:trPr>
          <w:tblHeader/>
          <w:jc w:val="center"/>
        </w:trPr>
        <w:tc>
          <w:tcPr>
            <w:tcW w:w="2835" w:type="dxa"/>
            <w:tcBorders>
              <w:top w:val="single" w:sz="4" w:space="0" w:color="auto"/>
              <w:left w:val="single" w:sz="4" w:space="0" w:color="auto"/>
              <w:bottom w:val="single" w:sz="4" w:space="0" w:color="auto"/>
              <w:right w:val="single" w:sz="4" w:space="0" w:color="auto"/>
            </w:tcBorders>
            <w:shd w:val="clear" w:color="auto" w:fill="D9EAD3"/>
            <w:vAlign w:val="center"/>
            <w:hideMark/>
          </w:tcPr>
          <w:p w14:paraId="6B48D352" w14:textId="77777777" w:rsidR="00FD7927" w:rsidRPr="000C105B" w:rsidRDefault="00FD7927" w:rsidP="003A58BF">
            <w:pPr>
              <w:ind w:firstLine="0"/>
              <w:rPr>
                <w:rFonts w:cs="Times New Roman"/>
                <w:szCs w:val="28"/>
                <w:lang w:val="kk-KZ"/>
              </w:rPr>
            </w:pPr>
            <w:r w:rsidRPr="000C105B">
              <w:rPr>
                <w:rFonts w:cs="Times New Roman"/>
                <w:b/>
                <w:bCs/>
                <w:szCs w:val="28"/>
                <w:lang w:val="kk-KZ"/>
              </w:rPr>
              <w:t>Күннің құрамдас бөлігі</w:t>
            </w:r>
          </w:p>
        </w:tc>
        <w:tc>
          <w:tcPr>
            <w:tcW w:w="6803" w:type="dxa"/>
            <w:tcBorders>
              <w:top w:val="single" w:sz="4" w:space="0" w:color="auto"/>
              <w:left w:val="single" w:sz="4" w:space="0" w:color="auto"/>
              <w:bottom w:val="single" w:sz="4" w:space="0" w:color="auto"/>
              <w:right w:val="single" w:sz="4" w:space="0" w:color="auto"/>
            </w:tcBorders>
            <w:shd w:val="clear" w:color="auto" w:fill="D9EAD3"/>
            <w:vAlign w:val="center"/>
            <w:hideMark/>
          </w:tcPr>
          <w:p w14:paraId="63DFEB98" w14:textId="77777777" w:rsidR="00FD7927" w:rsidRPr="000C105B" w:rsidRDefault="00FD7927" w:rsidP="003A58BF">
            <w:pPr>
              <w:ind w:firstLine="0"/>
              <w:rPr>
                <w:rFonts w:cs="Times New Roman"/>
                <w:szCs w:val="28"/>
                <w:lang w:val="kk-KZ"/>
              </w:rPr>
            </w:pPr>
            <w:r w:rsidRPr="000C105B">
              <w:rPr>
                <w:rFonts w:cs="Times New Roman"/>
                <w:b/>
                <w:bCs/>
                <w:szCs w:val="28"/>
                <w:lang w:val="kk-KZ"/>
              </w:rPr>
              <w:t>Мазмұны</w:t>
            </w:r>
          </w:p>
        </w:tc>
      </w:tr>
      <w:tr w:rsidR="00FD7927" w:rsidRPr="003A58BF" w14:paraId="58EDFDB3"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554B620C" w14:textId="77777777" w:rsidR="00FD7927" w:rsidRPr="000C105B" w:rsidRDefault="00FD7927" w:rsidP="003A58BF">
            <w:pPr>
              <w:ind w:firstLine="0"/>
              <w:rPr>
                <w:rFonts w:cs="Times New Roman"/>
                <w:szCs w:val="28"/>
                <w:lang w:val="kk-KZ"/>
              </w:rPr>
            </w:pPr>
            <w:r w:rsidRPr="000C105B">
              <w:rPr>
                <w:rFonts w:cs="Times New Roman"/>
                <w:szCs w:val="28"/>
                <w:lang w:val="kk-KZ"/>
              </w:rPr>
              <w:t>Дамытушы / жобалық / зерттеушілік / шығармашылық сабақтар (кемінде 2)</w:t>
            </w:r>
          </w:p>
        </w:tc>
        <w:tc>
          <w:tcPr>
            <w:tcW w:w="6803" w:type="dxa"/>
            <w:tcBorders>
              <w:top w:val="single" w:sz="4" w:space="0" w:color="auto"/>
              <w:left w:val="single" w:sz="4" w:space="0" w:color="auto"/>
              <w:bottom w:val="single" w:sz="4" w:space="0" w:color="auto"/>
              <w:right w:val="single" w:sz="4" w:space="0" w:color="auto"/>
            </w:tcBorders>
            <w:hideMark/>
          </w:tcPr>
          <w:p w14:paraId="47FD3BDA" w14:textId="3CAE16FA" w:rsidR="00FD7927" w:rsidRPr="000C105B" w:rsidRDefault="00FD7927" w:rsidP="003A58BF">
            <w:pPr>
              <w:ind w:firstLine="0"/>
              <w:rPr>
                <w:rFonts w:cs="Times New Roman"/>
                <w:szCs w:val="28"/>
                <w:lang w:val="kk-KZ"/>
              </w:rPr>
            </w:pPr>
            <w:r w:rsidRPr="000C105B">
              <w:rPr>
                <w:rFonts w:cs="Times New Roman"/>
                <w:szCs w:val="28"/>
                <w:lang w:val="kk-KZ"/>
              </w:rPr>
              <w:t xml:space="preserve">«Тілдік жобалар көрмесі» дамытушы алаңы: басқа командалардың жұмыстарымен танысу. </w:t>
            </w:r>
            <w:r w:rsidRPr="000C105B">
              <w:rPr>
                <w:rFonts w:cs="Times New Roman"/>
                <w:szCs w:val="28"/>
                <w:lang w:val="kk-KZ"/>
              </w:rPr>
              <w:br/>
            </w:r>
            <w:r w:rsidR="00B76D73">
              <w:rPr>
                <w:rFonts w:cs="Times New Roman"/>
                <w:szCs w:val="28"/>
                <w:lang w:val="kk-KZ"/>
              </w:rPr>
              <w:t>ағылшын</w:t>
            </w:r>
            <w:r w:rsidR="00B76D73" w:rsidRPr="000C105B">
              <w:rPr>
                <w:rFonts w:cs="Times New Roman"/>
                <w:szCs w:val="28"/>
                <w:lang w:val="kk-KZ"/>
              </w:rPr>
              <w:t xml:space="preserve"> </w:t>
            </w:r>
            <w:r w:rsidRPr="000C105B">
              <w:rPr>
                <w:rFonts w:cs="Times New Roman"/>
                <w:szCs w:val="28"/>
                <w:lang w:val="kk-KZ"/>
              </w:rPr>
              <w:t>тіл, сөйлеу жағдаяттары және мәдени мазмұн бойынша интеллектуалдық-шығармашылық викторина.</w:t>
            </w:r>
          </w:p>
        </w:tc>
      </w:tr>
      <w:tr w:rsidR="00FD7927" w:rsidRPr="003A58BF" w14:paraId="325971EF"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3D2A9E42" w14:textId="18945E58" w:rsidR="00FD7927" w:rsidRPr="000C105B" w:rsidRDefault="00A06158" w:rsidP="003A58BF">
            <w:pPr>
              <w:ind w:firstLine="0"/>
              <w:rPr>
                <w:rFonts w:cs="Times New Roman"/>
                <w:szCs w:val="28"/>
                <w:lang w:val="kk-KZ"/>
              </w:rPr>
            </w:pPr>
            <w:r w:rsidRPr="000C105B">
              <w:rPr>
                <w:rFonts w:cs="Times New Roman"/>
                <w:szCs w:val="28"/>
                <w:lang w:val="kk-KZ"/>
              </w:rPr>
              <w:t>Тәжірибеге</w:t>
            </w:r>
            <w:r w:rsidR="00FD7927" w:rsidRPr="000C105B">
              <w:rPr>
                <w:rFonts w:cs="Times New Roman"/>
                <w:szCs w:val="28"/>
                <w:lang w:val="kk-KZ"/>
              </w:rPr>
              <w:t xml:space="preserve"> бағытталған сабақтар (кемінде 2)</w:t>
            </w:r>
          </w:p>
        </w:tc>
        <w:tc>
          <w:tcPr>
            <w:tcW w:w="6803" w:type="dxa"/>
            <w:tcBorders>
              <w:top w:val="single" w:sz="4" w:space="0" w:color="auto"/>
              <w:left w:val="single" w:sz="4" w:space="0" w:color="auto"/>
              <w:bottom w:val="single" w:sz="4" w:space="0" w:color="auto"/>
              <w:right w:val="single" w:sz="4" w:space="0" w:color="auto"/>
            </w:tcBorders>
            <w:hideMark/>
          </w:tcPr>
          <w:p w14:paraId="270628D6" w14:textId="389F1182" w:rsidR="00FD7927" w:rsidRPr="000C105B" w:rsidRDefault="00FD7927" w:rsidP="003A58BF">
            <w:pPr>
              <w:ind w:firstLine="0"/>
              <w:rPr>
                <w:rFonts w:cs="Times New Roman"/>
                <w:szCs w:val="28"/>
                <w:lang w:val="kk-KZ"/>
              </w:rPr>
            </w:pPr>
            <w:r w:rsidRPr="000C105B">
              <w:rPr>
                <w:rFonts w:cs="Times New Roman"/>
                <w:szCs w:val="28"/>
                <w:lang w:val="kk-KZ"/>
              </w:rPr>
              <w:t xml:space="preserve">Командалық тілдік жобаларды қорғау практикумы. </w:t>
            </w:r>
            <w:r w:rsidRPr="000C105B">
              <w:rPr>
                <w:rFonts w:cs="Times New Roman"/>
                <w:szCs w:val="28"/>
                <w:lang w:val="kk-KZ"/>
              </w:rPr>
              <w:br/>
            </w:r>
            <w:r w:rsidR="00B76D73">
              <w:rPr>
                <w:rFonts w:cs="Times New Roman"/>
                <w:szCs w:val="28"/>
                <w:lang w:val="kk-KZ"/>
              </w:rPr>
              <w:t>ағылшын</w:t>
            </w:r>
            <w:r w:rsidR="00B76D73" w:rsidRPr="000C105B">
              <w:rPr>
                <w:rFonts w:cs="Times New Roman"/>
                <w:szCs w:val="28"/>
                <w:lang w:val="kk-KZ"/>
              </w:rPr>
              <w:t xml:space="preserve"> </w:t>
            </w:r>
            <w:r w:rsidRPr="000C105B">
              <w:rPr>
                <w:rFonts w:cs="Times New Roman"/>
                <w:szCs w:val="28"/>
                <w:lang w:val="kk-KZ"/>
              </w:rPr>
              <w:t xml:space="preserve">тілде шығармашылық, медиалық, мәдени және тілдік өнімдерді </w:t>
            </w:r>
            <w:r w:rsidR="00A06158" w:rsidRPr="000C105B">
              <w:rPr>
                <w:rFonts w:cs="Times New Roman"/>
                <w:szCs w:val="28"/>
                <w:lang w:val="kk-KZ"/>
              </w:rPr>
              <w:t>тәжірибелік</w:t>
            </w:r>
            <w:r w:rsidRPr="000C105B">
              <w:rPr>
                <w:rFonts w:cs="Times New Roman"/>
                <w:szCs w:val="28"/>
                <w:lang w:val="kk-KZ"/>
              </w:rPr>
              <w:t xml:space="preserve"> таныстыру.</w:t>
            </w:r>
          </w:p>
        </w:tc>
      </w:tr>
      <w:tr w:rsidR="00FD7927" w:rsidRPr="000C105B" w14:paraId="2B79010D"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2C74AFA6" w14:textId="77777777" w:rsidR="00FD7927" w:rsidRPr="000C105B" w:rsidRDefault="00FD7927" w:rsidP="003A58BF">
            <w:pPr>
              <w:ind w:firstLine="0"/>
              <w:rPr>
                <w:rFonts w:cs="Times New Roman"/>
                <w:szCs w:val="28"/>
                <w:lang w:val="kk-KZ"/>
              </w:rPr>
            </w:pPr>
            <w:r w:rsidRPr="000C105B">
              <w:rPr>
                <w:rFonts w:cs="Times New Roman"/>
                <w:szCs w:val="28"/>
                <w:lang w:val="kk-KZ"/>
              </w:rPr>
              <w:t>Тәрбиелік іс-шаралар және жобалар (кемінде 2)</w:t>
            </w:r>
          </w:p>
        </w:tc>
        <w:tc>
          <w:tcPr>
            <w:tcW w:w="6803" w:type="dxa"/>
            <w:tcBorders>
              <w:top w:val="single" w:sz="4" w:space="0" w:color="auto"/>
              <w:left w:val="single" w:sz="4" w:space="0" w:color="auto"/>
              <w:bottom w:val="single" w:sz="4" w:space="0" w:color="auto"/>
              <w:right w:val="single" w:sz="4" w:space="0" w:color="auto"/>
            </w:tcBorders>
            <w:hideMark/>
          </w:tcPr>
          <w:p w14:paraId="13833445" w14:textId="5AC8EC83" w:rsidR="00FD7927" w:rsidRPr="000C105B" w:rsidRDefault="00FD7927" w:rsidP="003A58BF">
            <w:pPr>
              <w:ind w:firstLine="0"/>
              <w:rPr>
                <w:rFonts w:cs="Times New Roman"/>
                <w:szCs w:val="28"/>
                <w:lang w:val="kk-KZ"/>
              </w:rPr>
            </w:pPr>
            <w:r w:rsidRPr="000C105B">
              <w:rPr>
                <w:rFonts w:cs="Times New Roman"/>
                <w:szCs w:val="28"/>
                <w:lang w:val="kk-KZ"/>
              </w:rPr>
              <w:t xml:space="preserve">Қорытынды тәрбиелік іс-шара «Адал азамат: құрмет, жауапкершілік, мәдениеттер диалогы». </w:t>
            </w:r>
            <w:r w:rsidRPr="000C105B">
              <w:rPr>
                <w:rFonts w:cs="Times New Roman"/>
                <w:szCs w:val="28"/>
                <w:lang w:val="kk-KZ"/>
              </w:rPr>
              <w:br/>
              <w:t>Қатысушылар жетістіктерін мойындау және алғыс білдіру рәсімі.</w:t>
            </w:r>
          </w:p>
        </w:tc>
      </w:tr>
      <w:tr w:rsidR="00FD7927" w:rsidRPr="003A58BF" w14:paraId="7918DE65"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5C2A1C39" w14:textId="77777777" w:rsidR="00FD7927" w:rsidRPr="000C105B" w:rsidRDefault="00FD7927" w:rsidP="003A58BF">
            <w:pPr>
              <w:ind w:firstLine="0"/>
              <w:rPr>
                <w:rFonts w:cs="Times New Roman"/>
                <w:szCs w:val="28"/>
                <w:lang w:val="kk-KZ"/>
              </w:rPr>
            </w:pPr>
            <w:r w:rsidRPr="000C105B">
              <w:rPr>
                <w:rFonts w:cs="Times New Roman"/>
                <w:szCs w:val="28"/>
                <w:lang w:val="kk-KZ"/>
              </w:rPr>
              <w:lastRenderedPageBreak/>
              <w:t>Сауықтыру модулі (күніне 3 академиялық сағатқа дейін)</w:t>
            </w:r>
          </w:p>
        </w:tc>
        <w:tc>
          <w:tcPr>
            <w:tcW w:w="6803" w:type="dxa"/>
            <w:tcBorders>
              <w:top w:val="single" w:sz="4" w:space="0" w:color="auto"/>
              <w:left w:val="single" w:sz="4" w:space="0" w:color="auto"/>
              <w:bottom w:val="single" w:sz="4" w:space="0" w:color="auto"/>
              <w:right w:val="single" w:sz="4" w:space="0" w:color="auto"/>
            </w:tcBorders>
            <w:hideMark/>
          </w:tcPr>
          <w:p w14:paraId="5689A201" w14:textId="4C21553A" w:rsidR="00FD7927" w:rsidRPr="000C105B" w:rsidRDefault="00FD7927" w:rsidP="003A58BF">
            <w:pPr>
              <w:ind w:firstLine="0"/>
              <w:rPr>
                <w:rFonts w:cs="Times New Roman"/>
                <w:szCs w:val="28"/>
                <w:lang w:val="kk-KZ"/>
              </w:rPr>
            </w:pPr>
            <w:r w:rsidRPr="000C105B">
              <w:rPr>
                <w:rFonts w:cs="Times New Roman"/>
                <w:szCs w:val="28"/>
                <w:lang w:val="kk-KZ"/>
              </w:rPr>
              <w:t>Таңғы жаттығу, спорттық-шығармашылық фестиваль, қимылды ойындар.</w:t>
            </w:r>
          </w:p>
        </w:tc>
      </w:tr>
      <w:tr w:rsidR="00FD7927" w:rsidRPr="003A58BF" w14:paraId="1FB569B7"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4A18C752" w14:textId="77777777" w:rsidR="00FD7927" w:rsidRPr="000C105B" w:rsidRDefault="00FD7927" w:rsidP="003A58BF">
            <w:pPr>
              <w:ind w:firstLine="0"/>
              <w:rPr>
                <w:rFonts w:cs="Times New Roman"/>
                <w:szCs w:val="28"/>
                <w:lang w:val="kk-KZ"/>
              </w:rPr>
            </w:pPr>
            <w:r w:rsidRPr="000C105B">
              <w:rPr>
                <w:rFonts w:cs="Times New Roman"/>
                <w:szCs w:val="28"/>
                <w:lang w:val="kk-KZ"/>
              </w:rPr>
              <w:t>Күтілетін нәтижесі</w:t>
            </w:r>
          </w:p>
        </w:tc>
        <w:tc>
          <w:tcPr>
            <w:tcW w:w="6803" w:type="dxa"/>
            <w:tcBorders>
              <w:top w:val="single" w:sz="4" w:space="0" w:color="auto"/>
              <w:left w:val="single" w:sz="4" w:space="0" w:color="auto"/>
              <w:bottom w:val="single" w:sz="4" w:space="0" w:color="auto"/>
              <w:right w:val="single" w:sz="4" w:space="0" w:color="auto"/>
            </w:tcBorders>
            <w:hideMark/>
          </w:tcPr>
          <w:p w14:paraId="33A36DBB" w14:textId="3AB08EE8" w:rsidR="00FD7927" w:rsidRPr="000C105B" w:rsidRDefault="00B76D73" w:rsidP="003A58BF">
            <w:pPr>
              <w:ind w:firstLine="0"/>
              <w:rPr>
                <w:rFonts w:cs="Times New Roman"/>
                <w:szCs w:val="28"/>
                <w:lang w:val="kk-KZ"/>
              </w:rPr>
            </w:pPr>
            <w:r>
              <w:rPr>
                <w:rFonts w:cs="Times New Roman"/>
                <w:szCs w:val="28"/>
                <w:lang w:val="kk-KZ"/>
              </w:rPr>
              <w:t>ағылшын</w:t>
            </w:r>
            <w:r w:rsidRPr="000C105B">
              <w:rPr>
                <w:rFonts w:cs="Times New Roman"/>
                <w:szCs w:val="28"/>
                <w:lang w:val="kk-KZ"/>
              </w:rPr>
              <w:t xml:space="preserve"> </w:t>
            </w:r>
            <w:r w:rsidR="00FD7927" w:rsidRPr="000C105B">
              <w:rPr>
                <w:rFonts w:cs="Times New Roman"/>
                <w:szCs w:val="28"/>
                <w:lang w:val="kk-KZ"/>
              </w:rPr>
              <w:t>тілдік жобалардың таныстырылымы және жетістіктер фестивалі өткізіледі.</w:t>
            </w:r>
          </w:p>
        </w:tc>
      </w:tr>
    </w:tbl>
    <w:p w14:paraId="0DA54F99" w14:textId="2FB9B87D" w:rsidR="00FD7927" w:rsidRPr="000C105B" w:rsidRDefault="00FD7927" w:rsidP="003A58BF">
      <w:pPr>
        <w:pStyle w:val="31"/>
        <w:spacing w:before="0" w:after="0"/>
        <w:rPr>
          <w:rFonts w:cs="Times New Roman"/>
          <w:szCs w:val="28"/>
          <w:lang w:val="kk-KZ"/>
        </w:rPr>
      </w:pPr>
      <w:r w:rsidRPr="000C105B">
        <w:rPr>
          <w:rFonts w:eastAsia="Times New Roman" w:cs="Times New Roman"/>
          <w:szCs w:val="28"/>
          <w:lang w:val="kk-KZ"/>
        </w:rPr>
        <w:t>1</w:t>
      </w:r>
      <w:r w:rsidR="00B65C70">
        <w:rPr>
          <w:rFonts w:eastAsia="Times New Roman" w:cs="Times New Roman"/>
          <w:szCs w:val="28"/>
          <w:lang w:val="kk-KZ"/>
        </w:rPr>
        <w:t>0</w:t>
      </w:r>
      <w:r w:rsidRPr="000C105B">
        <w:rPr>
          <w:rFonts w:eastAsia="Times New Roman" w:cs="Times New Roman"/>
          <w:szCs w:val="28"/>
          <w:lang w:val="kk-KZ"/>
        </w:rPr>
        <w:t xml:space="preserve"> күн. «Қоштасу күні» - </w:t>
      </w:r>
      <w:r w:rsidRPr="000C105B">
        <w:rPr>
          <w:rStyle w:val="ypks7kbdpwfgdykd3qb9"/>
          <w:rFonts w:cs="Times New Roman"/>
          <w:szCs w:val="28"/>
          <w:lang w:val="kk-KZ"/>
        </w:rPr>
        <w:t>ауысымның</w:t>
      </w:r>
      <w:r w:rsidRPr="000C105B">
        <w:rPr>
          <w:rFonts w:cs="Times New Roman"/>
          <w:szCs w:val="28"/>
          <w:lang w:val="kk-KZ"/>
        </w:rPr>
        <w:t xml:space="preserve"> </w:t>
      </w:r>
      <w:r w:rsidRPr="000C105B">
        <w:rPr>
          <w:rStyle w:val="ypks7kbdpwfgdykd3qb9"/>
          <w:rFonts w:cs="Times New Roman"/>
          <w:szCs w:val="28"/>
          <w:lang w:val="kk-KZ"/>
        </w:rPr>
        <w:t>жабылу</w:t>
      </w:r>
      <w:r w:rsidRPr="000C105B">
        <w:rPr>
          <w:rFonts w:cs="Times New Roman"/>
          <w:szCs w:val="28"/>
          <w:lang w:val="kk-KZ"/>
        </w:rPr>
        <w:t xml:space="preserve"> </w:t>
      </w:r>
      <w:r w:rsidRPr="000C105B">
        <w:rPr>
          <w:rStyle w:val="ypks7kbdpwfgdykd3qb9"/>
          <w:rFonts w:cs="Times New Roman"/>
          <w:szCs w:val="28"/>
          <w:lang w:val="kk-KZ"/>
        </w:rPr>
        <w:t>күні</w:t>
      </w:r>
    </w:p>
    <w:tbl>
      <w:tblPr>
        <w:tblStyle w:val="aff0"/>
        <w:tblW w:w="0" w:type="auto"/>
        <w:jc w:val="center"/>
        <w:tblLook w:val="04A0" w:firstRow="1" w:lastRow="0" w:firstColumn="1" w:lastColumn="0" w:noHBand="0" w:noVBand="1"/>
      </w:tblPr>
      <w:tblGrid>
        <w:gridCol w:w="2834"/>
        <w:gridCol w:w="6795"/>
      </w:tblGrid>
      <w:tr w:rsidR="00FD7927" w:rsidRPr="000C105B" w14:paraId="5E8A792D" w14:textId="77777777" w:rsidTr="00FD7927">
        <w:trPr>
          <w:tblHeader/>
          <w:jc w:val="center"/>
        </w:trPr>
        <w:tc>
          <w:tcPr>
            <w:tcW w:w="2835" w:type="dxa"/>
            <w:tcBorders>
              <w:top w:val="single" w:sz="4" w:space="0" w:color="auto"/>
              <w:left w:val="single" w:sz="4" w:space="0" w:color="auto"/>
              <w:bottom w:val="single" w:sz="4" w:space="0" w:color="auto"/>
              <w:right w:val="single" w:sz="4" w:space="0" w:color="auto"/>
            </w:tcBorders>
            <w:shd w:val="clear" w:color="auto" w:fill="D9EAD3"/>
            <w:vAlign w:val="center"/>
            <w:hideMark/>
          </w:tcPr>
          <w:p w14:paraId="19EB6A50" w14:textId="77777777" w:rsidR="00FD7927" w:rsidRPr="000C105B" w:rsidRDefault="00FD7927" w:rsidP="003A58BF">
            <w:pPr>
              <w:ind w:firstLine="0"/>
              <w:rPr>
                <w:rFonts w:cs="Times New Roman"/>
                <w:szCs w:val="28"/>
                <w:lang w:val="kk-KZ"/>
              </w:rPr>
            </w:pPr>
            <w:r w:rsidRPr="000C105B">
              <w:rPr>
                <w:rFonts w:cs="Times New Roman"/>
                <w:b/>
                <w:bCs/>
                <w:szCs w:val="28"/>
                <w:lang w:val="kk-KZ"/>
              </w:rPr>
              <w:t>Күннің құрамдас бөлігі</w:t>
            </w:r>
          </w:p>
        </w:tc>
        <w:tc>
          <w:tcPr>
            <w:tcW w:w="6803" w:type="dxa"/>
            <w:tcBorders>
              <w:top w:val="single" w:sz="4" w:space="0" w:color="auto"/>
              <w:left w:val="single" w:sz="4" w:space="0" w:color="auto"/>
              <w:bottom w:val="single" w:sz="4" w:space="0" w:color="auto"/>
              <w:right w:val="single" w:sz="4" w:space="0" w:color="auto"/>
            </w:tcBorders>
            <w:shd w:val="clear" w:color="auto" w:fill="D9EAD3"/>
            <w:vAlign w:val="center"/>
            <w:hideMark/>
          </w:tcPr>
          <w:p w14:paraId="775A4EB5" w14:textId="77777777" w:rsidR="00FD7927" w:rsidRPr="000C105B" w:rsidRDefault="00FD7927" w:rsidP="003A58BF">
            <w:pPr>
              <w:ind w:firstLine="0"/>
              <w:rPr>
                <w:rFonts w:cs="Times New Roman"/>
                <w:szCs w:val="28"/>
                <w:lang w:val="kk-KZ"/>
              </w:rPr>
            </w:pPr>
            <w:r w:rsidRPr="000C105B">
              <w:rPr>
                <w:rFonts w:cs="Times New Roman"/>
                <w:b/>
                <w:bCs/>
                <w:szCs w:val="28"/>
                <w:lang w:val="kk-KZ"/>
              </w:rPr>
              <w:t>Мазмұны</w:t>
            </w:r>
          </w:p>
        </w:tc>
      </w:tr>
      <w:tr w:rsidR="00FD7927" w:rsidRPr="000C105B" w14:paraId="7A563DE2"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0157A445" w14:textId="77777777" w:rsidR="00FD7927" w:rsidRPr="000C105B" w:rsidRDefault="00FD7927" w:rsidP="003A58BF">
            <w:pPr>
              <w:ind w:firstLine="0"/>
              <w:rPr>
                <w:rFonts w:cs="Times New Roman"/>
                <w:szCs w:val="28"/>
                <w:lang w:val="kk-KZ"/>
              </w:rPr>
            </w:pPr>
            <w:r w:rsidRPr="000C105B">
              <w:rPr>
                <w:rFonts w:cs="Times New Roman"/>
                <w:szCs w:val="28"/>
                <w:lang w:val="kk-KZ"/>
              </w:rPr>
              <w:t>Дамытушы / жобалық / зерттеушілік / шығармашылық сабақтар (кемінде 2)</w:t>
            </w:r>
          </w:p>
        </w:tc>
        <w:tc>
          <w:tcPr>
            <w:tcW w:w="6803" w:type="dxa"/>
            <w:tcBorders>
              <w:top w:val="single" w:sz="4" w:space="0" w:color="auto"/>
              <w:left w:val="single" w:sz="4" w:space="0" w:color="auto"/>
              <w:bottom w:val="single" w:sz="4" w:space="0" w:color="auto"/>
              <w:right w:val="single" w:sz="4" w:space="0" w:color="auto"/>
            </w:tcBorders>
            <w:hideMark/>
          </w:tcPr>
          <w:p w14:paraId="1A459448" w14:textId="078ED566" w:rsidR="00FD7927" w:rsidRPr="000C105B" w:rsidRDefault="00FD7927" w:rsidP="003A58BF">
            <w:pPr>
              <w:ind w:firstLine="0"/>
              <w:rPr>
                <w:rFonts w:cs="Times New Roman"/>
                <w:szCs w:val="28"/>
                <w:lang w:val="kk-KZ"/>
              </w:rPr>
            </w:pPr>
            <w:r w:rsidRPr="000C105B">
              <w:rPr>
                <w:rFonts w:cs="Times New Roman"/>
                <w:szCs w:val="28"/>
                <w:lang w:val="kk-KZ"/>
              </w:rPr>
              <w:t xml:space="preserve">«Өзіммен бірге алып кететін сөздер мен фразалар» рефлексия-дамытушы сабағы. </w:t>
            </w:r>
            <w:r w:rsidRPr="000C105B">
              <w:rPr>
                <w:rFonts w:cs="Times New Roman"/>
                <w:szCs w:val="28"/>
                <w:lang w:val="kk-KZ"/>
              </w:rPr>
              <w:br/>
              <w:t>«Тілдерді үйренудегі менің келесі қадамым» жеке тапсырмасы.</w:t>
            </w:r>
          </w:p>
        </w:tc>
      </w:tr>
      <w:tr w:rsidR="00FD7927" w:rsidRPr="003A58BF" w14:paraId="47FB57C7"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5991077D" w14:textId="77777777" w:rsidR="00FD7927" w:rsidRPr="000C105B" w:rsidRDefault="00FD7927" w:rsidP="003A58BF">
            <w:pPr>
              <w:ind w:firstLine="0"/>
              <w:rPr>
                <w:rFonts w:cs="Times New Roman"/>
                <w:szCs w:val="28"/>
                <w:lang w:val="kk-KZ"/>
              </w:rPr>
            </w:pPr>
            <w:r w:rsidRPr="000C105B">
              <w:rPr>
                <w:rFonts w:cs="Times New Roman"/>
                <w:szCs w:val="28"/>
                <w:lang w:val="kk-KZ"/>
              </w:rPr>
              <w:t>Дамытушы / жобалық / зерттеушілік / шығармашылық сабақтар (кемінде 2)</w:t>
            </w:r>
          </w:p>
        </w:tc>
        <w:tc>
          <w:tcPr>
            <w:tcW w:w="6803" w:type="dxa"/>
            <w:tcBorders>
              <w:top w:val="single" w:sz="4" w:space="0" w:color="auto"/>
              <w:left w:val="single" w:sz="4" w:space="0" w:color="auto"/>
              <w:bottom w:val="single" w:sz="4" w:space="0" w:color="auto"/>
              <w:right w:val="single" w:sz="4" w:space="0" w:color="auto"/>
            </w:tcBorders>
            <w:hideMark/>
          </w:tcPr>
          <w:p w14:paraId="620FD5FB" w14:textId="77777777" w:rsidR="00C74317" w:rsidRPr="000C105B" w:rsidRDefault="00FD7927" w:rsidP="003A58BF">
            <w:pPr>
              <w:ind w:firstLine="0"/>
              <w:rPr>
                <w:rFonts w:cs="Times New Roman"/>
                <w:szCs w:val="28"/>
                <w:lang w:val="kk-KZ"/>
              </w:rPr>
            </w:pPr>
            <w:r w:rsidRPr="000C105B">
              <w:rPr>
                <w:rFonts w:cs="Times New Roman"/>
                <w:szCs w:val="28"/>
                <w:lang w:val="kk-KZ"/>
              </w:rPr>
              <w:t xml:space="preserve">Қорытынды сауалнама және қатысушының өзін-өзі бағалауы. </w:t>
            </w:r>
          </w:p>
          <w:p w14:paraId="2BD93CB9" w14:textId="060AA95C" w:rsidR="00FD7927" w:rsidRPr="000C105B" w:rsidRDefault="00FD7927" w:rsidP="003A58BF">
            <w:pPr>
              <w:ind w:firstLine="0"/>
              <w:rPr>
                <w:rFonts w:cs="Times New Roman"/>
                <w:szCs w:val="28"/>
                <w:lang w:val="kk-KZ"/>
              </w:rPr>
            </w:pPr>
            <w:r w:rsidRPr="000C105B">
              <w:rPr>
                <w:rFonts w:cs="Times New Roman"/>
                <w:szCs w:val="28"/>
                <w:lang w:val="kk-KZ"/>
              </w:rPr>
              <w:t>Тілдік портфельді рәсімдеу бойынша практикалық жұмыс: жетістіктер картасы немесе өз-өзіне хат жазу.</w:t>
            </w:r>
          </w:p>
        </w:tc>
      </w:tr>
      <w:tr w:rsidR="00FD7927" w:rsidRPr="003A58BF" w14:paraId="4751132B"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10634D94" w14:textId="77777777" w:rsidR="00FD7927" w:rsidRPr="000C105B" w:rsidRDefault="00FD7927" w:rsidP="003A58BF">
            <w:pPr>
              <w:ind w:firstLine="0"/>
              <w:rPr>
                <w:rFonts w:cs="Times New Roman"/>
                <w:szCs w:val="28"/>
                <w:lang w:val="kk-KZ"/>
              </w:rPr>
            </w:pPr>
            <w:r w:rsidRPr="000C105B">
              <w:rPr>
                <w:rFonts w:cs="Times New Roman"/>
                <w:szCs w:val="28"/>
                <w:lang w:val="kk-KZ"/>
              </w:rPr>
              <w:t>Тәрбиелік іс-шаралар және жобалар (кемінде 2)</w:t>
            </w:r>
          </w:p>
        </w:tc>
        <w:tc>
          <w:tcPr>
            <w:tcW w:w="6803" w:type="dxa"/>
            <w:tcBorders>
              <w:top w:val="single" w:sz="4" w:space="0" w:color="auto"/>
              <w:left w:val="single" w:sz="4" w:space="0" w:color="auto"/>
              <w:bottom w:val="single" w:sz="4" w:space="0" w:color="auto"/>
              <w:right w:val="single" w:sz="4" w:space="0" w:color="auto"/>
            </w:tcBorders>
            <w:hideMark/>
          </w:tcPr>
          <w:p w14:paraId="4CA3E9E7" w14:textId="350981CD" w:rsidR="00FD7927" w:rsidRPr="000C105B" w:rsidRDefault="00FD7927" w:rsidP="003A58BF">
            <w:pPr>
              <w:ind w:firstLine="0"/>
              <w:rPr>
                <w:rFonts w:cs="Times New Roman"/>
                <w:szCs w:val="28"/>
                <w:lang w:val="kk-KZ"/>
              </w:rPr>
            </w:pPr>
            <w:r w:rsidRPr="000C105B">
              <w:rPr>
                <w:rFonts w:cs="Times New Roman"/>
                <w:szCs w:val="28"/>
                <w:lang w:val="kk-KZ"/>
              </w:rPr>
              <w:t xml:space="preserve">Ауысымның салтанатты жабылуы. </w:t>
            </w:r>
            <w:r w:rsidRPr="000C105B">
              <w:rPr>
                <w:rFonts w:cs="Times New Roman"/>
                <w:szCs w:val="28"/>
                <w:lang w:val="kk-KZ"/>
              </w:rPr>
              <w:br/>
              <w:t>Алғыс білдірудің қоштасу шеңбері және қауіпсіз ұйымдастырылған шығу.</w:t>
            </w:r>
          </w:p>
        </w:tc>
      </w:tr>
      <w:tr w:rsidR="00FD7927" w:rsidRPr="003A58BF" w14:paraId="3EF8416F"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0C5920B5" w14:textId="77777777" w:rsidR="00FD7927" w:rsidRPr="000C105B" w:rsidRDefault="00FD7927" w:rsidP="003A58BF">
            <w:pPr>
              <w:ind w:firstLine="0"/>
              <w:rPr>
                <w:rFonts w:cs="Times New Roman"/>
                <w:szCs w:val="28"/>
                <w:lang w:val="kk-KZ"/>
              </w:rPr>
            </w:pPr>
            <w:r w:rsidRPr="000C105B">
              <w:rPr>
                <w:rFonts w:cs="Times New Roman"/>
                <w:szCs w:val="28"/>
                <w:lang w:val="kk-KZ"/>
              </w:rPr>
              <w:t>Сауықтыру модулі (күніне 3 академиялық сағатқа дейін)</w:t>
            </w:r>
          </w:p>
        </w:tc>
        <w:tc>
          <w:tcPr>
            <w:tcW w:w="6803" w:type="dxa"/>
            <w:tcBorders>
              <w:top w:val="single" w:sz="4" w:space="0" w:color="auto"/>
              <w:left w:val="single" w:sz="4" w:space="0" w:color="auto"/>
              <w:bottom w:val="single" w:sz="4" w:space="0" w:color="auto"/>
              <w:right w:val="single" w:sz="4" w:space="0" w:color="auto"/>
            </w:tcBorders>
            <w:hideMark/>
          </w:tcPr>
          <w:p w14:paraId="52486930" w14:textId="59859F26" w:rsidR="00FD7927" w:rsidRPr="000C105B" w:rsidRDefault="00FD7927" w:rsidP="003A58BF">
            <w:pPr>
              <w:ind w:firstLine="0"/>
              <w:rPr>
                <w:rFonts w:cs="Times New Roman"/>
                <w:szCs w:val="28"/>
                <w:lang w:val="kk-KZ"/>
              </w:rPr>
            </w:pPr>
            <w:r w:rsidRPr="000C105B">
              <w:rPr>
                <w:rFonts w:cs="Times New Roman"/>
                <w:szCs w:val="28"/>
                <w:lang w:val="kk-KZ"/>
              </w:rPr>
              <w:t>Жеңіл жаттығу, серуен, тыныш ойындар, эмоционалдық босаңсу.</w:t>
            </w:r>
          </w:p>
        </w:tc>
      </w:tr>
      <w:tr w:rsidR="00FD7927" w:rsidRPr="003A58BF" w14:paraId="0886636D"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54F327D9" w14:textId="77777777" w:rsidR="00FD7927" w:rsidRPr="000C105B" w:rsidRDefault="00FD7927" w:rsidP="003A58BF">
            <w:pPr>
              <w:ind w:firstLine="0"/>
              <w:rPr>
                <w:rFonts w:cs="Times New Roman"/>
                <w:szCs w:val="28"/>
                <w:lang w:val="kk-KZ"/>
              </w:rPr>
            </w:pPr>
            <w:r w:rsidRPr="000C105B">
              <w:rPr>
                <w:rFonts w:cs="Times New Roman"/>
                <w:szCs w:val="28"/>
                <w:lang w:val="kk-KZ"/>
              </w:rPr>
              <w:t>Күтілетін нәтижесі</w:t>
            </w:r>
          </w:p>
        </w:tc>
        <w:tc>
          <w:tcPr>
            <w:tcW w:w="6803" w:type="dxa"/>
            <w:tcBorders>
              <w:top w:val="single" w:sz="4" w:space="0" w:color="auto"/>
              <w:left w:val="single" w:sz="4" w:space="0" w:color="auto"/>
              <w:bottom w:val="single" w:sz="4" w:space="0" w:color="auto"/>
              <w:right w:val="single" w:sz="4" w:space="0" w:color="auto"/>
            </w:tcBorders>
            <w:hideMark/>
          </w:tcPr>
          <w:p w14:paraId="0F4C9896" w14:textId="77777777" w:rsidR="00FD7927" w:rsidRPr="000C105B" w:rsidRDefault="00FD7927" w:rsidP="003A58BF">
            <w:pPr>
              <w:ind w:firstLine="0"/>
              <w:rPr>
                <w:rFonts w:cs="Times New Roman"/>
                <w:szCs w:val="28"/>
                <w:lang w:val="kk-KZ"/>
              </w:rPr>
            </w:pPr>
            <w:r w:rsidRPr="000C105B">
              <w:rPr>
                <w:rFonts w:cs="Times New Roman"/>
                <w:szCs w:val="28"/>
                <w:lang w:val="kk-KZ"/>
              </w:rPr>
              <w:t>Қатысушылар ауысым қорытындысын шығарады, тілдік портфельді рәсімдейді және жағымды аяқталу тәжірибесін алады.</w:t>
            </w:r>
          </w:p>
        </w:tc>
      </w:tr>
    </w:tbl>
    <w:p w14:paraId="7007B159" w14:textId="77777777" w:rsidR="003A58BF" w:rsidRDefault="003A58BF" w:rsidP="003A58BF">
      <w:pPr>
        <w:pStyle w:val="21"/>
        <w:spacing w:before="0" w:after="0"/>
        <w:ind w:firstLine="720"/>
        <w:rPr>
          <w:rFonts w:cs="Times New Roman"/>
          <w:szCs w:val="28"/>
          <w:lang w:val="kk-KZ"/>
        </w:rPr>
      </w:pPr>
    </w:p>
    <w:p w14:paraId="26A0F12A" w14:textId="7E8C8643" w:rsidR="00FD7927" w:rsidRPr="000C105B" w:rsidRDefault="00FD7927" w:rsidP="003A58BF">
      <w:pPr>
        <w:pStyle w:val="21"/>
        <w:spacing w:before="0" w:after="0"/>
        <w:ind w:firstLine="720"/>
        <w:rPr>
          <w:rFonts w:cs="Times New Roman"/>
          <w:szCs w:val="28"/>
          <w:lang w:val="kk-KZ"/>
        </w:rPr>
      </w:pPr>
      <w:r w:rsidRPr="000C105B">
        <w:rPr>
          <w:rFonts w:cs="Times New Roman"/>
          <w:szCs w:val="28"/>
          <w:lang w:val="kk-KZ"/>
        </w:rPr>
        <w:t>Жазғы маусымның негізгі іс-шаралары</w:t>
      </w:r>
    </w:p>
    <w:p w14:paraId="0750A450" w14:textId="77777777" w:rsidR="00FD7927" w:rsidRPr="000C105B" w:rsidRDefault="00FD7927" w:rsidP="003A58BF">
      <w:pPr>
        <w:jc w:val="both"/>
        <w:rPr>
          <w:rFonts w:cs="Times New Roman"/>
          <w:szCs w:val="28"/>
          <w:lang w:val="kk-KZ"/>
        </w:rPr>
      </w:pPr>
    </w:p>
    <w:tbl>
      <w:tblPr>
        <w:tblW w:w="0" w:type="auto"/>
        <w:tblCellSpacing w:w="15" w:type="dxa"/>
        <w:tblLook w:val="04A0" w:firstRow="1" w:lastRow="0" w:firstColumn="1" w:lastColumn="0" w:noHBand="0" w:noVBand="1"/>
      </w:tblPr>
      <w:tblGrid>
        <w:gridCol w:w="9639"/>
      </w:tblGrid>
      <w:tr w:rsidR="00FD7927" w:rsidRPr="003A58BF" w14:paraId="42B7BB9F" w14:textId="77777777" w:rsidTr="00FD7927">
        <w:trPr>
          <w:tblCellSpacing w:w="15" w:type="dxa"/>
        </w:trPr>
        <w:tc>
          <w:tcPr>
            <w:tcW w:w="0" w:type="auto"/>
            <w:tcMar>
              <w:top w:w="15" w:type="dxa"/>
              <w:left w:w="15" w:type="dxa"/>
              <w:bottom w:w="15" w:type="dxa"/>
              <w:right w:w="15" w:type="dxa"/>
            </w:tcMar>
            <w:vAlign w:val="center"/>
            <w:hideMark/>
          </w:tcPr>
          <w:p w14:paraId="3BBC528D" w14:textId="77777777" w:rsidR="00FD7927" w:rsidRPr="000C105B" w:rsidRDefault="00FD7927" w:rsidP="003A58BF">
            <w:pPr>
              <w:jc w:val="both"/>
              <w:rPr>
                <w:rFonts w:cs="Times New Roman"/>
                <w:szCs w:val="28"/>
                <w:lang w:val="kk-KZ"/>
              </w:rPr>
            </w:pPr>
            <w:r w:rsidRPr="000C105B">
              <w:rPr>
                <w:rFonts w:cs="Times New Roman"/>
                <w:szCs w:val="28"/>
                <w:lang w:val="kk-KZ"/>
              </w:rPr>
              <w:t>1) «Тіл әлемі» бейімделу ойыны: танысу, ережелерді қабылдау, тілдік командаларды қалыптастыру.</w:t>
            </w:r>
          </w:p>
        </w:tc>
      </w:tr>
      <w:tr w:rsidR="00FD7927" w:rsidRPr="003A58BF" w14:paraId="74E2F836" w14:textId="77777777" w:rsidTr="00FD7927">
        <w:trPr>
          <w:tblCellSpacing w:w="15" w:type="dxa"/>
        </w:trPr>
        <w:tc>
          <w:tcPr>
            <w:tcW w:w="0" w:type="auto"/>
            <w:tcMar>
              <w:top w:w="15" w:type="dxa"/>
              <w:left w:w="15" w:type="dxa"/>
              <w:bottom w:w="15" w:type="dxa"/>
              <w:right w:w="15" w:type="dxa"/>
            </w:tcMar>
            <w:vAlign w:val="center"/>
            <w:hideMark/>
          </w:tcPr>
          <w:p w14:paraId="1DA598C8" w14:textId="77777777" w:rsidR="00FD7927" w:rsidRPr="000C105B" w:rsidRDefault="00FD7927" w:rsidP="003A58BF">
            <w:pPr>
              <w:jc w:val="both"/>
              <w:rPr>
                <w:rFonts w:cs="Times New Roman"/>
                <w:szCs w:val="28"/>
                <w:lang w:val="kk-KZ"/>
              </w:rPr>
            </w:pPr>
            <w:r w:rsidRPr="000C105B">
              <w:rPr>
                <w:rFonts w:cs="Times New Roman"/>
                <w:szCs w:val="28"/>
                <w:lang w:val="kk-KZ"/>
              </w:rPr>
              <w:t>2) «Тілдік команда» командалық тренингі: сенім, қолдау және тілдік қателесуге құқықты дамыту.</w:t>
            </w:r>
          </w:p>
        </w:tc>
      </w:tr>
      <w:tr w:rsidR="00FD7927" w:rsidRPr="003A58BF" w14:paraId="6F7BA06A" w14:textId="77777777" w:rsidTr="00FD7927">
        <w:trPr>
          <w:tblCellSpacing w:w="15" w:type="dxa"/>
        </w:trPr>
        <w:tc>
          <w:tcPr>
            <w:tcW w:w="0" w:type="auto"/>
            <w:tcMar>
              <w:top w:w="15" w:type="dxa"/>
              <w:left w:w="15" w:type="dxa"/>
              <w:bottom w:w="15" w:type="dxa"/>
              <w:right w:w="15" w:type="dxa"/>
            </w:tcMar>
            <w:vAlign w:val="center"/>
            <w:hideMark/>
          </w:tcPr>
          <w:p w14:paraId="42591B5D" w14:textId="2277727A" w:rsidR="00FD7927" w:rsidRPr="000C105B" w:rsidRDefault="00FD7927" w:rsidP="003A58BF">
            <w:pPr>
              <w:jc w:val="both"/>
              <w:rPr>
                <w:rFonts w:cs="Times New Roman"/>
                <w:szCs w:val="28"/>
                <w:lang w:val="kk-KZ"/>
              </w:rPr>
            </w:pPr>
            <w:r w:rsidRPr="000C105B">
              <w:rPr>
                <w:rFonts w:cs="Times New Roman"/>
                <w:szCs w:val="28"/>
                <w:lang w:val="kk-KZ"/>
              </w:rPr>
              <w:t xml:space="preserve">3) «Сөздік және сөйлесу» тілдік күні: </w:t>
            </w:r>
            <w:r w:rsidR="00B76D73">
              <w:rPr>
                <w:rFonts w:cs="Times New Roman"/>
                <w:szCs w:val="28"/>
                <w:lang w:val="kk-KZ"/>
              </w:rPr>
              <w:t>ағылшын</w:t>
            </w:r>
            <w:r w:rsidR="00B76D73" w:rsidRPr="000C105B">
              <w:rPr>
                <w:rFonts w:cs="Times New Roman"/>
                <w:szCs w:val="28"/>
                <w:lang w:val="kk-KZ"/>
              </w:rPr>
              <w:t xml:space="preserve"> </w:t>
            </w:r>
            <w:r w:rsidRPr="000C105B">
              <w:rPr>
                <w:rFonts w:cs="Times New Roman"/>
                <w:szCs w:val="28"/>
                <w:lang w:val="kk-KZ"/>
              </w:rPr>
              <w:t xml:space="preserve">тілде фразалар, сөйлеу </w:t>
            </w:r>
            <w:r w:rsidR="00A06158" w:rsidRPr="000C105B">
              <w:rPr>
                <w:rFonts w:cs="Times New Roman"/>
                <w:szCs w:val="28"/>
                <w:lang w:val="kk-KZ"/>
              </w:rPr>
              <w:t>әдістері</w:t>
            </w:r>
            <w:r w:rsidRPr="000C105B">
              <w:rPr>
                <w:rFonts w:cs="Times New Roman"/>
                <w:szCs w:val="28"/>
                <w:lang w:val="kk-KZ"/>
              </w:rPr>
              <w:t>, қарым-қатынас мәдениеті, шығармашылық тапсырмалар.</w:t>
            </w:r>
          </w:p>
        </w:tc>
      </w:tr>
      <w:tr w:rsidR="00FD7927" w:rsidRPr="003A58BF" w14:paraId="69888747" w14:textId="77777777" w:rsidTr="00FD7927">
        <w:trPr>
          <w:tblCellSpacing w:w="15" w:type="dxa"/>
        </w:trPr>
        <w:tc>
          <w:tcPr>
            <w:tcW w:w="0" w:type="auto"/>
            <w:tcMar>
              <w:top w:w="15" w:type="dxa"/>
              <w:left w:w="15" w:type="dxa"/>
              <w:bottom w:w="15" w:type="dxa"/>
              <w:right w:w="15" w:type="dxa"/>
            </w:tcMar>
            <w:vAlign w:val="center"/>
            <w:hideMark/>
          </w:tcPr>
          <w:p w14:paraId="74C5F658" w14:textId="58C30453" w:rsidR="00FD7927" w:rsidRPr="000C105B" w:rsidRDefault="00FD7927" w:rsidP="003A58BF">
            <w:pPr>
              <w:jc w:val="both"/>
              <w:rPr>
                <w:rFonts w:cs="Times New Roman"/>
                <w:szCs w:val="28"/>
                <w:lang w:val="kk-KZ"/>
              </w:rPr>
            </w:pPr>
            <w:r w:rsidRPr="000C105B">
              <w:rPr>
                <w:rFonts w:cs="Times New Roman"/>
                <w:szCs w:val="28"/>
                <w:lang w:val="kk-KZ"/>
              </w:rPr>
              <w:lastRenderedPageBreak/>
              <w:t xml:space="preserve">4) «Тілдік орта» сөйлесу клубы: сұхбат, постерлер, презентациялар және </w:t>
            </w:r>
            <w:r w:rsidR="00B76D73">
              <w:rPr>
                <w:rFonts w:cs="Times New Roman"/>
                <w:szCs w:val="28"/>
                <w:lang w:val="kk-KZ"/>
              </w:rPr>
              <w:t>ағылшын</w:t>
            </w:r>
            <w:r w:rsidR="00B76D73" w:rsidRPr="000C105B">
              <w:rPr>
                <w:rFonts w:cs="Times New Roman"/>
                <w:szCs w:val="28"/>
                <w:lang w:val="kk-KZ"/>
              </w:rPr>
              <w:t xml:space="preserve"> </w:t>
            </w:r>
            <w:r w:rsidRPr="000C105B">
              <w:rPr>
                <w:rFonts w:cs="Times New Roman"/>
                <w:szCs w:val="28"/>
                <w:lang w:val="kk-KZ"/>
              </w:rPr>
              <w:t>тілде тілдік ойындар.</w:t>
            </w:r>
          </w:p>
        </w:tc>
      </w:tr>
      <w:tr w:rsidR="00FD7927" w:rsidRPr="003A58BF" w14:paraId="508B7B5A" w14:textId="77777777" w:rsidTr="00FD7927">
        <w:trPr>
          <w:tblCellSpacing w:w="15" w:type="dxa"/>
        </w:trPr>
        <w:tc>
          <w:tcPr>
            <w:tcW w:w="0" w:type="auto"/>
            <w:tcMar>
              <w:top w:w="15" w:type="dxa"/>
              <w:left w:w="15" w:type="dxa"/>
              <w:bottom w:w="15" w:type="dxa"/>
              <w:right w:w="15" w:type="dxa"/>
            </w:tcMar>
            <w:vAlign w:val="center"/>
            <w:hideMark/>
          </w:tcPr>
          <w:p w14:paraId="35BA8BA1" w14:textId="24344BC2" w:rsidR="00FD7927" w:rsidRPr="000C105B" w:rsidRDefault="00FD7927" w:rsidP="003A58BF">
            <w:pPr>
              <w:jc w:val="both"/>
              <w:rPr>
                <w:rFonts w:cs="Times New Roman"/>
                <w:szCs w:val="28"/>
                <w:lang w:val="kk-KZ"/>
              </w:rPr>
            </w:pPr>
            <w:r w:rsidRPr="000C105B">
              <w:rPr>
                <w:rFonts w:cs="Times New Roman"/>
                <w:szCs w:val="28"/>
                <w:lang w:val="kk-KZ"/>
              </w:rPr>
              <w:t xml:space="preserve">5) «Мәдениет және тіл» мәдени тілдік маршрут: сөйлеу этикеті, мәдени станциялар және </w:t>
            </w:r>
            <w:r w:rsidR="00B76D73">
              <w:rPr>
                <w:rFonts w:cs="Times New Roman"/>
                <w:szCs w:val="28"/>
                <w:lang w:val="kk-KZ"/>
              </w:rPr>
              <w:t>ағылшын</w:t>
            </w:r>
            <w:r w:rsidR="00B76D73" w:rsidRPr="000C105B">
              <w:rPr>
                <w:rFonts w:cs="Times New Roman"/>
                <w:szCs w:val="28"/>
                <w:lang w:val="kk-KZ"/>
              </w:rPr>
              <w:t xml:space="preserve"> </w:t>
            </w:r>
            <w:r w:rsidRPr="000C105B">
              <w:rPr>
                <w:rFonts w:cs="Times New Roman"/>
                <w:szCs w:val="28"/>
                <w:lang w:val="kk-KZ"/>
              </w:rPr>
              <w:t>тілде шағын диалогтар.</w:t>
            </w:r>
          </w:p>
        </w:tc>
      </w:tr>
      <w:tr w:rsidR="00FD7927" w:rsidRPr="003A58BF" w14:paraId="5702FEE0" w14:textId="77777777" w:rsidTr="00FD7927">
        <w:trPr>
          <w:tblCellSpacing w:w="15" w:type="dxa"/>
        </w:trPr>
        <w:tc>
          <w:tcPr>
            <w:tcW w:w="0" w:type="auto"/>
            <w:tcMar>
              <w:top w:w="15" w:type="dxa"/>
              <w:left w:w="15" w:type="dxa"/>
              <w:bottom w:w="15" w:type="dxa"/>
              <w:right w:w="15" w:type="dxa"/>
            </w:tcMar>
            <w:vAlign w:val="center"/>
            <w:hideMark/>
          </w:tcPr>
          <w:p w14:paraId="1207F9B3" w14:textId="79BD525F" w:rsidR="00FD7927" w:rsidRPr="000C105B" w:rsidRDefault="00FD7927" w:rsidP="003A58BF">
            <w:pPr>
              <w:jc w:val="both"/>
              <w:rPr>
                <w:rFonts w:cs="Times New Roman"/>
                <w:szCs w:val="28"/>
                <w:lang w:val="kk-KZ"/>
              </w:rPr>
            </w:pPr>
            <w:r w:rsidRPr="000C105B">
              <w:rPr>
                <w:rFonts w:cs="Times New Roman"/>
                <w:szCs w:val="28"/>
                <w:lang w:val="kk-KZ"/>
              </w:rPr>
              <w:t xml:space="preserve">6) «Шығармашылық тіл» шығармашылық тілдік зертхана: </w:t>
            </w:r>
            <w:r w:rsidR="00B76D73">
              <w:rPr>
                <w:rFonts w:cs="Times New Roman"/>
                <w:szCs w:val="28"/>
                <w:lang w:val="kk-KZ"/>
              </w:rPr>
              <w:t>ағылшын</w:t>
            </w:r>
            <w:r w:rsidR="00B76D73" w:rsidRPr="000C105B">
              <w:rPr>
                <w:rFonts w:cs="Times New Roman"/>
                <w:szCs w:val="28"/>
                <w:lang w:val="kk-KZ"/>
              </w:rPr>
              <w:t xml:space="preserve"> </w:t>
            </w:r>
            <w:r w:rsidRPr="000C105B">
              <w:rPr>
                <w:rFonts w:cs="Times New Roman"/>
                <w:szCs w:val="28"/>
                <w:lang w:val="kk-KZ"/>
              </w:rPr>
              <w:t>тілде ән, сахналық көрініс, комикс немесе әңгіме.</w:t>
            </w:r>
          </w:p>
        </w:tc>
      </w:tr>
      <w:tr w:rsidR="00FD7927" w:rsidRPr="003A58BF" w14:paraId="6779DF3D" w14:textId="77777777" w:rsidTr="00FD7927">
        <w:trPr>
          <w:tblCellSpacing w:w="15" w:type="dxa"/>
        </w:trPr>
        <w:tc>
          <w:tcPr>
            <w:tcW w:w="0" w:type="auto"/>
            <w:tcMar>
              <w:top w:w="15" w:type="dxa"/>
              <w:left w:w="15" w:type="dxa"/>
              <w:bottom w:w="15" w:type="dxa"/>
              <w:right w:w="15" w:type="dxa"/>
            </w:tcMar>
            <w:vAlign w:val="center"/>
            <w:hideMark/>
          </w:tcPr>
          <w:p w14:paraId="28F8AFB8" w14:textId="6DEADCDA" w:rsidR="00FD7927" w:rsidRPr="000C105B" w:rsidRDefault="00FD7927" w:rsidP="003A58BF">
            <w:pPr>
              <w:jc w:val="both"/>
              <w:rPr>
                <w:rFonts w:cs="Times New Roman"/>
                <w:szCs w:val="28"/>
                <w:lang w:val="kk-KZ"/>
              </w:rPr>
            </w:pPr>
            <w:r w:rsidRPr="000C105B">
              <w:rPr>
                <w:rFonts w:cs="Times New Roman"/>
                <w:szCs w:val="28"/>
                <w:lang w:val="kk-KZ"/>
              </w:rPr>
              <w:t>7) «Тіл квесті» тілдік квест: ойын және командалық жағда</w:t>
            </w:r>
            <w:r w:rsidR="00A06158" w:rsidRPr="000C105B">
              <w:rPr>
                <w:rFonts w:cs="Times New Roman"/>
                <w:szCs w:val="28"/>
                <w:lang w:val="kk-KZ"/>
              </w:rPr>
              <w:t>йда</w:t>
            </w:r>
            <w:r w:rsidRPr="000C105B">
              <w:rPr>
                <w:rFonts w:cs="Times New Roman"/>
                <w:szCs w:val="28"/>
                <w:lang w:val="kk-KZ"/>
              </w:rPr>
              <w:t xml:space="preserve"> </w:t>
            </w:r>
            <w:r w:rsidR="00A06158" w:rsidRPr="000C105B">
              <w:rPr>
                <w:rFonts w:cs="Times New Roman"/>
                <w:szCs w:val="28"/>
                <w:lang w:val="kk-KZ"/>
              </w:rPr>
              <w:t>сөйлемдерді</w:t>
            </w:r>
            <w:r w:rsidRPr="000C105B">
              <w:rPr>
                <w:rFonts w:cs="Times New Roman"/>
                <w:szCs w:val="28"/>
                <w:lang w:val="kk-KZ"/>
              </w:rPr>
              <w:t xml:space="preserve"> қолдану.</w:t>
            </w:r>
          </w:p>
        </w:tc>
      </w:tr>
      <w:tr w:rsidR="00FD7927" w:rsidRPr="003A58BF" w14:paraId="4FDA659E" w14:textId="77777777" w:rsidTr="00FD7927">
        <w:trPr>
          <w:tblCellSpacing w:w="15" w:type="dxa"/>
        </w:trPr>
        <w:tc>
          <w:tcPr>
            <w:tcW w:w="0" w:type="auto"/>
            <w:tcMar>
              <w:top w:w="15" w:type="dxa"/>
              <w:left w:w="15" w:type="dxa"/>
              <w:bottom w:w="15" w:type="dxa"/>
              <w:right w:w="15" w:type="dxa"/>
            </w:tcMar>
            <w:vAlign w:val="center"/>
            <w:hideMark/>
          </w:tcPr>
          <w:p w14:paraId="4976063E" w14:textId="77777777" w:rsidR="00FD7927" w:rsidRPr="000C105B" w:rsidRDefault="00FD7927" w:rsidP="003A58BF">
            <w:pPr>
              <w:jc w:val="both"/>
              <w:rPr>
                <w:rFonts w:cs="Times New Roman"/>
                <w:szCs w:val="28"/>
                <w:lang w:val="kk-KZ"/>
              </w:rPr>
            </w:pPr>
            <w:r w:rsidRPr="000C105B">
              <w:rPr>
                <w:rFonts w:cs="Times New Roman"/>
                <w:szCs w:val="28"/>
                <w:lang w:val="kk-KZ"/>
              </w:rPr>
              <w:t>8) «Тіл және медиа» медиазертхана: сұхбат, постер, подкаст және тілдік күнделік жасау.</w:t>
            </w:r>
          </w:p>
        </w:tc>
      </w:tr>
      <w:tr w:rsidR="00FD7927" w:rsidRPr="003A58BF" w14:paraId="30212ECC" w14:textId="77777777" w:rsidTr="00FD7927">
        <w:trPr>
          <w:tblCellSpacing w:w="15" w:type="dxa"/>
        </w:trPr>
        <w:tc>
          <w:tcPr>
            <w:tcW w:w="0" w:type="auto"/>
            <w:tcMar>
              <w:top w:w="15" w:type="dxa"/>
              <w:left w:w="15" w:type="dxa"/>
              <w:bottom w:w="15" w:type="dxa"/>
              <w:right w:w="15" w:type="dxa"/>
            </w:tcMar>
            <w:vAlign w:val="center"/>
            <w:hideMark/>
          </w:tcPr>
          <w:p w14:paraId="08794A39" w14:textId="77777777" w:rsidR="00FD7927" w:rsidRPr="000C105B" w:rsidRDefault="00FD7927" w:rsidP="003A58BF">
            <w:pPr>
              <w:jc w:val="both"/>
              <w:rPr>
                <w:rFonts w:cs="Times New Roman"/>
                <w:szCs w:val="28"/>
                <w:lang w:val="kk-KZ"/>
              </w:rPr>
            </w:pPr>
            <w:r w:rsidRPr="000C105B">
              <w:rPr>
                <w:rFonts w:cs="Times New Roman"/>
                <w:szCs w:val="28"/>
                <w:lang w:val="kk-KZ"/>
              </w:rPr>
              <w:t>9) «Тіл жобасы» жобалық шеберхана: қорытынды тілдік жобаларды әзірлеу.</w:t>
            </w:r>
          </w:p>
        </w:tc>
      </w:tr>
      <w:tr w:rsidR="00FD7927" w:rsidRPr="003A58BF" w14:paraId="024D2D76" w14:textId="77777777" w:rsidTr="00FD7927">
        <w:trPr>
          <w:tblCellSpacing w:w="15" w:type="dxa"/>
        </w:trPr>
        <w:tc>
          <w:tcPr>
            <w:tcW w:w="0" w:type="auto"/>
            <w:tcMar>
              <w:top w:w="15" w:type="dxa"/>
              <w:left w:w="15" w:type="dxa"/>
              <w:bottom w:w="15" w:type="dxa"/>
              <w:right w:w="15" w:type="dxa"/>
            </w:tcMar>
            <w:vAlign w:val="center"/>
            <w:hideMark/>
          </w:tcPr>
          <w:p w14:paraId="040D0388" w14:textId="552BFDBF" w:rsidR="00FD7927" w:rsidRPr="000C105B" w:rsidRDefault="00FD7927" w:rsidP="003A58BF">
            <w:pPr>
              <w:jc w:val="both"/>
              <w:rPr>
                <w:rFonts w:cs="Times New Roman"/>
                <w:szCs w:val="28"/>
                <w:lang w:val="kk-KZ"/>
              </w:rPr>
            </w:pPr>
            <w:r w:rsidRPr="000C105B">
              <w:rPr>
                <w:rFonts w:cs="Times New Roman"/>
                <w:szCs w:val="28"/>
                <w:lang w:val="kk-KZ"/>
              </w:rPr>
              <w:t xml:space="preserve">10) «Тіл мерекесі» жетістіктер фестивалі: </w:t>
            </w:r>
            <w:r w:rsidR="00B76D73">
              <w:rPr>
                <w:rFonts w:cs="Times New Roman"/>
                <w:szCs w:val="28"/>
                <w:lang w:val="kk-KZ"/>
              </w:rPr>
              <w:t>ағылшын</w:t>
            </w:r>
            <w:r w:rsidR="00B76D73" w:rsidRPr="000C105B">
              <w:rPr>
                <w:rFonts w:cs="Times New Roman"/>
                <w:szCs w:val="28"/>
                <w:lang w:val="kk-KZ"/>
              </w:rPr>
              <w:t xml:space="preserve"> </w:t>
            </w:r>
            <w:r w:rsidRPr="000C105B">
              <w:rPr>
                <w:rFonts w:cs="Times New Roman"/>
                <w:szCs w:val="28"/>
                <w:lang w:val="kk-KZ"/>
              </w:rPr>
              <w:t>тіл</w:t>
            </w:r>
            <w:r w:rsidR="00B76D73">
              <w:rPr>
                <w:rFonts w:cs="Times New Roman"/>
                <w:szCs w:val="28"/>
                <w:lang w:val="kk-KZ"/>
              </w:rPr>
              <w:t>ге</w:t>
            </w:r>
            <w:r w:rsidRPr="000C105B">
              <w:rPr>
                <w:rFonts w:cs="Times New Roman"/>
                <w:szCs w:val="28"/>
                <w:lang w:val="kk-KZ"/>
              </w:rPr>
              <w:t xml:space="preserve"> </w:t>
            </w:r>
            <w:r w:rsidR="00A06158" w:rsidRPr="000C105B">
              <w:rPr>
                <w:rFonts w:cs="Times New Roman"/>
                <w:szCs w:val="28"/>
                <w:lang w:val="kk-KZ"/>
              </w:rPr>
              <w:t>сәйкес</w:t>
            </w:r>
            <w:r w:rsidRPr="000C105B">
              <w:rPr>
                <w:rFonts w:cs="Times New Roman"/>
                <w:szCs w:val="28"/>
                <w:lang w:val="kk-KZ"/>
              </w:rPr>
              <w:t xml:space="preserve"> презентациялар, қойылымдар, көрмелер, марапаттау.</w:t>
            </w:r>
          </w:p>
        </w:tc>
      </w:tr>
      <w:tr w:rsidR="00FD7927" w:rsidRPr="003A58BF" w14:paraId="51368B06" w14:textId="77777777" w:rsidTr="00FD7927">
        <w:trPr>
          <w:tblCellSpacing w:w="15" w:type="dxa"/>
        </w:trPr>
        <w:tc>
          <w:tcPr>
            <w:tcW w:w="0" w:type="auto"/>
            <w:tcMar>
              <w:top w:w="15" w:type="dxa"/>
              <w:left w:w="15" w:type="dxa"/>
              <w:bottom w:w="15" w:type="dxa"/>
              <w:right w:w="15" w:type="dxa"/>
            </w:tcMar>
            <w:vAlign w:val="center"/>
            <w:hideMark/>
          </w:tcPr>
          <w:p w14:paraId="65D5AC0E" w14:textId="77777777" w:rsidR="00FD7927" w:rsidRPr="000C105B" w:rsidRDefault="00FD7927" w:rsidP="003A58BF">
            <w:pPr>
              <w:jc w:val="both"/>
              <w:rPr>
                <w:rFonts w:cs="Times New Roman"/>
                <w:szCs w:val="28"/>
                <w:lang w:val="kk-KZ"/>
              </w:rPr>
            </w:pPr>
            <w:r w:rsidRPr="000C105B">
              <w:rPr>
                <w:rFonts w:cs="Times New Roman"/>
                <w:szCs w:val="28"/>
                <w:lang w:val="kk-KZ"/>
              </w:rPr>
              <w:t>11) «My language journey» қорытынды рефлексиясы: өзін-өзі бағалау, алғыс білдіру, тілдерді әрі қарай меңгеру жоспары.</w:t>
            </w:r>
          </w:p>
        </w:tc>
      </w:tr>
    </w:tbl>
    <w:p w14:paraId="34805247" w14:textId="77777777" w:rsidR="00FD7927" w:rsidRPr="000C105B" w:rsidRDefault="00FD7927" w:rsidP="003A58BF">
      <w:pPr>
        <w:ind w:left="425" w:firstLine="0"/>
        <w:jc w:val="both"/>
        <w:rPr>
          <w:rFonts w:cs="Times New Roman"/>
          <w:szCs w:val="28"/>
          <w:lang w:val="kk-KZ"/>
        </w:rPr>
      </w:pPr>
    </w:p>
    <w:p w14:paraId="1FC6888D" w14:textId="77777777" w:rsidR="003A58BF" w:rsidRDefault="003A58BF" w:rsidP="003A58BF">
      <w:pPr>
        <w:pStyle w:val="21"/>
        <w:spacing w:before="0" w:after="0"/>
        <w:ind w:firstLine="709"/>
        <w:rPr>
          <w:rFonts w:cs="Times New Roman"/>
          <w:szCs w:val="28"/>
          <w:lang w:val="kk-KZ"/>
        </w:rPr>
      </w:pPr>
    </w:p>
    <w:p w14:paraId="39E13341" w14:textId="64A818A6" w:rsidR="00FD7927" w:rsidRPr="000C105B" w:rsidRDefault="00FD7927" w:rsidP="003A58BF">
      <w:pPr>
        <w:pStyle w:val="21"/>
        <w:spacing w:before="0" w:after="0"/>
        <w:ind w:firstLine="709"/>
        <w:rPr>
          <w:rFonts w:cs="Times New Roman"/>
          <w:szCs w:val="28"/>
          <w:lang w:val="kk-KZ"/>
        </w:rPr>
      </w:pPr>
      <w:r w:rsidRPr="000C105B">
        <w:rPr>
          <w:rFonts w:cs="Times New Roman"/>
          <w:szCs w:val="28"/>
          <w:lang w:val="kk-KZ"/>
        </w:rPr>
        <w:t>6-бөлім. Бағдарламаны іске асыру шарттары</w:t>
      </w:r>
    </w:p>
    <w:p w14:paraId="0F7806B4" w14:textId="77777777" w:rsidR="00FD7927" w:rsidRPr="000C105B" w:rsidRDefault="00FD7927" w:rsidP="003A58BF">
      <w:pPr>
        <w:jc w:val="both"/>
        <w:rPr>
          <w:rFonts w:cs="Times New Roman"/>
          <w:szCs w:val="28"/>
          <w:lang w:val="kk-KZ"/>
        </w:rPr>
      </w:pPr>
      <w:r w:rsidRPr="000C105B">
        <w:rPr>
          <w:rFonts w:cs="Times New Roman"/>
          <w:szCs w:val="28"/>
          <w:lang w:val="kk-KZ"/>
        </w:rPr>
        <w:t>Осы бөлімде бағдарламаны іске асыру үшін қажетті материалдық-техникалық жағдайлар, санитарлық-эпидемиологиялық талаптарға сәйкес тұру жағдайлары, күн тәртібін, тамақтану мен демалысты ұйымдастыру, медициналық сүйемелдеу және профилактикалық іс-шаралар, кәмелетке толмағандардың өмірі мен денсаулығын қорғауды қамтамасыз ету (соның ішінде өрт және терроризмге қарсы қауіпсіздік), жергілікті жердің климаттық және табиғи ерекшеліктерін ескеру, сондай-ақ ерекше білім беру қажеттіліктері бар балалар үшін ортаның қолжетімділігі мен қауіпсіздігін қамтамасыз ету сипатталады</w:t>
      </w:r>
    </w:p>
    <w:p w14:paraId="18FAFA9D" w14:textId="77777777" w:rsidR="00FD7927" w:rsidRPr="000C105B" w:rsidRDefault="00FD7927" w:rsidP="003A58BF">
      <w:pPr>
        <w:pStyle w:val="21"/>
        <w:spacing w:before="0" w:after="0"/>
        <w:ind w:firstLine="709"/>
        <w:rPr>
          <w:rFonts w:cs="Times New Roman"/>
          <w:szCs w:val="28"/>
          <w:lang w:val="kk-KZ"/>
        </w:rPr>
      </w:pPr>
      <w:r w:rsidRPr="000C105B">
        <w:rPr>
          <w:rFonts w:cs="Times New Roman"/>
          <w:szCs w:val="28"/>
          <w:lang w:val="kk-KZ"/>
        </w:rPr>
        <w:t xml:space="preserve">Ұйымдастырушылық шарттар </w:t>
      </w:r>
    </w:p>
    <w:p w14:paraId="6F6D2396" w14:textId="77777777" w:rsidR="00FD7927" w:rsidRPr="000C105B" w:rsidRDefault="00FD7927" w:rsidP="003A58BF">
      <w:pPr>
        <w:jc w:val="both"/>
        <w:rPr>
          <w:rFonts w:cs="Times New Roman"/>
          <w:szCs w:val="28"/>
          <w:lang w:val="kk-KZ"/>
        </w:rPr>
      </w:pPr>
      <w:r w:rsidRPr="000C105B">
        <w:rPr>
          <w:rFonts w:cs="Times New Roman"/>
          <w:szCs w:val="28"/>
          <w:lang w:val="kk-KZ"/>
        </w:rPr>
        <w:t>Қатысушылардың қызметін ұйымдастыру күн тәртібіне, санитарлық-эпидемиологиялық талаптарға, өмір қауіпсіздігі талаптарына, кәмелетке толмағандардың жас ерекшеліктеріне және тілдік ауысымның мазмұнына сәйкес жүзеге асырылады.</w:t>
      </w:r>
    </w:p>
    <w:p w14:paraId="48FB276E" w14:textId="77777777" w:rsidR="00FD7927" w:rsidRPr="000C105B" w:rsidRDefault="00FD7927" w:rsidP="003A58BF">
      <w:pPr>
        <w:jc w:val="both"/>
        <w:rPr>
          <w:rFonts w:cs="Times New Roman"/>
          <w:szCs w:val="28"/>
          <w:lang w:val="kk-KZ"/>
        </w:rPr>
      </w:pPr>
      <w:r w:rsidRPr="000C105B">
        <w:rPr>
          <w:rFonts w:cs="Times New Roman"/>
          <w:szCs w:val="28"/>
          <w:lang w:val="kk-KZ"/>
        </w:rPr>
        <w:t>Жасақтар мен тілдік топтарды қалыптастыру қатысушылардың жасына, тұру жағдайларына, педагогикалық мақсаттылыққа, психологиялық үйлесімділікке, тілдік деңгейіне, қызығушылықтарына және қауіпсіздік талаптарына сәйкес жүргізіледі.</w:t>
      </w:r>
    </w:p>
    <w:p w14:paraId="66247D34" w14:textId="77777777" w:rsidR="00FD7927" w:rsidRPr="000C105B" w:rsidRDefault="00FD7927" w:rsidP="003A58BF">
      <w:pPr>
        <w:jc w:val="both"/>
        <w:rPr>
          <w:rFonts w:cs="Times New Roman"/>
          <w:szCs w:val="28"/>
          <w:lang w:val="kk-KZ"/>
        </w:rPr>
      </w:pPr>
      <w:r w:rsidRPr="000C105B">
        <w:rPr>
          <w:rFonts w:cs="Times New Roman"/>
          <w:szCs w:val="28"/>
          <w:lang w:val="kk-KZ"/>
        </w:rPr>
        <w:t>Ауысым барысында тілдік, тәрбиелік, шығармашылық, жобалық, спорттық, туристік, сауықтыру және бос уақыт іс-әрекеттерінің тиімді алмасуы қамтамасыз етіледі.</w:t>
      </w:r>
    </w:p>
    <w:p w14:paraId="20E4105B" w14:textId="77777777" w:rsidR="00FD7927" w:rsidRPr="000C105B" w:rsidRDefault="00FD7927" w:rsidP="003A58BF">
      <w:pPr>
        <w:jc w:val="both"/>
        <w:rPr>
          <w:rFonts w:cs="Times New Roman"/>
          <w:szCs w:val="28"/>
          <w:lang w:val="kk-KZ"/>
        </w:rPr>
      </w:pPr>
      <w:r w:rsidRPr="000C105B">
        <w:rPr>
          <w:rFonts w:cs="Times New Roman"/>
          <w:szCs w:val="28"/>
          <w:lang w:val="kk-KZ"/>
        </w:rPr>
        <w:lastRenderedPageBreak/>
        <w:t>Ұйым жергілікті жағдайларды, климаттық ерекшеліктерді, инфрақұрылымды, медициналық ұсынымдарды және қатысушылардың жасын ескере отырып, күн тәртібін дербес нақтылайды.</w:t>
      </w:r>
    </w:p>
    <w:p w14:paraId="002BDDE0" w14:textId="77777777" w:rsidR="00FD7927" w:rsidRPr="000C105B" w:rsidRDefault="00FD7927" w:rsidP="003A58BF">
      <w:pPr>
        <w:pStyle w:val="21"/>
        <w:spacing w:before="0" w:after="0"/>
        <w:ind w:firstLine="709"/>
        <w:rPr>
          <w:rFonts w:cs="Times New Roman"/>
          <w:szCs w:val="28"/>
          <w:lang w:val="kk-KZ"/>
        </w:rPr>
      </w:pPr>
      <w:r w:rsidRPr="000C105B">
        <w:rPr>
          <w:rFonts w:cs="Times New Roman"/>
          <w:szCs w:val="28"/>
          <w:lang w:val="kk-KZ"/>
        </w:rPr>
        <w:t xml:space="preserve">Материалдық-техникалық шарттар </w:t>
      </w:r>
    </w:p>
    <w:p w14:paraId="2DEB8F5A" w14:textId="77777777" w:rsidR="00FD7927" w:rsidRPr="000C105B" w:rsidRDefault="00FD7927" w:rsidP="003A58BF">
      <w:pPr>
        <w:jc w:val="both"/>
        <w:rPr>
          <w:rFonts w:cs="Times New Roman"/>
          <w:szCs w:val="28"/>
          <w:highlight w:val="yellow"/>
          <w:lang w:val="kk-KZ"/>
        </w:rPr>
      </w:pPr>
      <w:r w:rsidRPr="000C105B">
        <w:rPr>
          <w:rFonts w:cs="Times New Roman"/>
          <w:szCs w:val="28"/>
          <w:lang w:val="kk-KZ"/>
        </w:rPr>
        <w:t>Бағдарламаны іске асыру үшін Ұйымның қолда бар ресурстары пайдаланылады: үй-жайлар, ашық алаңдар, табиғи орта, спорттық инвентарь, кеңсе және қолда бар материалдар, ақпараттық стендтер, фразалық карточкалар, тілдік плакаттар, сондай-ақ қолжетімді болған жағдайда техникалық құралдар.</w:t>
      </w:r>
    </w:p>
    <w:p w14:paraId="40E73348" w14:textId="77777777" w:rsidR="00FD7927" w:rsidRPr="000C105B" w:rsidRDefault="00FD7927" w:rsidP="003A58BF">
      <w:pPr>
        <w:ind w:left="709" w:firstLine="0"/>
        <w:rPr>
          <w:rFonts w:cs="Times New Roman"/>
          <w:szCs w:val="28"/>
          <w:lang w:val="kk-KZ"/>
        </w:rPr>
      </w:pPr>
      <w:r w:rsidRPr="000C105B">
        <w:rPr>
          <w:rFonts w:cs="Times New Roman"/>
          <w:szCs w:val="28"/>
          <w:lang w:val="kk-KZ"/>
        </w:rPr>
        <w:t>• қатысушыларды орналастыруға арналған тұрғын үй-жайлар;</w:t>
      </w:r>
      <w:r w:rsidRPr="000C105B">
        <w:rPr>
          <w:rFonts w:cs="Times New Roman"/>
          <w:szCs w:val="28"/>
          <w:lang w:val="kk-KZ"/>
        </w:rPr>
        <w:br/>
        <w:t>• асхана немесе тамақтандырудың өзге де ұйымдастырылған жүйесі;</w:t>
      </w:r>
      <w:r w:rsidRPr="000C105B">
        <w:rPr>
          <w:rFonts w:cs="Times New Roman"/>
          <w:szCs w:val="28"/>
          <w:lang w:val="kk-KZ"/>
        </w:rPr>
        <w:br/>
        <w:t>• медициналық пункт немесе медициналық сүйемелдеуді қамтамасыз ету шарттары;</w:t>
      </w:r>
      <w:r w:rsidRPr="000C105B">
        <w:rPr>
          <w:rFonts w:cs="Times New Roman"/>
          <w:szCs w:val="28"/>
          <w:lang w:val="kk-KZ"/>
        </w:rPr>
        <w:br/>
        <w:t>• спорттық, ойын немесе ашық алаңдар;</w:t>
      </w:r>
      <w:r w:rsidRPr="000C105B">
        <w:rPr>
          <w:rFonts w:cs="Times New Roman"/>
          <w:szCs w:val="28"/>
          <w:lang w:val="kk-KZ"/>
        </w:rPr>
        <w:br/>
        <w:t>• тілдік клубтар, топтық, шығармашылық және жобалық жұмыстарға арналған үй-жайлар немесе қауіпсіз кеңістіктер;</w:t>
      </w:r>
      <w:r w:rsidRPr="000C105B">
        <w:rPr>
          <w:rFonts w:cs="Times New Roman"/>
          <w:szCs w:val="28"/>
          <w:lang w:val="kk-KZ"/>
        </w:rPr>
        <w:br/>
        <w:t>• кеңсе материалдары: қағаз, картон, маркерлер, флипчарттар, сөздер мен фразалар карточкалары, қолда бар материалдар;</w:t>
      </w:r>
      <w:r w:rsidRPr="000C105B">
        <w:rPr>
          <w:rFonts w:cs="Times New Roman"/>
          <w:szCs w:val="28"/>
          <w:lang w:val="kk-KZ"/>
        </w:rPr>
        <w:br/>
        <w:t>• бар спорттық және ойын инвентары;</w:t>
      </w:r>
      <w:r w:rsidRPr="000C105B">
        <w:rPr>
          <w:rFonts w:cs="Times New Roman"/>
          <w:szCs w:val="28"/>
          <w:lang w:val="kk-KZ"/>
        </w:rPr>
        <w:br/>
        <w:t>• ақпараттық стендтер;</w:t>
      </w:r>
      <w:r w:rsidRPr="000C105B">
        <w:rPr>
          <w:rFonts w:cs="Times New Roman"/>
          <w:szCs w:val="28"/>
          <w:lang w:val="kk-KZ"/>
        </w:rPr>
        <w:br/>
        <w:t>• қолжетімді техникалық құралдар (бар болған жағдайда компьютер, проектор, акустикалық жабдық немесе мобильді құрылғылар), оларды міндетті түрде қолдану талап етілмейді.</w:t>
      </w:r>
    </w:p>
    <w:p w14:paraId="00A7333E" w14:textId="77777777" w:rsidR="00FD7927" w:rsidRPr="000C105B" w:rsidRDefault="00FD7927" w:rsidP="003A58BF">
      <w:pPr>
        <w:pStyle w:val="21"/>
        <w:spacing w:before="0" w:after="0"/>
        <w:ind w:firstLine="709"/>
        <w:rPr>
          <w:rFonts w:cs="Times New Roman"/>
          <w:szCs w:val="28"/>
          <w:lang w:val="kk-KZ"/>
        </w:rPr>
      </w:pPr>
      <w:r w:rsidRPr="000C105B">
        <w:rPr>
          <w:rFonts w:cs="Times New Roman"/>
          <w:szCs w:val="28"/>
          <w:lang w:val="kk-KZ"/>
        </w:rPr>
        <w:t xml:space="preserve">Санитарлық-гигиеналық шарттар </w:t>
      </w:r>
    </w:p>
    <w:p w14:paraId="29657C16" w14:textId="5C08EF43" w:rsidR="00FD7927" w:rsidRPr="000C105B" w:rsidRDefault="00FD7927" w:rsidP="003A58BF">
      <w:pPr>
        <w:jc w:val="both"/>
        <w:rPr>
          <w:rFonts w:cs="Times New Roman"/>
          <w:szCs w:val="28"/>
          <w:lang w:val="kk-KZ"/>
        </w:rPr>
      </w:pPr>
      <w:r w:rsidRPr="000C105B">
        <w:rPr>
          <w:rFonts w:cs="Times New Roman"/>
          <w:szCs w:val="28"/>
          <w:lang w:val="kk-KZ"/>
        </w:rPr>
        <w:t xml:space="preserve">Қатысушылардың қызметін ұйымдастыру Қазақстан Республикасының заңнамасында белгіленген санитарлық-эпидемиологиялық талаптарды сақтай отырып жүзеге асырылады. Тұрудың қауіпсіз жағдайлары, тамақтану сапасын бақылау, ауызсу режимі, жеке гигиена нормаларын сақтау, үй-жайларды желдету және санитарлық өңдеу, медициналық бақылау және </w:t>
      </w:r>
      <w:r w:rsidR="00493936" w:rsidRPr="000C105B">
        <w:rPr>
          <w:rFonts w:cs="Times New Roman"/>
          <w:szCs w:val="28"/>
          <w:lang w:val="kk-KZ"/>
        </w:rPr>
        <w:t>алдын алу</w:t>
      </w:r>
      <w:r w:rsidRPr="000C105B">
        <w:rPr>
          <w:rFonts w:cs="Times New Roman"/>
          <w:szCs w:val="28"/>
          <w:lang w:val="kk-KZ"/>
        </w:rPr>
        <w:t xml:space="preserve"> іс-шаралар</w:t>
      </w:r>
      <w:r w:rsidR="00493936" w:rsidRPr="000C105B">
        <w:rPr>
          <w:rFonts w:cs="Times New Roman"/>
          <w:szCs w:val="28"/>
          <w:lang w:val="kk-KZ"/>
        </w:rPr>
        <w:t>ы</w:t>
      </w:r>
      <w:r w:rsidRPr="000C105B">
        <w:rPr>
          <w:rFonts w:cs="Times New Roman"/>
          <w:szCs w:val="28"/>
          <w:lang w:val="kk-KZ"/>
        </w:rPr>
        <w:t xml:space="preserve"> қамтамасыз етіледі.</w:t>
      </w:r>
    </w:p>
    <w:p w14:paraId="35561210" w14:textId="77777777" w:rsidR="00FD7927" w:rsidRPr="000C105B" w:rsidRDefault="00FD7927" w:rsidP="003A58BF">
      <w:pPr>
        <w:pStyle w:val="21"/>
        <w:spacing w:before="0" w:after="0"/>
        <w:ind w:firstLine="709"/>
        <w:rPr>
          <w:rFonts w:cs="Times New Roman"/>
          <w:szCs w:val="28"/>
          <w:lang w:val="kk-KZ"/>
        </w:rPr>
      </w:pPr>
      <w:r w:rsidRPr="000C105B">
        <w:rPr>
          <w:rFonts w:cs="Times New Roman"/>
          <w:szCs w:val="28"/>
          <w:lang w:val="kk-KZ"/>
        </w:rPr>
        <w:t xml:space="preserve">Күн тәртібін, тамақтану мен демалысты ұйымдастыру </w:t>
      </w:r>
    </w:p>
    <w:p w14:paraId="41FFCC63" w14:textId="3221FC84" w:rsidR="00FD7927" w:rsidRPr="000C105B" w:rsidRDefault="00FD7927" w:rsidP="003A58BF">
      <w:pPr>
        <w:jc w:val="both"/>
        <w:rPr>
          <w:rFonts w:cs="Times New Roman"/>
          <w:szCs w:val="28"/>
          <w:lang w:val="kk-KZ"/>
        </w:rPr>
      </w:pPr>
      <w:r w:rsidRPr="000C105B">
        <w:rPr>
          <w:rFonts w:cs="Times New Roman"/>
          <w:szCs w:val="28"/>
          <w:lang w:val="kk-KZ"/>
        </w:rPr>
        <w:t xml:space="preserve">Күн тәртібі ұйқы, тамақтану, білім беру іс-шаралары, сауықтыру белсенділігі, демалыс, серуен, бос уақыт, кешкі іс-шаралар және </w:t>
      </w:r>
      <w:r w:rsidR="00493936" w:rsidRPr="000C105B">
        <w:rPr>
          <w:rFonts w:cs="Times New Roman"/>
          <w:szCs w:val="28"/>
          <w:lang w:val="kk-KZ"/>
        </w:rPr>
        <w:t xml:space="preserve">кері байланыс </w:t>
      </w:r>
      <w:r w:rsidRPr="000C105B">
        <w:rPr>
          <w:rFonts w:cs="Times New Roman"/>
          <w:szCs w:val="28"/>
          <w:lang w:val="kk-KZ"/>
        </w:rPr>
        <w:t>ұтымды кезектесуін көздейді. Тамақтану балалардың жас ерекшеліктеріне, болу режиміне және санитарлық-эпидемиологиялық талаптарға сәйкес белгіленген нормаларға сай ұйымдастырылады. Ауызсу режимі күні бойы үздіксіз қамтамасыз етіледі.</w:t>
      </w:r>
    </w:p>
    <w:p w14:paraId="0D50C89F" w14:textId="77777777" w:rsidR="00FD7927" w:rsidRPr="000C105B" w:rsidRDefault="00FD7927" w:rsidP="003A58BF">
      <w:pPr>
        <w:jc w:val="both"/>
        <w:rPr>
          <w:rFonts w:cs="Times New Roman"/>
          <w:szCs w:val="28"/>
          <w:lang w:val="kk-KZ"/>
        </w:rPr>
      </w:pPr>
    </w:p>
    <w:tbl>
      <w:tblPr>
        <w:tblStyle w:val="aff0"/>
        <w:tblW w:w="0" w:type="auto"/>
        <w:jc w:val="center"/>
        <w:tblLook w:val="04A0" w:firstRow="1" w:lastRow="0" w:firstColumn="1" w:lastColumn="0" w:noHBand="0" w:noVBand="1"/>
      </w:tblPr>
      <w:tblGrid>
        <w:gridCol w:w="2267"/>
        <w:gridCol w:w="7362"/>
      </w:tblGrid>
      <w:tr w:rsidR="00FD7927" w:rsidRPr="000C105B" w14:paraId="45BC0B07" w14:textId="77777777" w:rsidTr="00FD7927">
        <w:trPr>
          <w:tblHeader/>
          <w:jc w:val="center"/>
        </w:trPr>
        <w:tc>
          <w:tcPr>
            <w:tcW w:w="2268" w:type="dxa"/>
            <w:tcBorders>
              <w:top w:val="single" w:sz="4" w:space="0" w:color="auto"/>
              <w:left w:val="single" w:sz="4" w:space="0" w:color="auto"/>
              <w:bottom w:val="single" w:sz="4" w:space="0" w:color="auto"/>
              <w:right w:val="single" w:sz="4" w:space="0" w:color="auto"/>
            </w:tcBorders>
            <w:shd w:val="clear" w:color="auto" w:fill="D9EAD3"/>
            <w:vAlign w:val="center"/>
            <w:hideMark/>
          </w:tcPr>
          <w:p w14:paraId="6F2D450A" w14:textId="77777777" w:rsidR="00FD7927" w:rsidRPr="000C105B" w:rsidRDefault="00FD7927" w:rsidP="003A58BF">
            <w:pPr>
              <w:ind w:firstLine="0"/>
              <w:jc w:val="center"/>
              <w:rPr>
                <w:rFonts w:cs="Times New Roman"/>
                <w:szCs w:val="28"/>
                <w:lang w:val="kk-KZ"/>
              </w:rPr>
            </w:pPr>
            <w:r w:rsidRPr="000C105B">
              <w:rPr>
                <w:rFonts w:cs="Times New Roman"/>
                <w:b/>
                <w:szCs w:val="28"/>
                <w:lang w:val="kk-KZ"/>
              </w:rPr>
              <w:t>Режим элементі</w:t>
            </w:r>
          </w:p>
        </w:tc>
        <w:tc>
          <w:tcPr>
            <w:tcW w:w="7370" w:type="dxa"/>
            <w:tcBorders>
              <w:top w:val="single" w:sz="4" w:space="0" w:color="auto"/>
              <w:left w:val="single" w:sz="4" w:space="0" w:color="auto"/>
              <w:bottom w:val="single" w:sz="4" w:space="0" w:color="auto"/>
              <w:right w:val="single" w:sz="4" w:space="0" w:color="auto"/>
            </w:tcBorders>
            <w:shd w:val="clear" w:color="auto" w:fill="D9EAD3"/>
            <w:vAlign w:val="center"/>
            <w:hideMark/>
          </w:tcPr>
          <w:p w14:paraId="36BE8333" w14:textId="77777777" w:rsidR="00FD7927" w:rsidRPr="000C105B" w:rsidRDefault="00FD7927" w:rsidP="003A58BF">
            <w:pPr>
              <w:ind w:firstLine="0"/>
              <w:jc w:val="center"/>
              <w:rPr>
                <w:rFonts w:cs="Times New Roman"/>
                <w:szCs w:val="28"/>
                <w:lang w:val="kk-KZ"/>
              </w:rPr>
            </w:pPr>
            <w:r w:rsidRPr="000C105B">
              <w:rPr>
                <w:rFonts w:cs="Times New Roman"/>
                <w:b/>
                <w:szCs w:val="28"/>
                <w:lang w:val="kk-KZ"/>
              </w:rPr>
              <w:t>Шамамен мазмұны</w:t>
            </w:r>
          </w:p>
        </w:tc>
      </w:tr>
      <w:tr w:rsidR="00FD7927" w:rsidRPr="003A58BF" w14:paraId="60E1DA74" w14:textId="77777777" w:rsidTr="00FD7927">
        <w:trPr>
          <w:jc w:val="center"/>
        </w:trPr>
        <w:tc>
          <w:tcPr>
            <w:tcW w:w="2268" w:type="dxa"/>
            <w:tcBorders>
              <w:top w:val="single" w:sz="4" w:space="0" w:color="auto"/>
              <w:left w:val="single" w:sz="4" w:space="0" w:color="auto"/>
              <w:bottom w:val="single" w:sz="4" w:space="0" w:color="auto"/>
              <w:right w:val="single" w:sz="4" w:space="0" w:color="auto"/>
            </w:tcBorders>
            <w:hideMark/>
          </w:tcPr>
          <w:p w14:paraId="59FFDAAA" w14:textId="77777777" w:rsidR="00FD7927" w:rsidRPr="000C105B" w:rsidRDefault="00FD7927" w:rsidP="003A58BF">
            <w:pPr>
              <w:ind w:firstLine="0"/>
              <w:rPr>
                <w:rFonts w:cs="Times New Roman"/>
                <w:szCs w:val="28"/>
                <w:lang w:val="kk-KZ"/>
              </w:rPr>
            </w:pPr>
            <w:r w:rsidRPr="000C105B">
              <w:rPr>
                <w:rFonts w:cs="Times New Roman"/>
                <w:szCs w:val="28"/>
                <w:lang w:val="kk-KZ"/>
              </w:rPr>
              <w:t>Таң</w:t>
            </w:r>
          </w:p>
        </w:tc>
        <w:tc>
          <w:tcPr>
            <w:tcW w:w="7370" w:type="dxa"/>
            <w:tcBorders>
              <w:top w:val="single" w:sz="4" w:space="0" w:color="auto"/>
              <w:left w:val="single" w:sz="4" w:space="0" w:color="auto"/>
              <w:bottom w:val="single" w:sz="4" w:space="0" w:color="auto"/>
              <w:right w:val="single" w:sz="4" w:space="0" w:color="auto"/>
            </w:tcBorders>
            <w:hideMark/>
          </w:tcPr>
          <w:p w14:paraId="4774A4C4" w14:textId="77777777" w:rsidR="00FD7927" w:rsidRPr="000C105B" w:rsidRDefault="00FD7927" w:rsidP="003A58BF">
            <w:pPr>
              <w:ind w:firstLine="0"/>
              <w:rPr>
                <w:rFonts w:cs="Times New Roman"/>
                <w:szCs w:val="28"/>
                <w:lang w:val="kk-KZ"/>
              </w:rPr>
            </w:pPr>
            <w:r w:rsidRPr="000C105B">
              <w:rPr>
                <w:rFonts w:cs="Times New Roman"/>
                <w:szCs w:val="28"/>
                <w:lang w:val="kk-KZ"/>
              </w:rPr>
              <w:t>Тұру, гигиеналық рәсімдер, таңғы жаттығу, таңғы ас, сапқа тұру немесе жасақ жиналысы.</w:t>
            </w:r>
          </w:p>
        </w:tc>
      </w:tr>
      <w:tr w:rsidR="00FD7927" w:rsidRPr="003A58BF" w14:paraId="7533E91B" w14:textId="77777777" w:rsidTr="00FD7927">
        <w:trPr>
          <w:jc w:val="center"/>
        </w:trPr>
        <w:tc>
          <w:tcPr>
            <w:tcW w:w="2268" w:type="dxa"/>
            <w:tcBorders>
              <w:top w:val="single" w:sz="4" w:space="0" w:color="auto"/>
              <w:left w:val="single" w:sz="4" w:space="0" w:color="auto"/>
              <w:bottom w:val="single" w:sz="4" w:space="0" w:color="auto"/>
              <w:right w:val="single" w:sz="4" w:space="0" w:color="auto"/>
            </w:tcBorders>
            <w:hideMark/>
          </w:tcPr>
          <w:p w14:paraId="53867985" w14:textId="77777777" w:rsidR="00FD7927" w:rsidRPr="000C105B" w:rsidRDefault="00FD7927" w:rsidP="003A58BF">
            <w:pPr>
              <w:ind w:firstLine="0"/>
              <w:rPr>
                <w:rFonts w:cs="Times New Roman"/>
                <w:szCs w:val="28"/>
                <w:lang w:val="kk-KZ"/>
              </w:rPr>
            </w:pPr>
            <w:r w:rsidRPr="000C105B">
              <w:rPr>
                <w:rFonts w:cs="Times New Roman"/>
                <w:szCs w:val="28"/>
                <w:lang w:val="kk-KZ"/>
              </w:rPr>
              <w:t>Күннің бірінші жартысы</w:t>
            </w:r>
          </w:p>
        </w:tc>
        <w:tc>
          <w:tcPr>
            <w:tcW w:w="7370" w:type="dxa"/>
            <w:tcBorders>
              <w:top w:val="single" w:sz="4" w:space="0" w:color="auto"/>
              <w:left w:val="single" w:sz="4" w:space="0" w:color="auto"/>
              <w:bottom w:val="single" w:sz="4" w:space="0" w:color="auto"/>
              <w:right w:val="single" w:sz="4" w:space="0" w:color="auto"/>
            </w:tcBorders>
            <w:hideMark/>
          </w:tcPr>
          <w:p w14:paraId="68F0B3F0" w14:textId="77777777" w:rsidR="00FD7927" w:rsidRPr="000C105B" w:rsidRDefault="00FD7927" w:rsidP="003A58BF">
            <w:pPr>
              <w:ind w:firstLine="0"/>
              <w:rPr>
                <w:rFonts w:cs="Times New Roman"/>
                <w:szCs w:val="28"/>
                <w:lang w:val="kk-KZ"/>
              </w:rPr>
            </w:pPr>
            <w:r w:rsidRPr="000C105B">
              <w:rPr>
                <w:rFonts w:cs="Times New Roman"/>
                <w:szCs w:val="28"/>
                <w:lang w:val="kk-KZ"/>
              </w:rPr>
              <w:t>Дамытушы тілдік және практикаға бағытталған сабақтар, жобалық немесе шығармашылық қызмет.</w:t>
            </w:r>
          </w:p>
        </w:tc>
      </w:tr>
      <w:tr w:rsidR="00FD7927" w:rsidRPr="003A58BF" w14:paraId="72B819B5" w14:textId="77777777" w:rsidTr="00FD7927">
        <w:trPr>
          <w:jc w:val="center"/>
        </w:trPr>
        <w:tc>
          <w:tcPr>
            <w:tcW w:w="2268" w:type="dxa"/>
            <w:tcBorders>
              <w:top w:val="single" w:sz="4" w:space="0" w:color="auto"/>
              <w:left w:val="single" w:sz="4" w:space="0" w:color="auto"/>
              <w:bottom w:val="single" w:sz="4" w:space="0" w:color="auto"/>
              <w:right w:val="single" w:sz="4" w:space="0" w:color="auto"/>
            </w:tcBorders>
            <w:hideMark/>
          </w:tcPr>
          <w:p w14:paraId="6382B8BA" w14:textId="77777777" w:rsidR="00FD7927" w:rsidRPr="000C105B" w:rsidRDefault="00FD7927" w:rsidP="003A58BF">
            <w:pPr>
              <w:ind w:firstLine="0"/>
              <w:rPr>
                <w:rFonts w:cs="Times New Roman"/>
                <w:szCs w:val="28"/>
                <w:lang w:val="kk-KZ"/>
              </w:rPr>
            </w:pPr>
            <w:r w:rsidRPr="000C105B">
              <w:rPr>
                <w:rFonts w:cs="Times New Roman"/>
                <w:szCs w:val="28"/>
                <w:lang w:val="kk-KZ"/>
              </w:rPr>
              <w:lastRenderedPageBreak/>
              <w:t>Күндізгі уақыт</w:t>
            </w:r>
          </w:p>
        </w:tc>
        <w:tc>
          <w:tcPr>
            <w:tcW w:w="7370" w:type="dxa"/>
            <w:tcBorders>
              <w:top w:val="single" w:sz="4" w:space="0" w:color="auto"/>
              <w:left w:val="single" w:sz="4" w:space="0" w:color="auto"/>
              <w:bottom w:val="single" w:sz="4" w:space="0" w:color="auto"/>
              <w:right w:val="single" w:sz="4" w:space="0" w:color="auto"/>
            </w:tcBorders>
            <w:hideMark/>
          </w:tcPr>
          <w:p w14:paraId="28F5A498" w14:textId="77777777" w:rsidR="00FD7927" w:rsidRPr="000C105B" w:rsidRDefault="00FD7927" w:rsidP="003A58BF">
            <w:pPr>
              <w:ind w:firstLine="0"/>
              <w:rPr>
                <w:rFonts w:cs="Times New Roman"/>
                <w:szCs w:val="28"/>
                <w:lang w:val="kk-KZ"/>
              </w:rPr>
            </w:pPr>
            <w:r w:rsidRPr="000C105B">
              <w:rPr>
                <w:rFonts w:cs="Times New Roman"/>
                <w:szCs w:val="28"/>
                <w:lang w:val="kk-KZ"/>
              </w:rPr>
              <w:t>Түскі ас, демалыс, тыныш уақыт немесе бейбіт қызмет.</w:t>
            </w:r>
          </w:p>
        </w:tc>
      </w:tr>
      <w:tr w:rsidR="00FD7927" w:rsidRPr="003A58BF" w14:paraId="38CB82C1" w14:textId="77777777" w:rsidTr="00FD7927">
        <w:trPr>
          <w:jc w:val="center"/>
        </w:trPr>
        <w:tc>
          <w:tcPr>
            <w:tcW w:w="2268" w:type="dxa"/>
            <w:tcBorders>
              <w:top w:val="single" w:sz="4" w:space="0" w:color="auto"/>
              <w:left w:val="single" w:sz="4" w:space="0" w:color="auto"/>
              <w:bottom w:val="single" w:sz="4" w:space="0" w:color="auto"/>
              <w:right w:val="single" w:sz="4" w:space="0" w:color="auto"/>
            </w:tcBorders>
            <w:hideMark/>
          </w:tcPr>
          <w:p w14:paraId="1BBF2154" w14:textId="77777777" w:rsidR="00FD7927" w:rsidRPr="000C105B" w:rsidRDefault="00FD7927" w:rsidP="003A58BF">
            <w:pPr>
              <w:ind w:firstLine="0"/>
              <w:rPr>
                <w:rFonts w:cs="Times New Roman"/>
                <w:szCs w:val="28"/>
                <w:lang w:val="kk-KZ"/>
              </w:rPr>
            </w:pPr>
            <w:r w:rsidRPr="000C105B">
              <w:rPr>
                <w:rFonts w:cs="Times New Roman"/>
                <w:szCs w:val="28"/>
                <w:lang w:val="kk-KZ"/>
              </w:rPr>
              <w:t>Күннің екінші жартысы</w:t>
            </w:r>
          </w:p>
        </w:tc>
        <w:tc>
          <w:tcPr>
            <w:tcW w:w="7370" w:type="dxa"/>
            <w:tcBorders>
              <w:top w:val="single" w:sz="4" w:space="0" w:color="auto"/>
              <w:left w:val="single" w:sz="4" w:space="0" w:color="auto"/>
              <w:bottom w:val="single" w:sz="4" w:space="0" w:color="auto"/>
              <w:right w:val="single" w:sz="4" w:space="0" w:color="auto"/>
            </w:tcBorders>
            <w:hideMark/>
          </w:tcPr>
          <w:p w14:paraId="0E6E4EA3" w14:textId="77777777" w:rsidR="00FD7927" w:rsidRPr="000C105B" w:rsidRDefault="00FD7927" w:rsidP="003A58BF">
            <w:pPr>
              <w:ind w:firstLine="0"/>
              <w:rPr>
                <w:rFonts w:cs="Times New Roman"/>
                <w:szCs w:val="28"/>
                <w:lang w:val="kk-KZ"/>
              </w:rPr>
            </w:pPr>
            <w:r w:rsidRPr="000C105B">
              <w:rPr>
                <w:rFonts w:cs="Times New Roman"/>
                <w:szCs w:val="28"/>
                <w:lang w:val="kk-KZ"/>
              </w:rPr>
              <w:t>Практикалық сабақтар, тілдік ойындар, спорттық, туристік, мәдени немесе шығармашылық іс-шаралар</w:t>
            </w:r>
          </w:p>
        </w:tc>
      </w:tr>
      <w:tr w:rsidR="00FD7927" w:rsidRPr="003A58BF" w14:paraId="19C245DB" w14:textId="77777777" w:rsidTr="00FD7927">
        <w:trPr>
          <w:jc w:val="center"/>
        </w:trPr>
        <w:tc>
          <w:tcPr>
            <w:tcW w:w="2268" w:type="dxa"/>
            <w:tcBorders>
              <w:top w:val="single" w:sz="4" w:space="0" w:color="auto"/>
              <w:left w:val="single" w:sz="4" w:space="0" w:color="auto"/>
              <w:bottom w:val="single" w:sz="4" w:space="0" w:color="auto"/>
              <w:right w:val="single" w:sz="4" w:space="0" w:color="auto"/>
            </w:tcBorders>
            <w:hideMark/>
          </w:tcPr>
          <w:p w14:paraId="72640126" w14:textId="77777777" w:rsidR="00FD7927" w:rsidRPr="000C105B" w:rsidRDefault="00FD7927" w:rsidP="003A58BF">
            <w:pPr>
              <w:ind w:firstLine="0"/>
              <w:rPr>
                <w:rFonts w:cs="Times New Roman"/>
                <w:szCs w:val="28"/>
                <w:lang w:val="kk-KZ"/>
              </w:rPr>
            </w:pPr>
            <w:r w:rsidRPr="000C105B">
              <w:rPr>
                <w:rFonts w:cs="Times New Roman"/>
                <w:szCs w:val="28"/>
                <w:lang w:val="kk-KZ"/>
              </w:rPr>
              <w:t>Кешкі уақыт</w:t>
            </w:r>
          </w:p>
        </w:tc>
        <w:tc>
          <w:tcPr>
            <w:tcW w:w="7370" w:type="dxa"/>
            <w:tcBorders>
              <w:top w:val="single" w:sz="4" w:space="0" w:color="auto"/>
              <w:left w:val="single" w:sz="4" w:space="0" w:color="auto"/>
              <w:bottom w:val="single" w:sz="4" w:space="0" w:color="auto"/>
              <w:right w:val="single" w:sz="4" w:space="0" w:color="auto"/>
            </w:tcBorders>
            <w:hideMark/>
          </w:tcPr>
          <w:p w14:paraId="018D033F" w14:textId="77777777" w:rsidR="00FD7927" w:rsidRPr="000C105B" w:rsidRDefault="00FD7927" w:rsidP="003A58BF">
            <w:pPr>
              <w:ind w:firstLine="0"/>
              <w:rPr>
                <w:rFonts w:cs="Times New Roman"/>
                <w:szCs w:val="28"/>
                <w:lang w:val="kk-KZ"/>
              </w:rPr>
            </w:pPr>
            <w:r w:rsidRPr="000C105B">
              <w:rPr>
                <w:rFonts w:cs="Times New Roman"/>
                <w:szCs w:val="28"/>
                <w:lang w:val="kk-KZ"/>
              </w:rPr>
              <w:t>әдени-демалыс немесе тәрбиелік іс-шара, рефлексия, ұйқыға дайындық..</w:t>
            </w:r>
          </w:p>
        </w:tc>
      </w:tr>
    </w:tbl>
    <w:p w14:paraId="4CFE9E5A" w14:textId="77777777" w:rsidR="00FD7927" w:rsidRPr="000C105B" w:rsidRDefault="00FD7927" w:rsidP="003A58BF">
      <w:pPr>
        <w:pStyle w:val="21"/>
        <w:spacing w:before="0" w:after="0"/>
        <w:ind w:firstLine="709"/>
        <w:rPr>
          <w:rFonts w:cs="Times New Roman"/>
          <w:szCs w:val="28"/>
          <w:lang w:val="kk-KZ"/>
        </w:rPr>
      </w:pPr>
      <w:r w:rsidRPr="000C105B">
        <w:rPr>
          <w:rFonts w:cs="Times New Roman"/>
          <w:szCs w:val="28"/>
          <w:lang w:val="kk-KZ"/>
        </w:rPr>
        <w:t xml:space="preserve">Медициналық сүйемелдеу және профилактикалық іс-шаралар </w:t>
      </w:r>
    </w:p>
    <w:p w14:paraId="5F0DC616" w14:textId="77777777" w:rsidR="00FD7927" w:rsidRPr="000C105B" w:rsidRDefault="00FD7927" w:rsidP="003A58BF">
      <w:pPr>
        <w:jc w:val="both"/>
        <w:rPr>
          <w:rFonts w:cs="Times New Roman"/>
          <w:szCs w:val="28"/>
          <w:lang w:val="kk-KZ"/>
        </w:rPr>
      </w:pPr>
      <w:r w:rsidRPr="000C105B">
        <w:rPr>
          <w:rFonts w:cs="Times New Roman"/>
          <w:szCs w:val="28"/>
          <w:lang w:val="kk-KZ"/>
        </w:rPr>
        <w:t>Медициналық сүйемелдеу Қазақстан Республикасының заңнамасының талаптарына сәйкес медициналық қызметкерлер тарапынан жүзеге асырылады. Бағдарлама аясында қатысушылардың денсаулық жағдайын бақылау, шамадан тыс шаршаудың алдын алу, жалпы әл-ауқатты қадағалау, жоғары қозғалыс белсенділігі бар іс-шараларды медициналық сүйемелдеу, сондай-ақ медициналық көрсетілімдерге сәйкес балалардың рұқсат етілетін жүктемесі туралы педагогтерді ақпараттандыру қарастырылады.</w:t>
      </w:r>
    </w:p>
    <w:p w14:paraId="2E7524FE" w14:textId="77777777" w:rsidR="00FD7927" w:rsidRPr="000C105B" w:rsidRDefault="00FD7927" w:rsidP="003A58BF">
      <w:pPr>
        <w:pStyle w:val="21"/>
        <w:spacing w:before="0" w:after="0"/>
        <w:ind w:firstLine="709"/>
        <w:jc w:val="both"/>
        <w:rPr>
          <w:rFonts w:cs="Times New Roman"/>
          <w:szCs w:val="28"/>
          <w:lang w:val="kk-KZ"/>
        </w:rPr>
      </w:pPr>
      <w:r w:rsidRPr="000C105B">
        <w:rPr>
          <w:rFonts w:cs="Times New Roman"/>
          <w:szCs w:val="28"/>
          <w:lang w:val="kk-KZ"/>
        </w:rPr>
        <w:t xml:space="preserve">Кәмелетке толмағандардың өмірі мен денсаулығын қорғауды қамтамасыз ету </w:t>
      </w:r>
    </w:p>
    <w:p w14:paraId="5F18E66F" w14:textId="77777777" w:rsidR="00FD7927" w:rsidRPr="000C105B" w:rsidRDefault="00FD7927" w:rsidP="003A58BF">
      <w:pPr>
        <w:jc w:val="both"/>
        <w:rPr>
          <w:rFonts w:cs="Times New Roman"/>
          <w:szCs w:val="28"/>
          <w:lang w:val="kk-KZ"/>
        </w:rPr>
      </w:pPr>
      <w:r w:rsidRPr="000C105B">
        <w:rPr>
          <w:rFonts w:cs="Times New Roman"/>
          <w:szCs w:val="28"/>
          <w:lang w:val="kk-KZ"/>
        </w:rPr>
        <w:t>Қатысушылардың қауіпсіздігі Бағдарламаны іске асырудың міндетті шарты болып табылады. Ұйымда қатысушылардың аумаққа кіруін бақылау, оларды педагогикалық қызметкерлердің сүйемелдеуімен қамтамасыз ету, сабақтар, ойындар, серуендер, экскурсиялар және іс-шаралар өткізу кезінде қауіпсіздік бойынша нұсқамалар жүргізу, өрт және антитеррорлық қауіпсіздік талаптарын сақтау, спорттық, туристік, шығармашылық, практикалық және өзге де іс-шараларды қауіпсіз ұйымдастыру қамтамасыз етіледі.</w:t>
      </w:r>
    </w:p>
    <w:p w14:paraId="7DC7C531" w14:textId="77777777" w:rsidR="00FD7927" w:rsidRPr="000C105B" w:rsidRDefault="00FD7927" w:rsidP="003A58BF">
      <w:pPr>
        <w:pStyle w:val="21"/>
        <w:spacing w:before="0" w:after="0"/>
        <w:ind w:firstLine="709"/>
        <w:rPr>
          <w:rFonts w:cs="Times New Roman"/>
          <w:szCs w:val="28"/>
          <w:lang w:val="kk-KZ"/>
        </w:rPr>
      </w:pPr>
      <w:r w:rsidRPr="000C105B">
        <w:rPr>
          <w:rFonts w:cs="Times New Roman"/>
          <w:szCs w:val="28"/>
          <w:lang w:val="kk-KZ"/>
        </w:rPr>
        <w:t xml:space="preserve">Жергілікті жердің климаттық және табиғи ерекшеліктерін ескеру </w:t>
      </w:r>
    </w:p>
    <w:p w14:paraId="73E4DA17" w14:textId="77777777" w:rsidR="00FD7927" w:rsidRPr="000C105B" w:rsidRDefault="00FD7927" w:rsidP="003A58BF">
      <w:pPr>
        <w:jc w:val="both"/>
        <w:rPr>
          <w:rFonts w:cs="Times New Roman"/>
          <w:szCs w:val="28"/>
          <w:lang w:val="kk-KZ"/>
        </w:rPr>
      </w:pPr>
      <w:r w:rsidRPr="000C105B">
        <w:rPr>
          <w:rFonts w:cs="Times New Roman"/>
          <w:szCs w:val="28"/>
          <w:lang w:val="kk-KZ"/>
        </w:rPr>
        <w:t>Іс-шараларды жоспарлау кезінде жергілікті жердің климаттық, табиғи және аумақтық ерекшеліктері ескеріледі. Ыстық, желді, жаңбырлы немесе өзге де қолайсыз ауа райы жағдайында іс-шаралар қауіпсіз жабық үй-жайларға ауыстырылады немесе мазмұны жағынан баламалы іс-әрекет түрлерімен алмастырылады. Ашық ауада болу ұзақтығы ауа райы жағдайына, балалардың жас ерекшеліктеріне және медициналық ұсынымдарға сәйкес реттеледі.</w:t>
      </w:r>
    </w:p>
    <w:p w14:paraId="2D8F96C6" w14:textId="77777777" w:rsidR="00FD7927" w:rsidRPr="000C105B" w:rsidRDefault="00FD7927" w:rsidP="003A58BF">
      <w:pPr>
        <w:pStyle w:val="21"/>
        <w:spacing w:before="0" w:after="0"/>
        <w:ind w:left="709"/>
        <w:rPr>
          <w:rFonts w:cs="Times New Roman"/>
          <w:szCs w:val="28"/>
          <w:lang w:val="kk-KZ"/>
        </w:rPr>
      </w:pPr>
      <w:r w:rsidRPr="000C105B">
        <w:rPr>
          <w:rFonts w:cs="Times New Roman"/>
          <w:szCs w:val="28"/>
          <w:lang w:val="kk-KZ"/>
        </w:rPr>
        <w:t xml:space="preserve">Ерекше білім беру қажеттіліктері бар балалар үшін ортаның қолжетімділігі мен қауіпсіздігі </w:t>
      </w:r>
    </w:p>
    <w:p w14:paraId="7897EB7D" w14:textId="77777777" w:rsidR="00FD7927" w:rsidRPr="000C105B" w:rsidRDefault="00FD7927" w:rsidP="003A58BF">
      <w:pPr>
        <w:jc w:val="both"/>
        <w:rPr>
          <w:rFonts w:cs="Times New Roman"/>
          <w:szCs w:val="28"/>
          <w:lang w:val="kk-KZ"/>
        </w:rPr>
      </w:pPr>
      <w:r w:rsidRPr="000C105B">
        <w:rPr>
          <w:rFonts w:cs="Times New Roman"/>
          <w:szCs w:val="28"/>
          <w:lang w:val="kk-KZ"/>
        </w:rPr>
        <w:t>Ерекше білім беру қажеттіліктері бар балалар қатысқан жағдайда, Ұйым қолда бар жағдайлар шеңберінде ортаның қолжетімділігі мен қауіпсіздігін қамтамасыз етеді, қатысу формаларын бейімдеуді, жеке педагогикалық сүйемелдеуді, мамандардың ұсынымдарын, медициналық көрсетілімдерді және заңды өкілдер ұсынған ақпаратты ескеруді жүзеге асырады.</w:t>
      </w:r>
    </w:p>
    <w:p w14:paraId="1653ADCA" w14:textId="77777777" w:rsidR="003A58BF" w:rsidRDefault="003A58BF" w:rsidP="003A58BF">
      <w:pPr>
        <w:pStyle w:val="21"/>
        <w:spacing w:before="0" w:after="0"/>
        <w:ind w:firstLine="709"/>
        <w:rPr>
          <w:rFonts w:cs="Times New Roman"/>
          <w:szCs w:val="28"/>
          <w:lang w:val="kk-KZ"/>
        </w:rPr>
      </w:pPr>
    </w:p>
    <w:p w14:paraId="3CC08E30" w14:textId="77777777" w:rsidR="003A58BF" w:rsidRDefault="003A58BF" w:rsidP="003A58BF">
      <w:pPr>
        <w:pStyle w:val="21"/>
        <w:spacing w:before="0" w:after="0"/>
        <w:ind w:firstLine="709"/>
        <w:rPr>
          <w:rFonts w:cs="Times New Roman"/>
          <w:szCs w:val="28"/>
          <w:lang w:val="kk-KZ"/>
        </w:rPr>
      </w:pPr>
    </w:p>
    <w:p w14:paraId="77321823" w14:textId="233ED6BB" w:rsidR="00FD7927" w:rsidRPr="000C105B" w:rsidRDefault="00FD7927" w:rsidP="003A58BF">
      <w:pPr>
        <w:pStyle w:val="21"/>
        <w:spacing w:before="0" w:after="0"/>
        <w:ind w:firstLine="709"/>
        <w:rPr>
          <w:rFonts w:cs="Times New Roman"/>
          <w:szCs w:val="28"/>
          <w:lang w:val="kk-KZ"/>
        </w:rPr>
      </w:pPr>
      <w:r w:rsidRPr="000C105B">
        <w:rPr>
          <w:rFonts w:cs="Times New Roman"/>
          <w:szCs w:val="28"/>
          <w:lang w:val="kk-KZ"/>
        </w:rPr>
        <w:t>7-бөлім. Кадрлық және әдістемелік қамтамасыз ету</w:t>
      </w:r>
    </w:p>
    <w:p w14:paraId="57D4EF20" w14:textId="77777777" w:rsidR="00FD7927" w:rsidRPr="000C105B" w:rsidRDefault="00FD7927" w:rsidP="003A58BF">
      <w:pPr>
        <w:pStyle w:val="31"/>
        <w:spacing w:before="0" w:after="0"/>
        <w:ind w:firstLine="709"/>
        <w:rPr>
          <w:rFonts w:cs="Times New Roman"/>
          <w:szCs w:val="28"/>
          <w:lang w:val="kk-KZ"/>
        </w:rPr>
      </w:pPr>
      <w:r w:rsidRPr="000C105B">
        <w:rPr>
          <w:rFonts w:cs="Times New Roman"/>
          <w:szCs w:val="28"/>
          <w:lang w:val="kk-KZ"/>
        </w:rPr>
        <w:t>Кадрлық қамтамасыз ету</w:t>
      </w:r>
    </w:p>
    <w:p w14:paraId="1EE67492" w14:textId="77777777" w:rsidR="00FD7927" w:rsidRPr="000C105B" w:rsidRDefault="00FD7927" w:rsidP="003A58BF">
      <w:pPr>
        <w:jc w:val="both"/>
        <w:rPr>
          <w:rFonts w:cs="Times New Roman"/>
          <w:szCs w:val="28"/>
          <w:lang w:val="kk-KZ"/>
        </w:rPr>
      </w:pPr>
      <w:r w:rsidRPr="000C105B">
        <w:rPr>
          <w:rFonts w:cs="Times New Roman"/>
          <w:szCs w:val="28"/>
          <w:lang w:val="kk-KZ"/>
        </w:rPr>
        <w:t>Бағдарламаны іске асыруды ұйымның педагогикалық, медициналық, әкімшілік және өзге де қызметкерлері қамтамасыз етеді.</w:t>
      </w:r>
    </w:p>
    <w:p w14:paraId="0A12C5A2" w14:textId="77777777" w:rsidR="00FD7927" w:rsidRPr="000C105B" w:rsidRDefault="00FD7927" w:rsidP="003A58BF">
      <w:pPr>
        <w:jc w:val="both"/>
        <w:rPr>
          <w:rFonts w:cs="Times New Roman"/>
          <w:szCs w:val="28"/>
          <w:lang w:val="kk-KZ"/>
        </w:rPr>
      </w:pPr>
      <w:r w:rsidRPr="000C105B">
        <w:rPr>
          <w:rFonts w:cs="Times New Roman"/>
          <w:szCs w:val="28"/>
          <w:lang w:val="kk-KZ"/>
        </w:rPr>
        <w:t>Бағдарламаны жүзеге асыруға ұйым басшысы, басшының орынбасары немесе тәрбие жұмысына жауапты тұлға, әдіскер (бар болған жағдайда), тәрбиешілер, вожатыйлар, қосымша білім беру педагогтері, тілдік бағыттағы педагогтер (бар болған жағдайда), дене шынықтыру-сауықтыру қызметіне жауапты нұсқаушы немесе маман, медициналық қызметкер, педагог-психолог (бар болған жағдайда), сондай-ақ тамақтандыруды, тұруды, қауіпсіздікті және шаруашылық сүйемелдеуді қамтамасыз ететін қызметкерлер тартылуы мүмкін.</w:t>
      </w:r>
    </w:p>
    <w:p w14:paraId="0D347AFF" w14:textId="0CF2F6C6" w:rsidR="00FD7927" w:rsidRPr="000C105B" w:rsidRDefault="00FD7927" w:rsidP="003A58BF">
      <w:pPr>
        <w:jc w:val="both"/>
        <w:rPr>
          <w:rFonts w:cs="Times New Roman"/>
          <w:szCs w:val="28"/>
          <w:lang w:val="kk-KZ"/>
        </w:rPr>
      </w:pPr>
      <w:r w:rsidRPr="000C105B">
        <w:rPr>
          <w:rFonts w:cs="Times New Roman"/>
          <w:szCs w:val="28"/>
          <w:lang w:val="kk-KZ"/>
        </w:rPr>
        <w:t xml:space="preserve">Тілдік бағыттың мазмұны педагогикалық қызметкерлер арқылы қолжетімді жұмыс формалары: ойындар, </w:t>
      </w:r>
      <w:r w:rsidR="00493936" w:rsidRPr="000C105B">
        <w:rPr>
          <w:rFonts w:cs="Times New Roman"/>
          <w:szCs w:val="28"/>
          <w:lang w:val="kk-KZ"/>
        </w:rPr>
        <w:t>тәжірибелер,</w:t>
      </w:r>
      <w:r w:rsidRPr="000C105B">
        <w:rPr>
          <w:rFonts w:cs="Times New Roman"/>
          <w:szCs w:val="28"/>
          <w:lang w:val="kk-KZ"/>
        </w:rPr>
        <w:t xml:space="preserve"> қарым-қатынас клубтары, </w:t>
      </w:r>
      <w:r w:rsidR="00493936" w:rsidRPr="000C105B">
        <w:rPr>
          <w:rFonts w:cs="Times New Roman"/>
          <w:szCs w:val="28"/>
          <w:lang w:val="kk-KZ"/>
        </w:rPr>
        <w:t>сұхбаттар</w:t>
      </w:r>
      <w:r w:rsidRPr="000C105B">
        <w:rPr>
          <w:rFonts w:cs="Times New Roman"/>
          <w:szCs w:val="28"/>
          <w:lang w:val="kk-KZ"/>
        </w:rPr>
        <w:t>, бақылау, шеберлік сыныптары, жобалық тапсырмалар, шығармашылық жаттығулар, тілдік квесттер және командалық презентациялар арқылы жүзеге асырылады. Жекелеген тілдер</w:t>
      </w:r>
      <w:r w:rsidR="00493936" w:rsidRPr="000C105B">
        <w:rPr>
          <w:rFonts w:cs="Times New Roman"/>
          <w:szCs w:val="28"/>
          <w:lang w:val="kk-KZ"/>
        </w:rPr>
        <w:t>ге</w:t>
      </w:r>
      <w:r w:rsidRPr="000C105B">
        <w:rPr>
          <w:rFonts w:cs="Times New Roman"/>
          <w:szCs w:val="28"/>
          <w:lang w:val="kk-KZ"/>
        </w:rPr>
        <w:t xml:space="preserve"> мамандар болған жағдайда, ұйым қатысушылардың рұқсат етілетін жүктемесін арттырмай-ақ тілдік блоктардың мазмұнын кеңейтуге құқылы.</w:t>
      </w:r>
    </w:p>
    <w:p w14:paraId="315F4362" w14:textId="77777777" w:rsidR="00FD7927" w:rsidRPr="000C105B" w:rsidRDefault="00FD7927" w:rsidP="003A58BF">
      <w:pPr>
        <w:jc w:val="both"/>
        <w:rPr>
          <w:rFonts w:cs="Times New Roman"/>
          <w:szCs w:val="28"/>
          <w:lang w:val="kk-KZ"/>
        </w:rPr>
      </w:pPr>
    </w:p>
    <w:p w14:paraId="2EA8C9AA" w14:textId="082FF2FD" w:rsidR="00FD7927" w:rsidRPr="000C105B" w:rsidRDefault="00FD7927" w:rsidP="003A58BF">
      <w:pPr>
        <w:pStyle w:val="21"/>
        <w:spacing w:before="0" w:after="0"/>
        <w:ind w:firstLine="709"/>
        <w:rPr>
          <w:rFonts w:cs="Times New Roman"/>
          <w:szCs w:val="28"/>
          <w:lang w:val="kk-KZ"/>
        </w:rPr>
      </w:pPr>
      <w:r w:rsidRPr="000C105B">
        <w:rPr>
          <w:rFonts w:cs="Times New Roman"/>
          <w:szCs w:val="28"/>
          <w:lang w:val="kk-KZ"/>
        </w:rPr>
        <w:t>Функционалдық міндеттер</w:t>
      </w:r>
    </w:p>
    <w:tbl>
      <w:tblPr>
        <w:tblStyle w:val="aff0"/>
        <w:tblW w:w="0" w:type="auto"/>
        <w:jc w:val="center"/>
        <w:tblLook w:val="04A0" w:firstRow="1" w:lastRow="0" w:firstColumn="1" w:lastColumn="0" w:noHBand="0" w:noVBand="1"/>
      </w:tblPr>
      <w:tblGrid>
        <w:gridCol w:w="2834"/>
        <w:gridCol w:w="6795"/>
      </w:tblGrid>
      <w:tr w:rsidR="00FD7927" w:rsidRPr="000C105B" w14:paraId="0D55A82B" w14:textId="77777777" w:rsidTr="00FD7927">
        <w:trPr>
          <w:tblHeader/>
          <w:jc w:val="center"/>
        </w:trPr>
        <w:tc>
          <w:tcPr>
            <w:tcW w:w="2835" w:type="dxa"/>
            <w:tcBorders>
              <w:top w:val="single" w:sz="4" w:space="0" w:color="auto"/>
              <w:left w:val="single" w:sz="4" w:space="0" w:color="auto"/>
              <w:bottom w:val="single" w:sz="4" w:space="0" w:color="auto"/>
              <w:right w:val="single" w:sz="4" w:space="0" w:color="auto"/>
            </w:tcBorders>
            <w:shd w:val="clear" w:color="auto" w:fill="D9EAD3"/>
            <w:vAlign w:val="center"/>
            <w:hideMark/>
          </w:tcPr>
          <w:p w14:paraId="1C4D480A" w14:textId="59ABFAA9" w:rsidR="00FD7927" w:rsidRPr="000C105B" w:rsidRDefault="00FD7927" w:rsidP="003A58BF">
            <w:pPr>
              <w:ind w:firstLine="0"/>
              <w:jc w:val="center"/>
              <w:rPr>
                <w:rFonts w:cs="Times New Roman"/>
                <w:szCs w:val="28"/>
                <w:lang w:val="kk-KZ"/>
              </w:rPr>
            </w:pPr>
            <w:r w:rsidRPr="000C105B">
              <w:rPr>
                <w:rFonts w:cs="Times New Roman"/>
                <w:b/>
                <w:szCs w:val="28"/>
                <w:lang w:val="kk-KZ"/>
              </w:rPr>
              <w:t>Бағдарламаны іске асыруға қатысушы</w:t>
            </w:r>
          </w:p>
        </w:tc>
        <w:tc>
          <w:tcPr>
            <w:tcW w:w="6803" w:type="dxa"/>
            <w:tcBorders>
              <w:top w:val="single" w:sz="4" w:space="0" w:color="auto"/>
              <w:left w:val="single" w:sz="4" w:space="0" w:color="auto"/>
              <w:bottom w:val="single" w:sz="4" w:space="0" w:color="auto"/>
              <w:right w:val="single" w:sz="4" w:space="0" w:color="auto"/>
            </w:tcBorders>
            <w:shd w:val="clear" w:color="auto" w:fill="D9EAD3"/>
            <w:vAlign w:val="center"/>
            <w:hideMark/>
          </w:tcPr>
          <w:p w14:paraId="5BD173D5" w14:textId="77777777" w:rsidR="00FD7927" w:rsidRPr="000C105B" w:rsidRDefault="00FD7927" w:rsidP="003A58BF">
            <w:pPr>
              <w:ind w:firstLine="0"/>
              <w:jc w:val="center"/>
              <w:rPr>
                <w:rFonts w:cs="Times New Roman"/>
                <w:szCs w:val="28"/>
                <w:lang w:val="kk-KZ"/>
              </w:rPr>
            </w:pPr>
            <w:r w:rsidRPr="000C105B">
              <w:rPr>
                <w:rFonts w:cs="Times New Roman"/>
                <w:b/>
                <w:szCs w:val="28"/>
                <w:lang w:val="kk-KZ"/>
              </w:rPr>
              <w:t>Негізгі функциялары</w:t>
            </w:r>
          </w:p>
        </w:tc>
      </w:tr>
      <w:tr w:rsidR="00FD7927" w:rsidRPr="003A58BF" w14:paraId="6EBD9453"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2A2141C7" w14:textId="77777777" w:rsidR="00FD7927" w:rsidRPr="000C105B" w:rsidRDefault="00FD7927" w:rsidP="003A58BF">
            <w:pPr>
              <w:ind w:firstLine="0"/>
              <w:rPr>
                <w:rFonts w:cs="Times New Roman"/>
                <w:szCs w:val="28"/>
                <w:lang w:val="kk-KZ"/>
              </w:rPr>
            </w:pPr>
            <w:r w:rsidRPr="000C105B">
              <w:rPr>
                <w:rFonts w:cs="Times New Roman"/>
                <w:szCs w:val="28"/>
                <w:lang w:val="kk-KZ"/>
              </w:rPr>
              <w:t>Ұйым басшысы</w:t>
            </w:r>
          </w:p>
        </w:tc>
        <w:tc>
          <w:tcPr>
            <w:tcW w:w="6803" w:type="dxa"/>
            <w:tcBorders>
              <w:top w:val="single" w:sz="4" w:space="0" w:color="auto"/>
              <w:left w:val="single" w:sz="4" w:space="0" w:color="auto"/>
              <w:bottom w:val="single" w:sz="4" w:space="0" w:color="auto"/>
              <w:right w:val="single" w:sz="4" w:space="0" w:color="auto"/>
            </w:tcBorders>
            <w:hideMark/>
          </w:tcPr>
          <w:p w14:paraId="58E5460F" w14:textId="77777777" w:rsidR="00FD7927" w:rsidRPr="000C105B" w:rsidRDefault="00FD7927" w:rsidP="003A58BF">
            <w:pPr>
              <w:ind w:firstLine="0"/>
              <w:rPr>
                <w:rFonts w:cs="Times New Roman"/>
                <w:szCs w:val="28"/>
                <w:lang w:val="kk-KZ"/>
              </w:rPr>
            </w:pPr>
            <w:r w:rsidRPr="000C105B">
              <w:rPr>
                <w:rFonts w:cs="Times New Roman"/>
                <w:szCs w:val="28"/>
                <w:lang w:val="kk-KZ"/>
              </w:rPr>
              <w:t>Бағдарламаны іске асыруға жалпы басшылық жасау, жағдай жасау, қауіпсіздікті бақылау, қызметкерлер жұмысын үйлестіру.</w:t>
            </w:r>
          </w:p>
        </w:tc>
      </w:tr>
      <w:tr w:rsidR="00FD7927" w:rsidRPr="003A58BF" w14:paraId="496F3367"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79F01D0C" w14:textId="77777777" w:rsidR="00FD7927" w:rsidRPr="000C105B" w:rsidRDefault="00FD7927" w:rsidP="003A58BF">
            <w:pPr>
              <w:ind w:firstLine="0"/>
              <w:rPr>
                <w:rFonts w:cs="Times New Roman"/>
                <w:szCs w:val="28"/>
                <w:lang w:val="kk-KZ"/>
              </w:rPr>
            </w:pPr>
            <w:r w:rsidRPr="000C105B">
              <w:rPr>
                <w:rFonts w:cs="Times New Roman"/>
                <w:szCs w:val="28"/>
                <w:lang w:val="kk-KZ"/>
              </w:rPr>
              <w:t>Басшының орынбасары / жауапты тұлға</w:t>
            </w:r>
          </w:p>
        </w:tc>
        <w:tc>
          <w:tcPr>
            <w:tcW w:w="6803" w:type="dxa"/>
            <w:tcBorders>
              <w:top w:val="single" w:sz="4" w:space="0" w:color="auto"/>
              <w:left w:val="single" w:sz="4" w:space="0" w:color="auto"/>
              <w:bottom w:val="single" w:sz="4" w:space="0" w:color="auto"/>
              <w:right w:val="single" w:sz="4" w:space="0" w:color="auto"/>
            </w:tcBorders>
            <w:hideMark/>
          </w:tcPr>
          <w:p w14:paraId="0B9760F4" w14:textId="77777777" w:rsidR="00FD7927" w:rsidRPr="000C105B" w:rsidRDefault="00FD7927" w:rsidP="003A58BF">
            <w:pPr>
              <w:ind w:firstLine="0"/>
              <w:rPr>
                <w:rFonts w:cs="Times New Roman"/>
                <w:szCs w:val="28"/>
                <w:lang w:val="kk-KZ"/>
              </w:rPr>
            </w:pPr>
            <w:r w:rsidRPr="000C105B">
              <w:rPr>
                <w:rFonts w:cs="Times New Roman"/>
                <w:szCs w:val="28"/>
                <w:lang w:val="kk-KZ"/>
              </w:rPr>
              <w:t>Тәрбие және білім беру қызметін үйлестіру, жоспар-сетканың орындалуын бақылау, ауысым қорытындыларын ұйымдастыру.</w:t>
            </w:r>
          </w:p>
        </w:tc>
      </w:tr>
      <w:tr w:rsidR="00FD7927" w:rsidRPr="003A58BF" w14:paraId="671A498C"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4A13CA30" w14:textId="77777777" w:rsidR="00FD7927" w:rsidRPr="000C105B" w:rsidRDefault="00FD7927" w:rsidP="003A58BF">
            <w:pPr>
              <w:ind w:firstLine="0"/>
              <w:rPr>
                <w:rFonts w:cs="Times New Roman"/>
                <w:szCs w:val="28"/>
                <w:lang w:val="kk-KZ"/>
              </w:rPr>
            </w:pPr>
            <w:r w:rsidRPr="000C105B">
              <w:rPr>
                <w:rFonts w:cs="Times New Roman"/>
                <w:szCs w:val="28"/>
                <w:lang w:val="kk-KZ"/>
              </w:rPr>
              <w:t>Әдіскер (бар болған жағдайда)</w:t>
            </w:r>
          </w:p>
        </w:tc>
        <w:tc>
          <w:tcPr>
            <w:tcW w:w="6803" w:type="dxa"/>
            <w:tcBorders>
              <w:top w:val="single" w:sz="4" w:space="0" w:color="auto"/>
              <w:left w:val="single" w:sz="4" w:space="0" w:color="auto"/>
              <w:bottom w:val="single" w:sz="4" w:space="0" w:color="auto"/>
              <w:right w:val="single" w:sz="4" w:space="0" w:color="auto"/>
            </w:tcBorders>
            <w:hideMark/>
          </w:tcPr>
          <w:p w14:paraId="7440701F" w14:textId="77777777" w:rsidR="00FD7927" w:rsidRPr="000C105B" w:rsidRDefault="00FD7927" w:rsidP="003A58BF">
            <w:pPr>
              <w:ind w:firstLine="0"/>
              <w:rPr>
                <w:rFonts w:cs="Times New Roman"/>
                <w:szCs w:val="28"/>
                <w:lang w:val="kk-KZ"/>
              </w:rPr>
            </w:pPr>
            <w:r w:rsidRPr="000C105B">
              <w:rPr>
                <w:rFonts w:cs="Times New Roman"/>
                <w:szCs w:val="28"/>
                <w:lang w:val="kk-KZ"/>
              </w:rPr>
              <w:t>Әдістемелік сүйемелдеу, тілдік және тәрбиелік материалдарды дайындау, педагогтерге кеңес беру, бағдарламаны іске асыруды талдау.</w:t>
            </w:r>
          </w:p>
        </w:tc>
      </w:tr>
      <w:tr w:rsidR="00FD7927" w:rsidRPr="003A58BF" w14:paraId="65250ED5"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76847C76" w14:textId="77777777" w:rsidR="00FD7927" w:rsidRPr="000C105B" w:rsidRDefault="00FD7927" w:rsidP="003A58BF">
            <w:pPr>
              <w:ind w:firstLine="0"/>
              <w:rPr>
                <w:rFonts w:cs="Times New Roman"/>
                <w:szCs w:val="28"/>
                <w:lang w:val="kk-KZ"/>
              </w:rPr>
            </w:pPr>
            <w:r w:rsidRPr="000C105B">
              <w:rPr>
                <w:rFonts w:cs="Times New Roman"/>
                <w:szCs w:val="28"/>
                <w:lang w:val="kk-KZ"/>
              </w:rPr>
              <w:t>Тәрбиешілер және вожатыйлар</w:t>
            </w:r>
          </w:p>
        </w:tc>
        <w:tc>
          <w:tcPr>
            <w:tcW w:w="6803" w:type="dxa"/>
            <w:tcBorders>
              <w:top w:val="single" w:sz="4" w:space="0" w:color="auto"/>
              <w:left w:val="single" w:sz="4" w:space="0" w:color="auto"/>
              <w:bottom w:val="single" w:sz="4" w:space="0" w:color="auto"/>
              <w:right w:val="single" w:sz="4" w:space="0" w:color="auto"/>
            </w:tcBorders>
            <w:hideMark/>
          </w:tcPr>
          <w:p w14:paraId="53A7BDB1" w14:textId="77777777" w:rsidR="00FD7927" w:rsidRPr="000C105B" w:rsidRDefault="00FD7927" w:rsidP="003A58BF">
            <w:pPr>
              <w:ind w:firstLine="0"/>
              <w:rPr>
                <w:rFonts w:cs="Times New Roman"/>
                <w:szCs w:val="28"/>
                <w:lang w:val="kk-KZ"/>
              </w:rPr>
            </w:pPr>
            <w:r w:rsidRPr="000C105B">
              <w:rPr>
                <w:rFonts w:cs="Times New Roman"/>
                <w:szCs w:val="28"/>
                <w:lang w:val="kk-KZ"/>
              </w:rPr>
              <w:t>Жасақтарды сүйемелдеу, күнделікті қызметті ұйымдастыру, іс-шаралар өткізу, тәртіп пен психологиялық ахуалды қолдау.</w:t>
            </w:r>
          </w:p>
        </w:tc>
      </w:tr>
      <w:tr w:rsidR="00FD7927" w:rsidRPr="003A58BF" w14:paraId="725E58B6"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59B6F1EC" w14:textId="77777777" w:rsidR="00FD7927" w:rsidRPr="000C105B" w:rsidRDefault="00FD7927" w:rsidP="003A58BF">
            <w:pPr>
              <w:ind w:firstLine="0"/>
              <w:rPr>
                <w:rFonts w:cs="Times New Roman"/>
                <w:szCs w:val="28"/>
                <w:lang w:val="kk-KZ"/>
              </w:rPr>
            </w:pPr>
            <w:r w:rsidRPr="000C105B">
              <w:rPr>
                <w:rFonts w:cs="Times New Roman"/>
                <w:szCs w:val="28"/>
                <w:lang w:val="kk-KZ"/>
              </w:rPr>
              <w:t>Тілдік бағыттағы педагогтер (бар болған жағдайда)</w:t>
            </w:r>
          </w:p>
        </w:tc>
        <w:tc>
          <w:tcPr>
            <w:tcW w:w="6803" w:type="dxa"/>
            <w:tcBorders>
              <w:top w:val="single" w:sz="4" w:space="0" w:color="auto"/>
              <w:left w:val="single" w:sz="4" w:space="0" w:color="auto"/>
              <w:bottom w:val="single" w:sz="4" w:space="0" w:color="auto"/>
              <w:right w:val="single" w:sz="4" w:space="0" w:color="auto"/>
            </w:tcBorders>
            <w:hideMark/>
          </w:tcPr>
          <w:p w14:paraId="5A6BBDD4" w14:textId="77777777" w:rsidR="00FD7927" w:rsidRPr="000C105B" w:rsidRDefault="00FD7927" w:rsidP="003A58BF">
            <w:pPr>
              <w:ind w:firstLine="0"/>
              <w:rPr>
                <w:rFonts w:cs="Times New Roman"/>
                <w:szCs w:val="28"/>
                <w:lang w:val="kk-KZ"/>
              </w:rPr>
            </w:pPr>
            <w:r w:rsidRPr="000C105B">
              <w:rPr>
                <w:rFonts w:cs="Times New Roman"/>
                <w:szCs w:val="28"/>
                <w:lang w:val="kk-KZ"/>
              </w:rPr>
              <w:t>Қатысушылардың жасына және деңгейіне сәйкес тілдік клубтар, практикумдар, ойындар, жобалар және консультациялар өткізу.</w:t>
            </w:r>
          </w:p>
        </w:tc>
      </w:tr>
      <w:tr w:rsidR="00FD7927" w:rsidRPr="003A58BF" w14:paraId="1DBE185F"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287E3122" w14:textId="77777777" w:rsidR="00FD7927" w:rsidRPr="000C105B" w:rsidRDefault="00FD7927" w:rsidP="003A58BF">
            <w:pPr>
              <w:ind w:firstLine="0"/>
              <w:rPr>
                <w:rFonts w:cs="Times New Roman"/>
                <w:szCs w:val="28"/>
                <w:lang w:val="kk-KZ"/>
              </w:rPr>
            </w:pPr>
            <w:r w:rsidRPr="000C105B">
              <w:rPr>
                <w:rFonts w:cs="Times New Roman"/>
                <w:szCs w:val="28"/>
                <w:lang w:val="kk-KZ"/>
              </w:rPr>
              <w:t>Спорттық қызметке жауапты маман</w:t>
            </w:r>
          </w:p>
        </w:tc>
        <w:tc>
          <w:tcPr>
            <w:tcW w:w="6803" w:type="dxa"/>
            <w:tcBorders>
              <w:top w:val="single" w:sz="4" w:space="0" w:color="auto"/>
              <w:left w:val="single" w:sz="4" w:space="0" w:color="auto"/>
              <w:bottom w:val="single" w:sz="4" w:space="0" w:color="auto"/>
              <w:right w:val="single" w:sz="4" w:space="0" w:color="auto"/>
            </w:tcBorders>
            <w:hideMark/>
          </w:tcPr>
          <w:p w14:paraId="0C2FB84D" w14:textId="77777777" w:rsidR="00FD7927" w:rsidRPr="000C105B" w:rsidRDefault="00FD7927" w:rsidP="003A58BF">
            <w:pPr>
              <w:ind w:firstLine="0"/>
              <w:rPr>
                <w:rFonts w:cs="Times New Roman"/>
                <w:szCs w:val="28"/>
                <w:lang w:val="kk-KZ"/>
              </w:rPr>
            </w:pPr>
            <w:r w:rsidRPr="000C105B">
              <w:rPr>
                <w:rFonts w:cs="Times New Roman"/>
                <w:szCs w:val="28"/>
                <w:lang w:val="kk-KZ"/>
              </w:rPr>
              <w:t>Таңғы жаттығулар, ойындар, эстафеталар, туристік және спорттық іс-шараларды қауіпсіз ұйымдастыру.</w:t>
            </w:r>
          </w:p>
        </w:tc>
      </w:tr>
      <w:tr w:rsidR="00FD7927" w:rsidRPr="003A58BF" w14:paraId="7E0EB6C0"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20B9C968" w14:textId="77777777" w:rsidR="00FD7927" w:rsidRPr="000C105B" w:rsidRDefault="00FD7927" w:rsidP="003A58BF">
            <w:pPr>
              <w:ind w:firstLine="0"/>
              <w:rPr>
                <w:rFonts w:cs="Times New Roman"/>
                <w:szCs w:val="28"/>
                <w:lang w:val="kk-KZ"/>
              </w:rPr>
            </w:pPr>
            <w:r w:rsidRPr="000C105B">
              <w:rPr>
                <w:rFonts w:cs="Times New Roman"/>
                <w:szCs w:val="28"/>
                <w:lang w:val="kk-KZ"/>
              </w:rPr>
              <w:lastRenderedPageBreak/>
              <w:t>Медициналық қызметкер</w:t>
            </w:r>
          </w:p>
        </w:tc>
        <w:tc>
          <w:tcPr>
            <w:tcW w:w="6803" w:type="dxa"/>
            <w:tcBorders>
              <w:top w:val="single" w:sz="4" w:space="0" w:color="auto"/>
              <w:left w:val="single" w:sz="4" w:space="0" w:color="auto"/>
              <w:bottom w:val="single" w:sz="4" w:space="0" w:color="auto"/>
              <w:right w:val="single" w:sz="4" w:space="0" w:color="auto"/>
            </w:tcBorders>
            <w:hideMark/>
          </w:tcPr>
          <w:p w14:paraId="12706CE8" w14:textId="77777777" w:rsidR="00FD7927" w:rsidRPr="000C105B" w:rsidRDefault="00FD7927" w:rsidP="003A58BF">
            <w:pPr>
              <w:ind w:firstLine="0"/>
              <w:rPr>
                <w:rFonts w:cs="Times New Roman"/>
                <w:szCs w:val="28"/>
                <w:lang w:val="kk-KZ"/>
              </w:rPr>
            </w:pPr>
            <w:r w:rsidRPr="000C105B">
              <w:rPr>
                <w:rFonts w:cs="Times New Roman"/>
                <w:szCs w:val="28"/>
                <w:lang w:val="kk-KZ"/>
              </w:rPr>
              <w:t>Медициналық бақылау, профилактика, алғашқы көмек көрсету, санитарлық-гигиеналық жағдай мен балалардың денсаулығын қадағалау.</w:t>
            </w:r>
          </w:p>
        </w:tc>
      </w:tr>
      <w:tr w:rsidR="00FD7927" w:rsidRPr="003A58BF" w14:paraId="0DBE963F" w14:textId="77777777" w:rsidTr="00FD7927">
        <w:trPr>
          <w:jc w:val="center"/>
        </w:trPr>
        <w:tc>
          <w:tcPr>
            <w:tcW w:w="2835" w:type="dxa"/>
            <w:tcBorders>
              <w:top w:val="single" w:sz="4" w:space="0" w:color="auto"/>
              <w:left w:val="single" w:sz="4" w:space="0" w:color="auto"/>
              <w:bottom w:val="single" w:sz="4" w:space="0" w:color="auto"/>
              <w:right w:val="single" w:sz="4" w:space="0" w:color="auto"/>
            </w:tcBorders>
            <w:hideMark/>
          </w:tcPr>
          <w:p w14:paraId="1585E5FA" w14:textId="77777777" w:rsidR="00FD7927" w:rsidRPr="000C105B" w:rsidRDefault="00FD7927" w:rsidP="003A58BF">
            <w:pPr>
              <w:ind w:firstLine="0"/>
              <w:rPr>
                <w:rFonts w:cs="Times New Roman"/>
                <w:szCs w:val="28"/>
                <w:lang w:val="kk-KZ"/>
              </w:rPr>
            </w:pPr>
            <w:r w:rsidRPr="000C105B">
              <w:rPr>
                <w:rFonts w:cs="Times New Roman"/>
                <w:szCs w:val="28"/>
                <w:lang w:val="kk-KZ"/>
              </w:rPr>
              <w:t>Педагог-психолог (бар болған жағдайда)</w:t>
            </w:r>
          </w:p>
        </w:tc>
        <w:tc>
          <w:tcPr>
            <w:tcW w:w="6803" w:type="dxa"/>
            <w:tcBorders>
              <w:top w:val="single" w:sz="4" w:space="0" w:color="auto"/>
              <w:left w:val="single" w:sz="4" w:space="0" w:color="auto"/>
              <w:bottom w:val="single" w:sz="4" w:space="0" w:color="auto"/>
              <w:right w:val="single" w:sz="4" w:space="0" w:color="auto"/>
            </w:tcBorders>
            <w:hideMark/>
          </w:tcPr>
          <w:p w14:paraId="4CD475F8" w14:textId="3289976C" w:rsidR="00FD7927" w:rsidRPr="000C105B" w:rsidRDefault="00FD7927" w:rsidP="003A58BF">
            <w:pPr>
              <w:ind w:firstLine="0"/>
              <w:rPr>
                <w:rFonts w:cs="Times New Roman"/>
                <w:szCs w:val="28"/>
                <w:lang w:val="kk-KZ"/>
              </w:rPr>
            </w:pPr>
            <w:r w:rsidRPr="000C105B">
              <w:rPr>
                <w:rFonts w:cs="Times New Roman"/>
                <w:szCs w:val="28"/>
                <w:lang w:val="kk-KZ"/>
              </w:rPr>
              <w:t>Бейімделуді қолдау, конфликттер мен тілдік мазасыздықтың алдын алу, эмоционалдық жағдайды бақылау, педагогтерге кеңес беру.</w:t>
            </w:r>
          </w:p>
        </w:tc>
      </w:tr>
    </w:tbl>
    <w:p w14:paraId="6396989F" w14:textId="77777777" w:rsidR="00FD7927" w:rsidRPr="000C105B" w:rsidRDefault="00FD7927" w:rsidP="003A58BF">
      <w:pPr>
        <w:pStyle w:val="21"/>
        <w:spacing w:before="0" w:after="0"/>
        <w:ind w:firstLine="709"/>
        <w:rPr>
          <w:rFonts w:cs="Times New Roman"/>
          <w:szCs w:val="28"/>
          <w:lang w:val="kk-KZ"/>
        </w:rPr>
      </w:pPr>
      <w:r w:rsidRPr="000C105B">
        <w:rPr>
          <w:rFonts w:cs="Times New Roman"/>
          <w:szCs w:val="28"/>
          <w:lang w:val="kk-KZ"/>
        </w:rPr>
        <w:t xml:space="preserve">Әдістемелік қамтамасыз ету </w:t>
      </w:r>
    </w:p>
    <w:p w14:paraId="2369EC45" w14:textId="77777777" w:rsidR="00FD7927" w:rsidRPr="000C105B" w:rsidRDefault="00FD7927" w:rsidP="003A58BF">
      <w:pPr>
        <w:jc w:val="both"/>
        <w:rPr>
          <w:rFonts w:cs="Times New Roman"/>
          <w:szCs w:val="28"/>
          <w:lang w:val="kk-KZ"/>
        </w:rPr>
      </w:pPr>
      <w:r w:rsidRPr="000C105B">
        <w:rPr>
          <w:rFonts w:cs="Times New Roman"/>
          <w:szCs w:val="28"/>
          <w:lang w:val="kk-KZ"/>
        </w:rPr>
        <w:t>Бағдарламаның әдістемелік қамтамасыз етілуі ауысым мазмұнын сапалы іске асыруды қамтамасыз ететін ұйымдастырушылық-педагогикалық, дидактикалық, нұсқаулық және диагностикалық материалдар жүйесін құрайды.</w:t>
      </w:r>
    </w:p>
    <w:p w14:paraId="3199EB1C" w14:textId="7DAF294C" w:rsidR="00FD7927" w:rsidRPr="000C105B" w:rsidRDefault="00FD7927" w:rsidP="003A58BF">
      <w:pPr>
        <w:ind w:left="709" w:firstLine="0"/>
        <w:rPr>
          <w:rFonts w:cs="Times New Roman"/>
          <w:szCs w:val="28"/>
          <w:lang w:val="kk-KZ"/>
        </w:rPr>
      </w:pPr>
      <w:r w:rsidRPr="000C105B">
        <w:rPr>
          <w:rFonts w:cs="Times New Roman"/>
          <w:szCs w:val="28"/>
          <w:lang w:val="kk-KZ"/>
        </w:rPr>
        <w:t>• 1</w:t>
      </w:r>
      <w:r w:rsidR="00B76D73">
        <w:rPr>
          <w:rFonts w:cs="Times New Roman"/>
          <w:szCs w:val="28"/>
          <w:lang w:val="kk-KZ"/>
        </w:rPr>
        <w:t>0</w:t>
      </w:r>
      <w:r w:rsidRPr="000C105B">
        <w:rPr>
          <w:rFonts w:cs="Times New Roman"/>
          <w:szCs w:val="28"/>
          <w:lang w:val="kk-KZ"/>
        </w:rPr>
        <w:t xml:space="preserve"> күндік ауысымға арналған жоспар-сетка;</w:t>
      </w:r>
      <w:r w:rsidRPr="000C105B">
        <w:rPr>
          <w:rFonts w:cs="Times New Roman"/>
          <w:szCs w:val="28"/>
          <w:lang w:val="kk-KZ"/>
        </w:rPr>
        <w:br/>
        <w:t>• тілдік іс-шаралар, ойындар, квесттер, қарым-қатынас клубтары, шеберлік сыныптары мен тренингтер сценарийлері;</w:t>
      </w:r>
      <w:r w:rsidRPr="000C105B">
        <w:rPr>
          <w:rFonts w:cs="Times New Roman"/>
          <w:szCs w:val="28"/>
          <w:lang w:val="kk-KZ"/>
        </w:rPr>
        <w:br/>
        <w:t xml:space="preserve">• </w:t>
      </w:r>
      <w:r w:rsidR="00B76D73">
        <w:rPr>
          <w:rFonts w:cs="Times New Roman"/>
          <w:szCs w:val="28"/>
          <w:lang w:val="kk-KZ"/>
        </w:rPr>
        <w:t>ағылшын</w:t>
      </w:r>
      <w:r w:rsidR="00B76D73" w:rsidRPr="000C105B">
        <w:rPr>
          <w:rFonts w:cs="Times New Roman"/>
          <w:szCs w:val="28"/>
          <w:lang w:val="kk-KZ"/>
        </w:rPr>
        <w:t xml:space="preserve"> </w:t>
      </w:r>
      <w:r w:rsidRPr="000C105B">
        <w:rPr>
          <w:rFonts w:cs="Times New Roman"/>
          <w:szCs w:val="28"/>
          <w:lang w:val="kk-KZ"/>
        </w:rPr>
        <w:t>тіл</w:t>
      </w:r>
      <w:r w:rsidR="00B76D73">
        <w:rPr>
          <w:rFonts w:cs="Times New Roman"/>
          <w:szCs w:val="28"/>
          <w:lang w:val="kk-KZ"/>
        </w:rPr>
        <w:t>ге</w:t>
      </w:r>
      <w:r w:rsidRPr="000C105B">
        <w:rPr>
          <w:rFonts w:cs="Times New Roman"/>
          <w:szCs w:val="28"/>
          <w:lang w:val="kk-KZ"/>
        </w:rPr>
        <w:t xml:space="preserve"> </w:t>
      </w:r>
      <w:r w:rsidR="00493936" w:rsidRPr="000C105B">
        <w:rPr>
          <w:rFonts w:cs="Times New Roman"/>
          <w:szCs w:val="28"/>
          <w:lang w:val="kk-KZ"/>
        </w:rPr>
        <w:t>сәйкес</w:t>
      </w:r>
      <w:r w:rsidRPr="000C105B">
        <w:rPr>
          <w:rFonts w:cs="Times New Roman"/>
          <w:szCs w:val="28"/>
          <w:lang w:val="kk-KZ"/>
        </w:rPr>
        <w:t xml:space="preserve"> сөздер мен </w:t>
      </w:r>
      <w:r w:rsidR="00493936" w:rsidRPr="000C105B">
        <w:rPr>
          <w:rFonts w:cs="Times New Roman"/>
          <w:szCs w:val="28"/>
          <w:lang w:val="kk-KZ"/>
        </w:rPr>
        <w:t>сөйлемдер</w:t>
      </w:r>
      <w:r w:rsidRPr="000C105B">
        <w:rPr>
          <w:rFonts w:cs="Times New Roman"/>
          <w:szCs w:val="28"/>
          <w:lang w:val="kk-KZ"/>
        </w:rPr>
        <w:t xml:space="preserve"> карточкалары;</w:t>
      </w:r>
      <w:r w:rsidRPr="000C105B">
        <w:rPr>
          <w:rFonts w:cs="Times New Roman"/>
          <w:szCs w:val="28"/>
          <w:lang w:val="kk-KZ"/>
        </w:rPr>
        <w:br/>
        <w:t>• қауіпсіздік</w:t>
      </w:r>
      <w:r w:rsidR="00493936" w:rsidRPr="000C105B">
        <w:rPr>
          <w:rFonts w:cs="Times New Roman"/>
          <w:szCs w:val="28"/>
          <w:lang w:val="kk-KZ"/>
        </w:rPr>
        <w:t>ке</w:t>
      </w:r>
      <w:r w:rsidRPr="000C105B">
        <w:rPr>
          <w:rFonts w:cs="Times New Roman"/>
          <w:szCs w:val="28"/>
          <w:lang w:val="kk-KZ"/>
        </w:rPr>
        <w:t xml:space="preserve"> нұсқаулық материалдар;</w:t>
      </w:r>
      <w:r w:rsidRPr="000C105B">
        <w:rPr>
          <w:rFonts w:cs="Times New Roman"/>
          <w:szCs w:val="28"/>
          <w:lang w:val="kk-KZ"/>
        </w:rPr>
        <w:br/>
        <w:t>• салауатты өмір салты, ауызсу режимі, жеке гигиена, қарым-қатынас мәдениеті және цифрлық қауіпсіздік бойынша жадынамалар;</w:t>
      </w:r>
      <w:r w:rsidRPr="000C105B">
        <w:rPr>
          <w:rFonts w:cs="Times New Roman"/>
          <w:szCs w:val="28"/>
          <w:lang w:val="kk-KZ"/>
        </w:rPr>
        <w:br/>
        <w:t>• педагогикалық бақылау карталары;</w:t>
      </w:r>
      <w:r w:rsidRPr="000C105B">
        <w:rPr>
          <w:rFonts w:cs="Times New Roman"/>
          <w:szCs w:val="28"/>
          <w:lang w:val="kk-KZ"/>
        </w:rPr>
        <w:br/>
        <w:t>• қатысушылар мен ата-аналарға арналған сауалнамалар;</w:t>
      </w:r>
      <w:r w:rsidRPr="000C105B">
        <w:rPr>
          <w:rFonts w:cs="Times New Roman"/>
          <w:szCs w:val="28"/>
          <w:lang w:val="kk-KZ"/>
        </w:rPr>
        <w:br/>
        <w:t xml:space="preserve">• тілдік портфель, жобалық паспорттар, презентациялар, постерлер және </w:t>
      </w:r>
      <w:r w:rsidR="00493936" w:rsidRPr="000C105B">
        <w:rPr>
          <w:rFonts w:cs="Times New Roman"/>
          <w:szCs w:val="28"/>
          <w:lang w:val="kk-KZ"/>
        </w:rPr>
        <w:t>кері байланыс</w:t>
      </w:r>
      <w:r w:rsidRPr="000C105B">
        <w:rPr>
          <w:rFonts w:cs="Times New Roman"/>
          <w:szCs w:val="28"/>
          <w:lang w:val="kk-KZ"/>
        </w:rPr>
        <w:t xml:space="preserve"> парақтарының үлгілері;</w:t>
      </w:r>
      <w:r w:rsidRPr="000C105B">
        <w:rPr>
          <w:rFonts w:cs="Times New Roman"/>
          <w:szCs w:val="28"/>
          <w:lang w:val="kk-KZ"/>
        </w:rPr>
        <w:br/>
        <w:t>• балалардың өзін-өзі басқаруын, командалық жұмысты және мәдениетаралық диалогты ұйымдастыруға арналған материалдар.</w:t>
      </w:r>
    </w:p>
    <w:p w14:paraId="78DD550E" w14:textId="77777777" w:rsidR="00FD7927" w:rsidRPr="000C105B" w:rsidRDefault="00FD7927" w:rsidP="003A58BF">
      <w:pPr>
        <w:ind w:left="709" w:firstLine="0"/>
        <w:jc w:val="both"/>
        <w:rPr>
          <w:rFonts w:cs="Times New Roman"/>
          <w:szCs w:val="28"/>
          <w:lang w:val="kk-KZ"/>
        </w:rPr>
      </w:pPr>
    </w:p>
    <w:p w14:paraId="5E14E9A7" w14:textId="77777777" w:rsidR="00FD7927" w:rsidRPr="000C105B" w:rsidRDefault="00FD7927" w:rsidP="003A58BF">
      <w:pPr>
        <w:pStyle w:val="21"/>
        <w:spacing w:before="0" w:after="0"/>
        <w:ind w:firstLine="709"/>
        <w:rPr>
          <w:rFonts w:cs="Times New Roman"/>
          <w:szCs w:val="28"/>
          <w:lang w:val="kk-KZ"/>
        </w:rPr>
      </w:pPr>
      <w:r w:rsidRPr="000C105B">
        <w:rPr>
          <w:rFonts w:cs="Times New Roman"/>
          <w:szCs w:val="28"/>
          <w:lang w:val="kk-KZ"/>
        </w:rPr>
        <w:t xml:space="preserve">Қолданылатын әдістемелер, технологиялар және жұмыс формалары </w:t>
      </w:r>
    </w:p>
    <w:p w14:paraId="63549757" w14:textId="77777777" w:rsidR="00FD7927" w:rsidRPr="000C105B" w:rsidRDefault="00FD7927" w:rsidP="003A58BF">
      <w:pPr>
        <w:jc w:val="both"/>
        <w:rPr>
          <w:rFonts w:cs="Times New Roman"/>
          <w:szCs w:val="28"/>
          <w:lang w:val="kk-KZ"/>
        </w:rPr>
      </w:pPr>
      <w:r w:rsidRPr="000C105B">
        <w:rPr>
          <w:rFonts w:cs="Times New Roman"/>
          <w:szCs w:val="28"/>
          <w:lang w:val="kk-KZ"/>
        </w:rPr>
        <w:t>Бағдарламаны іске асыру барысында ойындық, коммуникативтік, жобалық, зерттеушілік, тренингтік, денсаулық сақтаушы, шығармашылық, интерактивті және практикаға бағытталған педагогикалық технологиялар қолданылады.</w:t>
      </w:r>
    </w:p>
    <w:p w14:paraId="3F3EBF1F" w14:textId="77777777" w:rsidR="00FD7927" w:rsidRPr="000C105B" w:rsidRDefault="00FD7927" w:rsidP="003A58BF">
      <w:pPr>
        <w:jc w:val="both"/>
        <w:rPr>
          <w:rFonts w:cs="Times New Roman"/>
          <w:szCs w:val="28"/>
          <w:lang w:val="kk-KZ"/>
        </w:rPr>
      </w:pPr>
      <w:r w:rsidRPr="000C105B">
        <w:rPr>
          <w:rFonts w:cs="Times New Roman"/>
          <w:szCs w:val="28"/>
          <w:lang w:val="kk-KZ"/>
        </w:rPr>
        <w:t>Негізгі жұмыс формаларына тілдік клубтар, сабақтар, шеберлік сыныптары, практикумдар, квесттер, ойындар, тренингтер, әңгімелесулер, жарыстар, шығармашылық шеберханалар, сұхбаттар, презентациялар, рефлексиялық шеңберлер.</w:t>
      </w:r>
    </w:p>
    <w:p w14:paraId="6536CBEC" w14:textId="77777777" w:rsidR="00FD7927" w:rsidRPr="000C105B" w:rsidRDefault="00FD7927" w:rsidP="003A58BF">
      <w:pPr>
        <w:jc w:val="both"/>
        <w:rPr>
          <w:rFonts w:cs="Times New Roman"/>
          <w:szCs w:val="28"/>
          <w:lang w:val="kk-KZ"/>
        </w:rPr>
      </w:pPr>
    </w:p>
    <w:p w14:paraId="30E2DF4C" w14:textId="77777777" w:rsidR="003A58BF" w:rsidRDefault="003A58BF" w:rsidP="003A58BF">
      <w:pPr>
        <w:pStyle w:val="1"/>
        <w:spacing w:before="0" w:after="0"/>
        <w:jc w:val="center"/>
        <w:rPr>
          <w:rFonts w:cs="Times New Roman"/>
          <w:lang w:val="kk-KZ"/>
        </w:rPr>
      </w:pPr>
    </w:p>
    <w:p w14:paraId="0239F767" w14:textId="7445B2A2" w:rsidR="00FD7927" w:rsidRPr="000C105B" w:rsidRDefault="00FD7927" w:rsidP="003A58BF">
      <w:pPr>
        <w:pStyle w:val="1"/>
        <w:spacing w:before="0" w:after="0"/>
        <w:ind w:firstLine="709"/>
        <w:jc w:val="both"/>
        <w:rPr>
          <w:rFonts w:cs="Times New Roman"/>
          <w:lang w:val="kk-KZ"/>
        </w:rPr>
      </w:pPr>
      <w:r w:rsidRPr="000C105B">
        <w:rPr>
          <w:rFonts w:cs="Times New Roman"/>
          <w:lang w:val="kk-KZ"/>
        </w:rPr>
        <w:t>8-бөлім. Бағдарламаны іске асыру нәтижелерін мониторингтеу және бағалау</w:t>
      </w:r>
    </w:p>
    <w:p w14:paraId="04D4D5A8" w14:textId="77777777" w:rsidR="00FD7927" w:rsidRPr="000C105B" w:rsidRDefault="00FD7927" w:rsidP="003A58BF">
      <w:pPr>
        <w:jc w:val="both"/>
        <w:rPr>
          <w:rFonts w:cs="Times New Roman"/>
          <w:szCs w:val="28"/>
          <w:lang w:val="kk-KZ"/>
        </w:rPr>
      </w:pPr>
      <w:r w:rsidRPr="000C105B">
        <w:rPr>
          <w:rFonts w:cs="Times New Roman"/>
          <w:szCs w:val="28"/>
          <w:lang w:val="kk-KZ"/>
        </w:rPr>
        <w:t xml:space="preserve">Осы бөлім Бағдарламаны іске асырудың ағымдағы және қорытынды мониторингінің нысандарын, күтілетін нәтижелерге қол жеткізуді бағалаудың көрсеткіштері мен критерийлерін, ақпарат жинау және талдау әдістерін, соның </w:t>
      </w:r>
      <w:r w:rsidRPr="000C105B">
        <w:rPr>
          <w:rFonts w:cs="Times New Roman"/>
          <w:szCs w:val="28"/>
          <w:lang w:val="kk-KZ"/>
        </w:rPr>
        <w:lastRenderedPageBreak/>
        <w:t>ішінде бақылау, сауалнама, қатысу деңгейі мен қызмет өнімдерін талдауды, сондай-ақ мониторинг нәтижелерін Бағдарламаны түзету кезінде есепке алу тәртібін айқындайды.</w:t>
      </w:r>
    </w:p>
    <w:p w14:paraId="74153A17" w14:textId="77777777" w:rsidR="00FD7927" w:rsidRPr="000C105B" w:rsidRDefault="00FD7927" w:rsidP="003A58BF">
      <w:pPr>
        <w:pStyle w:val="21"/>
        <w:spacing w:before="0" w:after="0"/>
        <w:ind w:firstLine="709"/>
        <w:rPr>
          <w:rFonts w:cs="Times New Roman"/>
          <w:szCs w:val="28"/>
          <w:lang w:val="kk-KZ"/>
        </w:rPr>
      </w:pPr>
      <w:r w:rsidRPr="000C105B">
        <w:rPr>
          <w:rFonts w:cs="Times New Roman"/>
          <w:szCs w:val="28"/>
          <w:lang w:val="kk-KZ"/>
        </w:rPr>
        <w:t xml:space="preserve">Мониторингке жалпы тәсілдер </w:t>
      </w:r>
    </w:p>
    <w:p w14:paraId="6D626DB1" w14:textId="77777777" w:rsidR="00FD7927" w:rsidRPr="000C105B" w:rsidRDefault="00FD7927" w:rsidP="003A58BF">
      <w:pPr>
        <w:jc w:val="both"/>
        <w:rPr>
          <w:rFonts w:cs="Times New Roman"/>
          <w:szCs w:val="28"/>
          <w:lang w:val="kk-KZ"/>
        </w:rPr>
      </w:pPr>
      <w:r w:rsidRPr="000C105B">
        <w:rPr>
          <w:rFonts w:cs="Times New Roman"/>
          <w:szCs w:val="28"/>
          <w:lang w:val="kk-KZ"/>
        </w:rPr>
        <w:t>Бағдарламаны іске асыру мониторингі ауысым қатысушыларының білім беру, тәрбиелік, тілдік, спорттық-сауықтыру, шығармашылық, жобалық және бос уақыт қызметінің тиімділігін бағалау жүйесі болып табылады.</w:t>
      </w:r>
    </w:p>
    <w:p w14:paraId="74171F33" w14:textId="77777777" w:rsidR="00FD7927" w:rsidRPr="000C105B" w:rsidRDefault="00FD7927" w:rsidP="003A58BF">
      <w:pPr>
        <w:jc w:val="both"/>
        <w:rPr>
          <w:rFonts w:cs="Times New Roman"/>
          <w:szCs w:val="28"/>
          <w:lang w:val="kk-KZ"/>
        </w:rPr>
      </w:pPr>
      <w:r w:rsidRPr="000C105B">
        <w:rPr>
          <w:rFonts w:cs="Times New Roman"/>
          <w:szCs w:val="28"/>
          <w:lang w:val="kk-KZ"/>
        </w:rPr>
        <w:t>Мониторинг ауысым бойы үздіксіз жүргізіледі және Бағдарламаның мақсаты мен міндеттеріне қол жеткізу деңгейін, қатысушылардың тартылу дәрежесін, эмоционалдық әл-ауқатын, командалық өзара әрекеттесу сапасын, режим мен қауіпсіздік талаптарының сақталуын, сондай-ақ қатысушылардың болу жағдайлары мен іс-шаралар мазмұнына қанағаттану деңгейін анықтауға бағытталады.</w:t>
      </w:r>
    </w:p>
    <w:p w14:paraId="3614EA21" w14:textId="77777777" w:rsidR="00FD7927" w:rsidRPr="000C105B" w:rsidRDefault="00FD7927" w:rsidP="003A58BF">
      <w:pPr>
        <w:jc w:val="both"/>
        <w:rPr>
          <w:rFonts w:cs="Times New Roman"/>
          <w:szCs w:val="28"/>
          <w:lang w:val="kk-KZ"/>
        </w:rPr>
      </w:pPr>
      <w:r w:rsidRPr="000C105B">
        <w:rPr>
          <w:rFonts w:cs="Times New Roman"/>
          <w:szCs w:val="28"/>
          <w:lang w:val="kk-KZ"/>
        </w:rPr>
        <w:t>Мониторинг нәтижелері іс-шараларды жедел түзету, қатысушыларға жеке қолдау көрсету, келесі ауысымдардың мазмұнын жетілдіру және Бағдарламаны іске асыру сапасын арттыру үшін пайдаланылады.</w:t>
      </w:r>
    </w:p>
    <w:p w14:paraId="5B66BE8A" w14:textId="77777777" w:rsidR="00FD7927" w:rsidRPr="000C105B" w:rsidRDefault="00FD7927" w:rsidP="003A58BF">
      <w:pPr>
        <w:jc w:val="both"/>
        <w:rPr>
          <w:rFonts w:cs="Times New Roman"/>
          <w:szCs w:val="28"/>
          <w:lang w:val="kk-KZ"/>
        </w:rPr>
      </w:pPr>
    </w:p>
    <w:p w14:paraId="0FA8AA13" w14:textId="77777777" w:rsidR="00FD7927" w:rsidRPr="000C105B" w:rsidRDefault="00FD7927" w:rsidP="003A58BF">
      <w:pPr>
        <w:pStyle w:val="21"/>
        <w:spacing w:before="0" w:after="0"/>
        <w:ind w:firstLine="709"/>
        <w:rPr>
          <w:rFonts w:cs="Times New Roman"/>
          <w:szCs w:val="28"/>
          <w:lang w:val="kk-KZ"/>
        </w:rPr>
      </w:pPr>
      <w:r w:rsidRPr="000C105B">
        <w:rPr>
          <w:rFonts w:cs="Times New Roman"/>
          <w:szCs w:val="28"/>
          <w:lang w:val="kk-KZ"/>
        </w:rPr>
        <w:t>Мониторингтің нысандары мен әдістері</w:t>
      </w:r>
    </w:p>
    <w:p w14:paraId="54914AA1" w14:textId="13DF23DD" w:rsidR="00FD7927" w:rsidRPr="000C105B" w:rsidRDefault="002073E9" w:rsidP="003A58BF">
      <w:pPr>
        <w:pStyle w:val="aff8"/>
        <w:spacing w:before="0" w:beforeAutospacing="0" w:after="0" w:afterAutospacing="0"/>
        <w:ind w:left="709" w:hanging="709"/>
        <w:rPr>
          <w:sz w:val="28"/>
          <w:szCs w:val="28"/>
          <w:lang w:val="kk-KZ"/>
        </w:rPr>
      </w:pPr>
      <w:r w:rsidRPr="000C105B">
        <w:rPr>
          <w:sz w:val="28"/>
          <w:szCs w:val="28"/>
          <w:lang w:val="kk-KZ"/>
        </w:rPr>
        <w:t xml:space="preserve">          </w:t>
      </w:r>
      <w:r w:rsidR="00FD7927" w:rsidRPr="000C105B">
        <w:rPr>
          <w:sz w:val="28"/>
          <w:szCs w:val="28"/>
          <w:lang w:val="kk-KZ"/>
        </w:rPr>
        <w:t>• педагогикалық бақылау;</w:t>
      </w:r>
      <w:r w:rsidR="00FD7927" w:rsidRPr="000C105B">
        <w:rPr>
          <w:sz w:val="28"/>
          <w:szCs w:val="28"/>
          <w:lang w:val="kk-KZ"/>
        </w:rPr>
        <w:br/>
        <w:t>• қатысушылармен әңгімелесу;</w:t>
      </w:r>
      <w:r w:rsidR="00FD7927" w:rsidRPr="000C105B">
        <w:rPr>
          <w:sz w:val="28"/>
          <w:szCs w:val="28"/>
          <w:lang w:val="kk-KZ"/>
        </w:rPr>
        <w:br/>
        <w:t xml:space="preserve">• </w:t>
      </w:r>
      <w:r w:rsidR="00493936" w:rsidRPr="000C105B">
        <w:rPr>
          <w:sz w:val="28"/>
          <w:szCs w:val="28"/>
          <w:lang w:val="kk-KZ"/>
        </w:rPr>
        <w:t xml:space="preserve">кері байланыс </w:t>
      </w:r>
      <w:r w:rsidR="00FD7927" w:rsidRPr="000C105B">
        <w:rPr>
          <w:sz w:val="28"/>
          <w:szCs w:val="28"/>
          <w:lang w:val="kk-KZ"/>
        </w:rPr>
        <w:t>шеңберлер</w:t>
      </w:r>
      <w:r w:rsidR="00493936" w:rsidRPr="000C105B">
        <w:rPr>
          <w:sz w:val="28"/>
          <w:szCs w:val="28"/>
          <w:lang w:val="kk-KZ"/>
        </w:rPr>
        <w:t>і</w:t>
      </w:r>
      <w:r w:rsidR="00FD7927" w:rsidRPr="000C105B">
        <w:rPr>
          <w:sz w:val="28"/>
          <w:szCs w:val="28"/>
          <w:lang w:val="kk-KZ"/>
        </w:rPr>
        <w:t xml:space="preserve"> және «</w:t>
      </w:r>
      <w:r w:rsidR="00493936" w:rsidRPr="000C105B">
        <w:rPr>
          <w:sz w:val="28"/>
          <w:szCs w:val="28"/>
          <w:lang w:val="kk-KZ"/>
        </w:rPr>
        <w:t>шамдар</w:t>
      </w:r>
      <w:r w:rsidR="00FD7927" w:rsidRPr="000C105B">
        <w:rPr>
          <w:sz w:val="28"/>
          <w:szCs w:val="28"/>
          <w:lang w:val="kk-KZ"/>
        </w:rPr>
        <w:t>»;</w:t>
      </w:r>
      <w:r w:rsidR="00FD7927" w:rsidRPr="000C105B">
        <w:rPr>
          <w:sz w:val="28"/>
          <w:szCs w:val="28"/>
          <w:lang w:val="kk-KZ"/>
        </w:rPr>
        <w:br/>
        <w:t>• қатысушыларға сауалнама жүргізу;</w:t>
      </w:r>
      <w:r w:rsidR="00FD7927" w:rsidRPr="000C105B">
        <w:rPr>
          <w:sz w:val="28"/>
          <w:szCs w:val="28"/>
          <w:lang w:val="kk-KZ"/>
        </w:rPr>
        <w:br/>
        <w:t>• ата-аналардан немесе заңды өкілдерден кері байланыс алу;</w:t>
      </w:r>
      <w:r w:rsidR="00FD7927" w:rsidRPr="000C105B">
        <w:rPr>
          <w:sz w:val="28"/>
          <w:szCs w:val="28"/>
          <w:lang w:val="kk-KZ"/>
        </w:rPr>
        <w:br/>
        <w:t>• балалардың іс-шараларға қатысуын талдау;</w:t>
      </w:r>
      <w:r w:rsidR="00FD7927" w:rsidRPr="000C105B">
        <w:rPr>
          <w:sz w:val="28"/>
          <w:szCs w:val="28"/>
          <w:lang w:val="kk-KZ"/>
        </w:rPr>
        <w:br/>
        <w:t>• тілдік, шығармашылық және жобалық өнімдерді бағалау;</w:t>
      </w:r>
      <w:r w:rsidR="00FD7927" w:rsidRPr="000C105B">
        <w:rPr>
          <w:sz w:val="28"/>
          <w:szCs w:val="28"/>
          <w:lang w:val="kk-KZ"/>
        </w:rPr>
        <w:br/>
        <w:t>• қатысушылардың өзін-өзі бағалауы;</w:t>
      </w:r>
      <w:r w:rsidR="00FD7927" w:rsidRPr="000C105B">
        <w:rPr>
          <w:sz w:val="28"/>
          <w:szCs w:val="28"/>
          <w:lang w:val="kk-KZ"/>
        </w:rPr>
        <w:br/>
        <w:t>• педагогикалық ұжымның қорытынды талқылауы.</w:t>
      </w:r>
    </w:p>
    <w:p w14:paraId="64E8F760" w14:textId="77777777" w:rsidR="00FD7927" w:rsidRPr="000C105B" w:rsidRDefault="00FD7927" w:rsidP="003A58BF">
      <w:pPr>
        <w:ind w:left="425" w:firstLine="0"/>
        <w:jc w:val="both"/>
        <w:rPr>
          <w:rFonts w:cs="Times New Roman"/>
          <w:szCs w:val="28"/>
          <w:lang w:val="kk-KZ"/>
        </w:rPr>
      </w:pPr>
    </w:p>
    <w:p w14:paraId="58670580" w14:textId="77777777" w:rsidR="00FD7927" w:rsidRPr="000C105B" w:rsidRDefault="00FD7927" w:rsidP="003A58BF">
      <w:pPr>
        <w:pStyle w:val="21"/>
        <w:spacing w:before="0" w:after="0"/>
        <w:rPr>
          <w:rFonts w:cs="Times New Roman"/>
          <w:szCs w:val="28"/>
          <w:lang w:val="kk-KZ"/>
        </w:rPr>
      </w:pPr>
      <w:r w:rsidRPr="000C105B">
        <w:rPr>
          <w:rFonts w:cs="Times New Roman"/>
          <w:szCs w:val="28"/>
          <w:lang w:val="kk-KZ"/>
        </w:rPr>
        <w:t xml:space="preserve">Мониторинг пен нәтижелерді бағалау кестесі </w:t>
      </w:r>
    </w:p>
    <w:tbl>
      <w:tblPr>
        <w:tblStyle w:val="aff0"/>
        <w:tblW w:w="0" w:type="auto"/>
        <w:jc w:val="center"/>
        <w:tblLook w:val="04A0" w:firstRow="1" w:lastRow="0" w:firstColumn="1" w:lastColumn="0" w:noHBand="0" w:noVBand="1"/>
      </w:tblPr>
      <w:tblGrid>
        <w:gridCol w:w="2195"/>
        <w:gridCol w:w="2143"/>
        <w:gridCol w:w="1992"/>
        <w:gridCol w:w="1565"/>
        <w:gridCol w:w="1734"/>
      </w:tblGrid>
      <w:tr w:rsidR="00FD7927" w:rsidRPr="000C105B" w14:paraId="3294020C" w14:textId="77777777" w:rsidTr="00FD7927">
        <w:trPr>
          <w:tblHeader/>
          <w:jc w:val="center"/>
        </w:trPr>
        <w:tc>
          <w:tcPr>
            <w:tcW w:w="1813" w:type="dxa"/>
            <w:tcBorders>
              <w:top w:val="single" w:sz="4" w:space="0" w:color="auto"/>
              <w:left w:val="single" w:sz="4" w:space="0" w:color="auto"/>
              <w:bottom w:val="single" w:sz="4" w:space="0" w:color="auto"/>
              <w:right w:val="single" w:sz="4" w:space="0" w:color="auto"/>
            </w:tcBorders>
            <w:shd w:val="clear" w:color="auto" w:fill="D9EAD3"/>
            <w:vAlign w:val="center"/>
            <w:hideMark/>
          </w:tcPr>
          <w:p w14:paraId="034AE15C" w14:textId="77777777" w:rsidR="00FD7927" w:rsidRPr="000C105B" w:rsidRDefault="00FD7927" w:rsidP="003A58BF">
            <w:pPr>
              <w:ind w:firstLine="0"/>
              <w:rPr>
                <w:rFonts w:cs="Times New Roman"/>
                <w:szCs w:val="28"/>
                <w:lang w:val="kk-KZ"/>
              </w:rPr>
            </w:pPr>
            <w:r w:rsidRPr="000C105B">
              <w:rPr>
                <w:rFonts w:cs="Times New Roman"/>
                <w:b/>
                <w:szCs w:val="28"/>
                <w:lang w:val="kk-KZ"/>
              </w:rPr>
              <w:t>Мониторинг бағыты</w:t>
            </w:r>
          </w:p>
        </w:tc>
        <w:tc>
          <w:tcPr>
            <w:tcW w:w="2251" w:type="dxa"/>
            <w:tcBorders>
              <w:top w:val="single" w:sz="4" w:space="0" w:color="auto"/>
              <w:left w:val="single" w:sz="4" w:space="0" w:color="auto"/>
              <w:bottom w:val="single" w:sz="4" w:space="0" w:color="auto"/>
              <w:right w:val="single" w:sz="4" w:space="0" w:color="auto"/>
            </w:tcBorders>
            <w:shd w:val="clear" w:color="auto" w:fill="D9EAD3"/>
            <w:vAlign w:val="center"/>
            <w:hideMark/>
          </w:tcPr>
          <w:p w14:paraId="6AB44270" w14:textId="77777777" w:rsidR="00FD7927" w:rsidRPr="000C105B" w:rsidRDefault="00FD7927" w:rsidP="003A58BF">
            <w:pPr>
              <w:ind w:firstLine="0"/>
              <w:jc w:val="center"/>
              <w:rPr>
                <w:rFonts w:cs="Times New Roman"/>
                <w:b/>
                <w:szCs w:val="28"/>
                <w:lang w:val="kk-KZ"/>
              </w:rPr>
            </w:pPr>
            <w:r w:rsidRPr="000C105B">
              <w:rPr>
                <w:rFonts w:cs="Times New Roman"/>
                <w:b/>
                <w:szCs w:val="28"/>
                <w:lang w:val="kk-KZ"/>
              </w:rPr>
              <w:t>Бағалау критерийлері</w:t>
            </w:r>
          </w:p>
        </w:tc>
        <w:tc>
          <w:tcPr>
            <w:tcW w:w="1804" w:type="dxa"/>
            <w:tcBorders>
              <w:top w:val="single" w:sz="4" w:space="0" w:color="auto"/>
              <w:left w:val="single" w:sz="4" w:space="0" w:color="auto"/>
              <w:bottom w:val="single" w:sz="4" w:space="0" w:color="auto"/>
              <w:right w:val="single" w:sz="4" w:space="0" w:color="auto"/>
            </w:tcBorders>
            <w:shd w:val="clear" w:color="auto" w:fill="D9EAD3"/>
            <w:vAlign w:val="center"/>
            <w:hideMark/>
          </w:tcPr>
          <w:p w14:paraId="2065AF7D" w14:textId="77777777" w:rsidR="00FD7927" w:rsidRPr="000C105B" w:rsidRDefault="00FD7927" w:rsidP="003A58BF">
            <w:pPr>
              <w:ind w:firstLine="0"/>
              <w:jc w:val="center"/>
              <w:rPr>
                <w:rFonts w:cs="Times New Roman"/>
                <w:b/>
                <w:szCs w:val="28"/>
                <w:lang w:val="kk-KZ"/>
              </w:rPr>
            </w:pPr>
            <w:r w:rsidRPr="000C105B">
              <w:rPr>
                <w:rFonts w:cs="Times New Roman"/>
                <w:b/>
                <w:szCs w:val="28"/>
                <w:lang w:val="kk-KZ"/>
              </w:rPr>
              <w:t>Әдістері</w:t>
            </w:r>
          </w:p>
        </w:tc>
        <w:tc>
          <w:tcPr>
            <w:tcW w:w="2081" w:type="dxa"/>
            <w:tcBorders>
              <w:top w:val="single" w:sz="4" w:space="0" w:color="auto"/>
              <w:left w:val="single" w:sz="4" w:space="0" w:color="auto"/>
              <w:bottom w:val="single" w:sz="4" w:space="0" w:color="auto"/>
              <w:right w:val="single" w:sz="4" w:space="0" w:color="auto"/>
            </w:tcBorders>
            <w:shd w:val="clear" w:color="auto" w:fill="D9EAD3"/>
            <w:vAlign w:val="center"/>
            <w:hideMark/>
          </w:tcPr>
          <w:p w14:paraId="780A0EFF" w14:textId="77777777" w:rsidR="00FD7927" w:rsidRPr="000C105B" w:rsidRDefault="00FD7927" w:rsidP="003A58BF">
            <w:pPr>
              <w:ind w:firstLine="0"/>
              <w:jc w:val="center"/>
              <w:rPr>
                <w:rFonts w:cs="Times New Roman"/>
                <w:b/>
                <w:szCs w:val="28"/>
                <w:lang w:val="kk-KZ"/>
              </w:rPr>
            </w:pPr>
            <w:r w:rsidRPr="000C105B">
              <w:rPr>
                <w:rFonts w:cs="Times New Roman"/>
                <w:b/>
                <w:szCs w:val="28"/>
                <w:lang w:val="kk-KZ"/>
              </w:rPr>
              <w:t>Бағалау деңгейі</w:t>
            </w:r>
          </w:p>
        </w:tc>
        <w:tc>
          <w:tcPr>
            <w:tcW w:w="1906" w:type="dxa"/>
            <w:tcBorders>
              <w:top w:val="single" w:sz="4" w:space="0" w:color="auto"/>
              <w:left w:val="single" w:sz="4" w:space="0" w:color="auto"/>
              <w:bottom w:val="single" w:sz="4" w:space="0" w:color="auto"/>
              <w:right w:val="single" w:sz="4" w:space="0" w:color="auto"/>
            </w:tcBorders>
            <w:shd w:val="clear" w:color="auto" w:fill="D9EAD3"/>
            <w:vAlign w:val="center"/>
            <w:hideMark/>
          </w:tcPr>
          <w:p w14:paraId="34EE3C81" w14:textId="77777777" w:rsidR="00FD7927" w:rsidRPr="000C105B" w:rsidRDefault="00FD7927" w:rsidP="003A58BF">
            <w:pPr>
              <w:ind w:firstLine="0"/>
              <w:jc w:val="center"/>
              <w:rPr>
                <w:rFonts w:cs="Times New Roman"/>
                <w:b/>
                <w:szCs w:val="28"/>
                <w:lang w:val="kk-KZ"/>
              </w:rPr>
            </w:pPr>
            <w:r w:rsidRPr="000C105B">
              <w:rPr>
                <w:rFonts w:cs="Times New Roman"/>
                <w:b/>
                <w:szCs w:val="28"/>
                <w:lang w:val="kk-KZ"/>
              </w:rPr>
              <w:t>Жауаптылар</w:t>
            </w:r>
          </w:p>
        </w:tc>
      </w:tr>
      <w:tr w:rsidR="00FD7927" w:rsidRPr="003A58BF" w14:paraId="28BAA32A" w14:textId="77777777" w:rsidTr="00FD7927">
        <w:trPr>
          <w:jc w:val="center"/>
        </w:trPr>
        <w:tc>
          <w:tcPr>
            <w:tcW w:w="1813" w:type="dxa"/>
            <w:tcBorders>
              <w:top w:val="single" w:sz="4" w:space="0" w:color="auto"/>
              <w:left w:val="single" w:sz="4" w:space="0" w:color="auto"/>
              <w:bottom w:val="single" w:sz="4" w:space="0" w:color="auto"/>
              <w:right w:val="single" w:sz="4" w:space="0" w:color="auto"/>
            </w:tcBorders>
            <w:hideMark/>
          </w:tcPr>
          <w:p w14:paraId="731F5063" w14:textId="77777777" w:rsidR="00FD7927" w:rsidRPr="000C105B" w:rsidRDefault="00FD7927" w:rsidP="003A58BF">
            <w:pPr>
              <w:ind w:firstLine="0"/>
              <w:rPr>
                <w:rFonts w:cs="Times New Roman"/>
                <w:szCs w:val="28"/>
                <w:lang w:val="kk-KZ"/>
              </w:rPr>
            </w:pPr>
            <w:r w:rsidRPr="000C105B">
              <w:rPr>
                <w:rFonts w:cs="Times New Roman"/>
                <w:szCs w:val="28"/>
                <w:lang w:val="kk-KZ"/>
              </w:rPr>
              <w:t>Қатысушылардың бейімделуі</w:t>
            </w:r>
          </w:p>
        </w:tc>
        <w:tc>
          <w:tcPr>
            <w:tcW w:w="2251" w:type="dxa"/>
            <w:tcBorders>
              <w:top w:val="single" w:sz="4" w:space="0" w:color="auto"/>
              <w:left w:val="single" w:sz="4" w:space="0" w:color="auto"/>
              <w:bottom w:val="single" w:sz="4" w:space="0" w:color="auto"/>
              <w:right w:val="single" w:sz="4" w:space="0" w:color="auto"/>
            </w:tcBorders>
            <w:hideMark/>
          </w:tcPr>
          <w:p w14:paraId="135BD17D" w14:textId="77777777" w:rsidR="00FD7927" w:rsidRPr="000C105B" w:rsidRDefault="00FD7927" w:rsidP="003A58BF">
            <w:pPr>
              <w:ind w:firstLine="0"/>
              <w:rPr>
                <w:rFonts w:cs="Times New Roman"/>
                <w:szCs w:val="28"/>
                <w:lang w:val="kk-KZ"/>
              </w:rPr>
            </w:pPr>
            <w:r w:rsidRPr="000C105B">
              <w:rPr>
                <w:rFonts w:cs="Times New Roman"/>
                <w:szCs w:val="28"/>
                <w:lang w:val="kk-KZ"/>
              </w:rPr>
              <w:t>Тартылуы, эмоционалдық жағдайы, ережелерді сақтау</w:t>
            </w:r>
          </w:p>
        </w:tc>
        <w:tc>
          <w:tcPr>
            <w:tcW w:w="1804" w:type="dxa"/>
            <w:tcBorders>
              <w:top w:val="single" w:sz="4" w:space="0" w:color="auto"/>
              <w:left w:val="single" w:sz="4" w:space="0" w:color="auto"/>
              <w:bottom w:val="single" w:sz="4" w:space="0" w:color="auto"/>
              <w:right w:val="single" w:sz="4" w:space="0" w:color="auto"/>
            </w:tcBorders>
            <w:hideMark/>
          </w:tcPr>
          <w:p w14:paraId="44807510" w14:textId="77777777" w:rsidR="00FD7927" w:rsidRPr="000C105B" w:rsidRDefault="00FD7927" w:rsidP="003A58BF">
            <w:pPr>
              <w:ind w:firstLine="0"/>
              <w:rPr>
                <w:rFonts w:cs="Times New Roman"/>
                <w:szCs w:val="28"/>
                <w:lang w:val="kk-KZ"/>
              </w:rPr>
            </w:pPr>
            <w:r w:rsidRPr="000C105B">
              <w:rPr>
                <w:rFonts w:cs="Times New Roman"/>
                <w:szCs w:val="28"/>
                <w:lang w:val="kk-KZ"/>
              </w:rPr>
              <w:t>Бақылау, әңгімелесу, рефлексия</w:t>
            </w:r>
          </w:p>
        </w:tc>
        <w:tc>
          <w:tcPr>
            <w:tcW w:w="2081" w:type="dxa"/>
            <w:tcBorders>
              <w:top w:val="single" w:sz="4" w:space="0" w:color="auto"/>
              <w:left w:val="single" w:sz="4" w:space="0" w:color="auto"/>
              <w:bottom w:val="single" w:sz="4" w:space="0" w:color="auto"/>
              <w:right w:val="single" w:sz="4" w:space="0" w:color="auto"/>
            </w:tcBorders>
            <w:hideMark/>
          </w:tcPr>
          <w:p w14:paraId="0F17B9B0" w14:textId="77777777" w:rsidR="00FD7927" w:rsidRPr="000C105B" w:rsidRDefault="00FD7927" w:rsidP="003A58BF">
            <w:pPr>
              <w:ind w:firstLine="0"/>
              <w:rPr>
                <w:rFonts w:cs="Times New Roman"/>
                <w:szCs w:val="28"/>
                <w:lang w:val="kk-KZ"/>
              </w:rPr>
            </w:pPr>
            <w:r w:rsidRPr="000C105B">
              <w:rPr>
                <w:rFonts w:cs="Times New Roman"/>
                <w:szCs w:val="28"/>
                <w:lang w:val="kk-KZ"/>
              </w:rPr>
              <w:t>1–3 төмен; 4–7 орта; 8–10 жоғары</w:t>
            </w:r>
          </w:p>
        </w:tc>
        <w:tc>
          <w:tcPr>
            <w:tcW w:w="1906" w:type="dxa"/>
            <w:tcBorders>
              <w:top w:val="single" w:sz="4" w:space="0" w:color="auto"/>
              <w:left w:val="single" w:sz="4" w:space="0" w:color="auto"/>
              <w:bottom w:val="single" w:sz="4" w:space="0" w:color="auto"/>
              <w:right w:val="single" w:sz="4" w:space="0" w:color="auto"/>
            </w:tcBorders>
            <w:hideMark/>
          </w:tcPr>
          <w:p w14:paraId="1C3B445F" w14:textId="2FA537A7" w:rsidR="00FD7927" w:rsidRPr="000C105B" w:rsidRDefault="00FD7927" w:rsidP="003A58BF">
            <w:pPr>
              <w:ind w:firstLine="0"/>
              <w:rPr>
                <w:rFonts w:cs="Times New Roman"/>
                <w:szCs w:val="28"/>
                <w:lang w:val="kk-KZ"/>
              </w:rPr>
            </w:pPr>
            <w:r w:rsidRPr="000C105B">
              <w:rPr>
                <w:rFonts w:cs="Times New Roman"/>
                <w:szCs w:val="28"/>
                <w:lang w:val="kk-KZ"/>
              </w:rPr>
              <w:t>Тәлімгерлер, тәрбиешілер психолог (бар болған жағдайда)</w:t>
            </w:r>
          </w:p>
        </w:tc>
      </w:tr>
      <w:tr w:rsidR="00FD7927" w:rsidRPr="000C105B" w14:paraId="4FD75A41" w14:textId="77777777" w:rsidTr="00FD7927">
        <w:trPr>
          <w:jc w:val="center"/>
        </w:trPr>
        <w:tc>
          <w:tcPr>
            <w:tcW w:w="1813" w:type="dxa"/>
            <w:tcBorders>
              <w:top w:val="single" w:sz="4" w:space="0" w:color="auto"/>
              <w:left w:val="single" w:sz="4" w:space="0" w:color="auto"/>
              <w:bottom w:val="single" w:sz="4" w:space="0" w:color="auto"/>
              <w:right w:val="single" w:sz="4" w:space="0" w:color="auto"/>
            </w:tcBorders>
            <w:hideMark/>
          </w:tcPr>
          <w:p w14:paraId="1B125402" w14:textId="77777777" w:rsidR="00FD7927" w:rsidRPr="000C105B" w:rsidRDefault="00FD7927" w:rsidP="003A58BF">
            <w:pPr>
              <w:ind w:firstLine="0"/>
              <w:rPr>
                <w:rFonts w:cs="Times New Roman"/>
                <w:szCs w:val="28"/>
                <w:lang w:val="kk-KZ"/>
              </w:rPr>
            </w:pPr>
            <w:r w:rsidRPr="000C105B">
              <w:rPr>
                <w:rFonts w:cs="Times New Roman"/>
                <w:szCs w:val="28"/>
                <w:lang w:val="kk-KZ"/>
              </w:rPr>
              <w:t>Тілдік белсенділік</w:t>
            </w:r>
          </w:p>
        </w:tc>
        <w:tc>
          <w:tcPr>
            <w:tcW w:w="2251" w:type="dxa"/>
            <w:tcBorders>
              <w:top w:val="single" w:sz="4" w:space="0" w:color="auto"/>
              <w:left w:val="single" w:sz="4" w:space="0" w:color="auto"/>
              <w:bottom w:val="single" w:sz="4" w:space="0" w:color="auto"/>
              <w:right w:val="single" w:sz="4" w:space="0" w:color="auto"/>
            </w:tcBorders>
            <w:hideMark/>
          </w:tcPr>
          <w:p w14:paraId="292D8AB9" w14:textId="77777777" w:rsidR="00FD7927" w:rsidRPr="000C105B" w:rsidRDefault="00FD7927" w:rsidP="003A58BF">
            <w:pPr>
              <w:ind w:firstLine="0"/>
              <w:rPr>
                <w:rFonts w:cs="Times New Roman"/>
                <w:szCs w:val="28"/>
                <w:lang w:val="kk-KZ"/>
              </w:rPr>
            </w:pPr>
            <w:r w:rsidRPr="000C105B">
              <w:rPr>
                <w:rFonts w:cs="Times New Roman"/>
                <w:szCs w:val="28"/>
                <w:lang w:val="kk-KZ"/>
              </w:rPr>
              <w:t>Диалогтарға, ойындарға, клубтарға, презентацияларға қатысу</w:t>
            </w:r>
          </w:p>
        </w:tc>
        <w:tc>
          <w:tcPr>
            <w:tcW w:w="1804" w:type="dxa"/>
            <w:tcBorders>
              <w:top w:val="single" w:sz="4" w:space="0" w:color="auto"/>
              <w:left w:val="single" w:sz="4" w:space="0" w:color="auto"/>
              <w:bottom w:val="single" w:sz="4" w:space="0" w:color="auto"/>
              <w:right w:val="single" w:sz="4" w:space="0" w:color="auto"/>
            </w:tcBorders>
            <w:hideMark/>
          </w:tcPr>
          <w:p w14:paraId="532FA54F" w14:textId="77777777" w:rsidR="00FD7927" w:rsidRPr="000C105B" w:rsidRDefault="00FD7927" w:rsidP="003A58BF">
            <w:pPr>
              <w:ind w:firstLine="0"/>
              <w:rPr>
                <w:rFonts w:cs="Times New Roman"/>
                <w:szCs w:val="28"/>
                <w:lang w:val="kk-KZ"/>
              </w:rPr>
            </w:pPr>
            <w:r w:rsidRPr="000C105B">
              <w:rPr>
                <w:rFonts w:cs="Times New Roman"/>
                <w:szCs w:val="28"/>
                <w:lang w:val="kk-KZ"/>
              </w:rPr>
              <w:t>Бақылау, жұмыстарды талдау, өзін-өзі бағалау</w:t>
            </w:r>
          </w:p>
        </w:tc>
        <w:tc>
          <w:tcPr>
            <w:tcW w:w="2081" w:type="dxa"/>
            <w:tcBorders>
              <w:top w:val="single" w:sz="4" w:space="0" w:color="auto"/>
              <w:left w:val="single" w:sz="4" w:space="0" w:color="auto"/>
              <w:bottom w:val="single" w:sz="4" w:space="0" w:color="auto"/>
              <w:right w:val="single" w:sz="4" w:space="0" w:color="auto"/>
            </w:tcBorders>
            <w:hideMark/>
          </w:tcPr>
          <w:p w14:paraId="65E5BA30" w14:textId="77777777" w:rsidR="00FD7927" w:rsidRPr="000C105B" w:rsidRDefault="00FD7927" w:rsidP="003A58BF">
            <w:pPr>
              <w:ind w:firstLine="0"/>
              <w:rPr>
                <w:rFonts w:cs="Times New Roman"/>
                <w:szCs w:val="28"/>
                <w:lang w:val="kk-KZ"/>
              </w:rPr>
            </w:pPr>
            <w:r w:rsidRPr="000C105B">
              <w:rPr>
                <w:rFonts w:cs="Times New Roman"/>
                <w:szCs w:val="28"/>
                <w:lang w:val="kk-KZ"/>
              </w:rPr>
              <w:t xml:space="preserve">1–3 пассивті; 4–7 тұрақты; 8–10 </w:t>
            </w:r>
            <w:r w:rsidRPr="000C105B">
              <w:rPr>
                <w:rFonts w:cs="Times New Roman"/>
                <w:szCs w:val="28"/>
                <w:lang w:val="kk-KZ"/>
              </w:rPr>
              <w:lastRenderedPageBreak/>
              <w:t>бастамашыл</w:t>
            </w:r>
          </w:p>
        </w:tc>
        <w:tc>
          <w:tcPr>
            <w:tcW w:w="1906" w:type="dxa"/>
            <w:tcBorders>
              <w:top w:val="single" w:sz="4" w:space="0" w:color="auto"/>
              <w:left w:val="single" w:sz="4" w:space="0" w:color="auto"/>
              <w:bottom w:val="single" w:sz="4" w:space="0" w:color="auto"/>
              <w:right w:val="single" w:sz="4" w:space="0" w:color="auto"/>
            </w:tcBorders>
            <w:hideMark/>
          </w:tcPr>
          <w:p w14:paraId="3924B242" w14:textId="77777777" w:rsidR="00FD7927" w:rsidRPr="000C105B" w:rsidRDefault="00FD7927" w:rsidP="003A58BF">
            <w:pPr>
              <w:ind w:firstLine="0"/>
              <w:rPr>
                <w:rFonts w:cs="Times New Roman"/>
                <w:szCs w:val="28"/>
                <w:lang w:val="kk-KZ"/>
              </w:rPr>
            </w:pPr>
            <w:r w:rsidRPr="000C105B">
              <w:rPr>
                <w:rFonts w:cs="Times New Roman"/>
                <w:szCs w:val="28"/>
                <w:lang w:val="kk-KZ"/>
              </w:rPr>
              <w:lastRenderedPageBreak/>
              <w:t>Педагогтер, әдіскер</w:t>
            </w:r>
          </w:p>
        </w:tc>
      </w:tr>
      <w:tr w:rsidR="00FD7927" w:rsidRPr="000C105B" w14:paraId="721F1FB2" w14:textId="77777777" w:rsidTr="00FD7927">
        <w:trPr>
          <w:jc w:val="center"/>
        </w:trPr>
        <w:tc>
          <w:tcPr>
            <w:tcW w:w="1813" w:type="dxa"/>
            <w:tcBorders>
              <w:top w:val="single" w:sz="4" w:space="0" w:color="auto"/>
              <w:left w:val="single" w:sz="4" w:space="0" w:color="auto"/>
              <w:bottom w:val="single" w:sz="4" w:space="0" w:color="auto"/>
              <w:right w:val="single" w:sz="4" w:space="0" w:color="auto"/>
            </w:tcBorders>
            <w:hideMark/>
          </w:tcPr>
          <w:p w14:paraId="13AE4602" w14:textId="77777777" w:rsidR="00FD7927" w:rsidRPr="000C105B" w:rsidRDefault="00FD7927" w:rsidP="003A58BF">
            <w:pPr>
              <w:ind w:firstLine="0"/>
              <w:rPr>
                <w:rFonts w:cs="Times New Roman"/>
                <w:szCs w:val="28"/>
                <w:lang w:val="kk-KZ"/>
              </w:rPr>
            </w:pPr>
            <w:r w:rsidRPr="000C105B">
              <w:rPr>
                <w:rFonts w:cs="Times New Roman"/>
                <w:szCs w:val="28"/>
                <w:lang w:val="kk-KZ"/>
              </w:rPr>
              <w:t>Оқытылатын тіл</w:t>
            </w:r>
          </w:p>
        </w:tc>
        <w:tc>
          <w:tcPr>
            <w:tcW w:w="2251" w:type="dxa"/>
            <w:tcBorders>
              <w:top w:val="single" w:sz="4" w:space="0" w:color="auto"/>
              <w:left w:val="single" w:sz="4" w:space="0" w:color="auto"/>
              <w:bottom w:val="single" w:sz="4" w:space="0" w:color="auto"/>
              <w:right w:val="single" w:sz="4" w:space="0" w:color="auto"/>
            </w:tcBorders>
            <w:hideMark/>
          </w:tcPr>
          <w:p w14:paraId="1FC07EC4" w14:textId="178E6F98" w:rsidR="00FD7927" w:rsidRPr="000C105B" w:rsidRDefault="00B76D73" w:rsidP="003A58BF">
            <w:pPr>
              <w:ind w:firstLine="0"/>
              <w:rPr>
                <w:rFonts w:cs="Times New Roman"/>
                <w:szCs w:val="28"/>
                <w:lang w:val="kk-KZ"/>
              </w:rPr>
            </w:pPr>
            <w:r>
              <w:rPr>
                <w:rFonts w:cs="Times New Roman"/>
                <w:szCs w:val="28"/>
                <w:lang w:val="kk-KZ"/>
              </w:rPr>
              <w:t>Ағылшын</w:t>
            </w:r>
            <w:r w:rsidRPr="000C105B">
              <w:rPr>
                <w:rFonts w:cs="Times New Roman"/>
                <w:szCs w:val="28"/>
                <w:lang w:val="kk-KZ"/>
              </w:rPr>
              <w:t xml:space="preserve"> </w:t>
            </w:r>
            <w:r w:rsidR="00FD7927" w:rsidRPr="000C105B">
              <w:rPr>
                <w:rFonts w:cs="Times New Roman"/>
                <w:szCs w:val="28"/>
                <w:lang w:val="kk-KZ"/>
              </w:rPr>
              <w:t>тілге қызығушылық, тілдік тапсырмаларға қатысу</w:t>
            </w:r>
          </w:p>
        </w:tc>
        <w:tc>
          <w:tcPr>
            <w:tcW w:w="1804" w:type="dxa"/>
            <w:tcBorders>
              <w:top w:val="single" w:sz="4" w:space="0" w:color="auto"/>
              <w:left w:val="single" w:sz="4" w:space="0" w:color="auto"/>
              <w:bottom w:val="single" w:sz="4" w:space="0" w:color="auto"/>
              <w:right w:val="single" w:sz="4" w:space="0" w:color="auto"/>
            </w:tcBorders>
            <w:hideMark/>
          </w:tcPr>
          <w:p w14:paraId="36CBD5FB" w14:textId="77777777" w:rsidR="00FD7927" w:rsidRPr="000C105B" w:rsidRDefault="00FD7927" w:rsidP="003A58BF">
            <w:pPr>
              <w:ind w:firstLine="0"/>
              <w:rPr>
                <w:rFonts w:cs="Times New Roman"/>
                <w:szCs w:val="28"/>
                <w:lang w:val="kk-KZ"/>
              </w:rPr>
            </w:pPr>
            <w:r w:rsidRPr="000C105B">
              <w:rPr>
                <w:rFonts w:cs="Times New Roman"/>
                <w:szCs w:val="28"/>
                <w:lang w:val="kk-KZ"/>
              </w:rPr>
              <w:t>Практикалық тапсырмалар, әңгімелесу</w:t>
            </w:r>
          </w:p>
        </w:tc>
        <w:tc>
          <w:tcPr>
            <w:tcW w:w="2081" w:type="dxa"/>
            <w:tcBorders>
              <w:top w:val="single" w:sz="4" w:space="0" w:color="auto"/>
              <w:left w:val="single" w:sz="4" w:space="0" w:color="auto"/>
              <w:bottom w:val="single" w:sz="4" w:space="0" w:color="auto"/>
              <w:right w:val="single" w:sz="4" w:space="0" w:color="auto"/>
            </w:tcBorders>
            <w:hideMark/>
          </w:tcPr>
          <w:p w14:paraId="44DCE18A" w14:textId="77777777" w:rsidR="00FD7927" w:rsidRPr="000C105B" w:rsidRDefault="00FD7927" w:rsidP="003A58BF">
            <w:pPr>
              <w:ind w:firstLine="0"/>
              <w:rPr>
                <w:rFonts w:cs="Times New Roman"/>
                <w:szCs w:val="28"/>
                <w:lang w:val="kk-KZ"/>
              </w:rPr>
            </w:pPr>
            <w:r w:rsidRPr="000C105B">
              <w:rPr>
                <w:rFonts w:cs="Times New Roman"/>
                <w:szCs w:val="28"/>
                <w:lang w:val="kk-KZ"/>
              </w:rPr>
              <w:t>1–3 базалық; 4–7 жеткілікті; 8–10 белсенді</w:t>
            </w:r>
          </w:p>
        </w:tc>
        <w:tc>
          <w:tcPr>
            <w:tcW w:w="1906" w:type="dxa"/>
            <w:tcBorders>
              <w:top w:val="single" w:sz="4" w:space="0" w:color="auto"/>
              <w:left w:val="single" w:sz="4" w:space="0" w:color="auto"/>
              <w:bottom w:val="single" w:sz="4" w:space="0" w:color="auto"/>
              <w:right w:val="single" w:sz="4" w:space="0" w:color="auto"/>
            </w:tcBorders>
            <w:hideMark/>
          </w:tcPr>
          <w:p w14:paraId="68C53F6D" w14:textId="77777777" w:rsidR="00FD7927" w:rsidRPr="000C105B" w:rsidRDefault="00FD7927" w:rsidP="003A58BF">
            <w:pPr>
              <w:ind w:firstLine="0"/>
              <w:rPr>
                <w:rFonts w:cs="Times New Roman"/>
                <w:szCs w:val="28"/>
                <w:lang w:val="kk-KZ"/>
              </w:rPr>
            </w:pPr>
            <w:r w:rsidRPr="000C105B">
              <w:rPr>
                <w:rFonts w:cs="Times New Roman"/>
                <w:szCs w:val="28"/>
                <w:lang w:val="kk-KZ"/>
              </w:rPr>
              <w:t>Педагогтер, тәлімгерлер</w:t>
            </w:r>
          </w:p>
        </w:tc>
      </w:tr>
      <w:tr w:rsidR="00FD7927" w:rsidRPr="000C105B" w14:paraId="040087E5" w14:textId="77777777" w:rsidTr="00FD7927">
        <w:trPr>
          <w:jc w:val="center"/>
        </w:trPr>
        <w:tc>
          <w:tcPr>
            <w:tcW w:w="1813" w:type="dxa"/>
            <w:tcBorders>
              <w:top w:val="single" w:sz="4" w:space="0" w:color="auto"/>
              <w:left w:val="single" w:sz="4" w:space="0" w:color="auto"/>
              <w:bottom w:val="single" w:sz="4" w:space="0" w:color="auto"/>
              <w:right w:val="single" w:sz="4" w:space="0" w:color="auto"/>
            </w:tcBorders>
            <w:hideMark/>
          </w:tcPr>
          <w:p w14:paraId="2F0FED78" w14:textId="77777777" w:rsidR="00FD7927" w:rsidRPr="000C105B" w:rsidRDefault="00FD7927" w:rsidP="003A58BF">
            <w:pPr>
              <w:ind w:firstLine="0"/>
              <w:rPr>
                <w:rFonts w:cs="Times New Roman"/>
                <w:szCs w:val="28"/>
                <w:lang w:val="kk-KZ"/>
              </w:rPr>
            </w:pPr>
            <w:r w:rsidRPr="000C105B">
              <w:rPr>
                <w:rFonts w:cs="Times New Roman"/>
                <w:szCs w:val="28"/>
                <w:lang w:val="kk-KZ"/>
              </w:rPr>
              <w:t>Әлеуметтік-мәдени мазмұн</w:t>
            </w:r>
          </w:p>
        </w:tc>
        <w:tc>
          <w:tcPr>
            <w:tcW w:w="2251" w:type="dxa"/>
            <w:tcBorders>
              <w:top w:val="single" w:sz="4" w:space="0" w:color="auto"/>
              <w:left w:val="single" w:sz="4" w:space="0" w:color="auto"/>
              <w:bottom w:val="single" w:sz="4" w:space="0" w:color="auto"/>
              <w:right w:val="single" w:sz="4" w:space="0" w:color="auto"/>
            </w:tcBorders>
            <w:hideMark/>
          </w:tcPr>
          <w:p w14:paraId="1115ED89" w14:textId="77777777" w:rsidR="00FD7927" w:rsidRPr="000C105B" w:rsidRDefault="00FD7927" w:rsidP="003A58BF">
            <w:pPr>
              <w:ind w:firstLine="0"/>
              <w:rPr>
                <w:rFonts w:cs="Times New Roman"/>
                <w:szCs w:val="28"/>
                <w:lang w:val="kk-KZ"/>
              </w:rPr>
            </w:pPr>
            <w:r w:rsidRPr="000C105B">
              <w:rPr>
                <w:rFonts w:cs="Times New Roman"/>
                <w:szCs w:val="28"/>
                <w:lang w:val="kk-KZ"/>
              </w:rPr>
              <w:t>тілдік әдебі, мәдени контексті түсіну, мәдени қарым-қатынас</w:t>
            </w:r>
          </w:p>
        </w:tc>
        <w:tc>
          <w:tcPr>
            <w:tcW w:w="1804" w:type="dxa"/>
            <w:tcBorders>
              <w:top w:val="single" w:sz="4" w:space="0" w:color="auto"/>
              <w:left w:val="single" w:sz="4" w:space="0" w:color="auto"/>
              <w:bottom w:val="single" w:sz="4" w:space="0" w:color="auto"/>
              <w:right w:val="single" w:sz="4" w:space="0" w:color="auto"/>
            </w:tcBorders>
            <w:hideMark/>
          </w:tcPr>
          <w:p w14:paraId="11466B8D" w14:textId="77777777" w:rsidR="00FD7927" w:rsidRPr="000C105B" w:rsidRDefault="00FD7927" w:rsidP="003A58BF">
            <w:pPr>
              <w:ind w:firstLine="0"/>
              <w:rPr>
                <w:rFonts w:cs="Times New Roman"/>
                <w:szCs w:val="28"/>
                <w:lang w:val="kk-KZ"/>
              </w:rPr>
            </w:pPr>
            <w:r w:rsidRPr="000C105B">
              <w:rPr>
                <w:rFonts w:cs="Times New Roman"/>
                <w:szCs w:val="28"/>
                <w:lang w:val="kk-KZ"/>
              </w:rPr>
              <w:t>Бақылау, шығармашылық тапсырмалар, рефлексия</w:t>
            </w:r>
          </w:p>
        </w:tc>
        <w:tc>
          <w:tcPr>
            <w:tcW w:w="2081" w:type="dxa"/>
            <w:tcBorders>
              <w:top w:val="single" w:sz="4" w:space="0" w:color="auto"/>
              <w:left w:val="single" w:sz="4" w:space="0" w:color="auto"/>
              <w:bottom w:val="single" w:sz="4" w:space="0" w:color="auto"/>
              <w:right w:val="single" w:sz="4" w:space="0" w:color="auto"/>
            </w:tcBorders>
            <w:hideMark/>
          </w:tcPr>
          <w:p w14:paraId="5598BE56" w14:textId="77777777" w:rsidR="00FD7927" w:rsidRPr="000C105B" w:rsidRDefault="00FD7927" w:rsidP="003A58BF">
            <w:pPr>
              <w:ind w:firstLine="0"/>
              <w:rPr>
                <w:rFonts w:cs="Times New Roman"/>
                <w:szCs w:val="28"/>
                <w:lang w:val="kk-KZ"/>
              </w:rPr>
            </w:pPr>
            <w:r w:rsidRPr="000C105B">
              <w:rPr>
                <w:rFonts w:cs="Times New Roman"/>
                <w:szCs w:val="28"/>
                <w:lang w:val="kk-KZ"/>
              </w:rPr>
              <w:t>1–3 базалық; 4–7 жеткілікті; 8–10 сенімді</w:t>
            </w:r>
          </w:p>
        </w:tc>
        <w:tc>
          <w:tcPr>
            <w:tcW w:w="1906" w:type="dxa"/>
            <w:tcBorders>
              <w:top w:val="single" w:sz="4" w:space="0" w:color="auto"/>
              <w:left w:val="single" w:sz="4" w:space="0" w:color="auto"/>
              <w:bottom w:val="single" w:sz="4" w:space="0" w:color="auto"/>
              <w:right w:val="single" w:sz="4" w:space="0" w:color="auto"/>
            </w:tcBorders>
            <w:hideMark/>
          </w:tcPr>
          <w:p w14:paraId="5FCAD955" w14:textId="77777777" w:rsidR="00FD7927" w:rsidRPr="000C105B" w:rsidRDefault="00FD7927" w:rsidP="003A58BF">
            <w:pPr>
              <w:ind w:firstLine="0"/>
              <w:rPr>
                <w:rFonts w:cs="Times New Roman"/>
                <w:szCs w:val="28"/>
                <w:lang w:val="kk-KZ"/>
              </w:rPr>
            </w:pPr>
            <w:r w:rsidRPr="000C105B">
              <w:rPr>
                <w:rFonts w:cs="Times New Roman"/>
                <w:szCs w:val="28"/>
                <w:lang w:val="kk-KZ"/>
              </w:rPr>
              <w:t>Тілдік бағыт педагогтері</w:t>
            </w:r>
          </w:p>
        </w:tc>
      </w:tr>
      <w:tr w:rsidR="00FD7927" w:rsidRPr="000C105B" w14:paraId="44782729" w14:textId="77777777" w:rsidTr="00FD7927">
        <w:trPr>
          <w:jc w:val="center"/>
        </w:trPr>
        <w:tc>
          <w:tcPr>
            <w:tcW w:w="1813" w:type="dxa"/>
            <w:tcBorders>
              <w:top w:val="single" w:sz="4" w:space="0" w:color="auto"/>
              <w:left w:val="single" w:sz="4" w:space="0" w:color="auto"/>
              <w:bottom w:val="single" w:sz="4" w:space="0" w:color="auto"/>
              <w:right w:val="single" w:sz="4" w:space="0" w:color="auto"/>
            </w:tcBorders>
            <w:hideMark/>
          </w:tcPr>
          <w:p w14:paraId="236A12E4" w14:textId="77777777" w:rsidR="00FD7927" w:rsidRPr="000C105B" w:rsidRDefault="00FD7927" w:rsidP="003A58BF">
            <w:pPr>
              <w:ind w:firstLine="0"/>
              <w:rPr>
                <w:rFonts w:cs="Times New Roman"/>
                <w:szCs w:val="28"/>
                <w:lang w:val="kk-KZ"/>
              </w:rPr>
            </w:pPr>
            <w:r w:rsidRPr="000C105B">
              <w:rPr>
                <w:rFonts w:cs="Times New Roman"/>
                <w:szCs w:val="28"/>
                <w:lang w:val="kk-KZ"/>
              </w:rPr>
              <w:t>Мәдениетаралық құзыреттілік</w:t>
            </w:r>
          </w:p>
        </w:tc>
        <w:tc>
          <w:tcPr>
            <w:tcW w:w="2251" w:type="dxa"/>
            <w:tcBorders>
              <w:top w:val="single" w:sz="4" w:space="0" w:color="auto"/>
              <w:left w:val="single" w:sz="4" w:space="0" w:color="auto"/>
              <w:bottom w:val="single" w:sz="4" w:space="0" w:color="auto"/>
              <w:right w:val="single" w:sz="4" w:space="0" w:color="auto"/>
            </w:tcBorders>
            <w:hideMark/>
          </w:tcPr>
          <w:p w14:paraId="37637F3C" w14:textId="77777777" w:rsidR="00FD7927" w:rsidRPr="000C105B" w:rsidRDefault="00FD7927" w:rsidP="003A58BF">
            <w:pPr>
              <w:ind w:firstLine="0"/>
              <w:rPr>
                <w:rFonts w:cs="Times New Roman"/>
                <w:szCs w:val="28"/>
                <w:lang w:val="kk-KZ"/>
              </w:rPr>
            </w:pPr>
            <w:r w:rsidRPr="000C105B">
              <w:rPr>
                <w:rFonts w:cs="Times New Roman"/>
                <w:szCs w:val="28"/>
                <w:lang w:val="kk-KZ"/>
              </w:rPr>
              <w:t>Тілдер мен мәдениеттерге құрмет, қарым-қатынас мәдениеті</w:t>
            </w:r>
          </w:p>
        </w:tc>
        <w:tc>
          <w:tcPr>
            <w:tcW w:w="1804" w:type="dxa"/>
            <w:tcBorders>
              <w:top w:val="single" w:sz="4" w:space="0" w:color="auto"/>
              <w:left w:val="single" w:sz="4" w:space="0" w:color="auto"/>
              <w:bottom w:val="single" w:sz="4" w:space="0" w:color="auto"/>
              <w:right w:val="single" w:sz="4" w:space="0" w:color="auto"/>
            </w:tcBorders>
            <w:hideMark/>
          </w:tcPr>
          <w:p w14:paraId="7F14E26E" w14:textId="77777777" w:rsidR="00FD7927" w:rsidRPr="000C105B" w:rsidRDefault="00FD7927" w:rsidP="003A58BF">
            <w:pPr>
              <w:ind w:firstLine="0"/>
              <w:rPr>
                <w:rFonts w:cs="Times New Roman"/>
                <w:szCs w:val="28"/>
                <w:lang w:val="kk-KZ"/>
              </w:rPr>
            </w:pPr>
            <w:r w:rsidRPr="000C105B">
              <w:rPr>
                <w:rFonts w:cs="Times New Roman"/>
                <w:szCs w:val="28"/>
                <w:lang w:val="kk-KZ"/>
              </w:rPr>
              <w:t>Бақылау, рефлексия</w:t>
            </w:r>
          </w:p>
        </w:tc>
        <w:tc>
          <w:tcPr>
            <w:tcW w:w="2081" w:type="dxa"/>
            <w:tcBorders>
              <w:top w:val="single" w:sz="4" w:space="0" w:color="auto"/>
              <w:left w:val="single" w:sz="4" w:space="0" w:color="auto"/>
              <w:bottom w:val="single" w:sz="4" w:space="0" w:color="auto"/>
              <w:right w:val="single" w:sz="4" w:space="0" w:color="auto"/>
            </w:tcBorders>
            <w:hideMark/>
          </w:tcPr>
          <w:p w14:paraId="5F3F9AA8" w14:textId="77777777" w:rsidR="00FD7927" w:rsidRPr="000C105B" w:rsidRDefault="00FD7927" w:rsidP="003A58BF">
            <w:pPr>
              <w:ind w:firstLine="0"/>
              <w:rPr>
                <w:rFonts w:cs="Times New Roman"/>
                <w:szCs w:val="28"/>
                <w:lang w:val="kk-KZ"/>
              </w:rPr>
            </w:pPr>
            <w:r w:rsidRPr="000C105B">
              <w:rPr>
                <w:rFonts w:cs="Times New Roman"/>
                <w:szCs w:val="28"/>
                <w:lang w:val="kk-KZ"/>
              </w:rPr>
              <w:t>1–3 қолдауды қажет етеді; 4–7 дамуда; 8–10 айқын</w:t>
            </w:r>
          </w:p>
        </w:tc>
        <w:tc>
          <w:tcPr>
            <w:tcW w:w="1906" w:type="dxa"/>
            <w:tcBorders>
              <w:top w:val="single" w:sz="4" w:space="0" w:color="auto"/>
              <w:left w:val="single" w:sz="4" w:space="0" w:color="auto"/>
              <w:bottom w:val="single" w:sz="4" w:space="0" w:color="auto"/>
              <w:right w:val="single" w:sz="4" w:space="0" w:color="auto"/>
            </w:tcBorders>
            <w:hideMark/>
          </w:tcPr>
          <w:p w14:paraId="261D133F" w14:textId="77777777" w:rsidR="00FD7927" w:rsidRPr="000C105B" w:rsidRDefault="00FD7927" w:rsidP="003A58BF">
            <w:pPr>
              <w:ind w:firstLine="0"/>
              <w:rPr>
                <w:rFonts w:cs="Times New Roman"/>
                <w:szCs w:val="28"/>
                <w:lang w:val="kk-KZ"/>
              </w:rPr>
            </w:pPr>
            <w:r w:rsidRPr="000C105B">
              <w:rPr>
                <w:rFonts w:cs="Times New Roman"/>
                <w:szCs w:val="28"/>
                <w:lang w:val="kk-KZ"/>
              </w:rPr>
              <w:t>Тәлімгерлер, тәрбиешілер</w:t>
            </w:r>
          </w:p>
        </w:tc>
      </w:tr>
      <w:tr w:rsidR="00FD7927" w:rsidRPr="000C105B" w14:paraId="4730ED5F" w14:textId="77777777" w:rsidTr="00FD7927">
        <w:trPr>
          <w:jc w:val="center"/>
        </w:trPr>
        <w:tc>
          <w:tcPr>
            <w:tcW w:w="1813" w:type="dxa"/>
            <w:tcBorders>
              <w:top w:val="single" w:sz="4" w:space="0" w:color="auto"/>
              <w:left w:val="single" w:sz="4" w:space="0" w:color="auto"/>
              <w:bottom w:val="single" w:sz="4" w:space="0" w:color="auto"/>
              <w:right w:val="single" w:sz="4" w:space="0" w:color="auto"/>
            </w:tcBorders>
            <w:hideMark/>
          </w:tcPr>
          <w:p w14:paraId="5083307A" w14:textId="77777777" w:rsidR="00FD7927" w:rsidRPr="000C105B" w:rsidRDefault="00FD7927" w:rsidP="003A58BF">
            <w:pPr>
              <w:ind w:firstLine="0"/>
              <w:rPr>
                <w:rFonts w:cs="Times New Roman"/>
                <w:szCs w:val="28"/>
                <w:lang w:val="kk-KZ"/>
              </w:rPr>
            </w:pPr>
            <w:r w:rsidRPr="000C105B">
              <w:rPr>
                <w:rFonts w:cs="Times New Roman"/>
                <w:szCs w:val="28"/>
                <w:lang w:val="kk-KZ"/>
              </w:rPr>
              <w:t>Жобалық қызмет</w:t>
            </w:r>
          </w:p>
        </w:tc>
        <w:tc>
          <w:tcPr>
            <w:tcW w:w="2251" w:type="dxa"/>
            <w:tcBorders>
              <w:top w:val="single" w:sz="4" w:space="0" w:color="auto"/>
              <w:left w:val="single" w:sz="4" w:space="0" w:color="auto"/>
              <w:bottom w:val="single" w:sz="4" w:space="0" w:color="auto"/>
              <w:right w:val="single" w:sz="4" w:space="0" w:color="auto"/>
            </w:tcBorders>
            <w:hideMark/>
          </w:tcPr>
          <w:p w14:paraId="53E79754" w14:textId="77777777" w:rsidR="00FD7927" w:rsidRPr="000C105B" w:rsidRDefault="00FD7927" w:rsidP="003A58BF">
            <w:pPr>
              <w:ind w:firstLine="0"/>
              <w:rPr>
                <w:rFonts w:cs="Times New Roman"/>
                <w:szCs w:val="28"/>
                <w:lang w:val="kk-KZ"/>
              </w:rPr>
            </w:pPr>
            <w:r w:rsidRPr="000C105B">
              <w:rPr>
                <w:rFonts w:cs="Times New Roman"/>
                <w:szCs w:val="28"/>
                <w:lang w:val="kk-KZ"/>
              </w:rPr>
              <w:t>Тілдік өнім дайындау, рөлдерді бөлу, презентация</w:t>
            </w:r>
          </w:p>
        </w:tc>
        <w:tc>
          <w:tcPr>
            <w:tcW w:w="1804" w:type="dxa"/>
            <w:tcBorders>
              <w:top w:val="single" w:sz="4" w:space="0" w:color="auto"/>
              <w:left w:val="single" w:sz="4" w:space="0" w:color="auto"/>
              <w:bottom w:val="single" w:sz="4" w:space="0" w:color="auto"/>
              <w:right w:val="single" w:sz="4" w:space="0" w:color="auto"/>
            </w:tcBorders>
            <w:hideMark/>
          </w:tcPr>
          <w:p w14:paraId="76A557A4" w14:textId="77777777" w:rsidR="00FD7927" w:rsidRPr="000C105B" w:rsidRDefault="00FD7927" w:rsidP="003A58BF">
            <w:pPr>
              <w:ind w:firstLine="0"/>
              <w:rPr>
                <w:rFonts w:cs="Times New Roman"/>
                <w:szCs w:val="28"/>
                <w:lang w:val="kk-KZ"/>
              </w:rPr>
            </w:pPr>
            <w:r w:rsidRPr="000C105B">
              <w:rPr>
                <w:rFonts w:cs="Times New Roman"/>
                <w:szCs w:val="28"/>
                <w:lang w:val="kk-KZ"/>
              </w:rPr>
              <w:t>Жобаларды талдау, қорғау</w:t>
            </w:r>
          </w:p>
        </w:tc>
        <w:tc>
          <w:tcPr>
            <w:tcW w:w="2081" w:type="dxa"/>
            <w:tcBorders>
              <w:top w:val="single" w:sz="4" w:space="0" w:color="auto"/>
              <w:left w:val="single" w:sz="4" w:space="0" w:color="auto"/>
              <w:bottom w:val="single" w:sz="4" w:space="0" w:color="auto"/>
              <w:right w:val="single" w:sz="4" w:space="0" w:color="auto"/>
            </w:tcBorders>
            <w:hideMark/>
          </w:tcPr>
          <w:p w14:paraId="40201E85" w14:textId="77777777" w:rsidR="00FD7927" w:rsidRPr="000C105B" w:rsidRDefault="00FD7927" w:rsidP="003A58BF">
            <w:pPr>
              <w:ind w:firstLine="0"/>
              <w:rPr>
                <w:rFonts w:cs="Times New Roman"/>
                <w:szCs w:val="28"/>
                <w:lang w:val="kk-KZ"/>
              </w:rPr>
            </w:pPr>
            <w:r w:rsidRPr="000C105B">
              <w:rPr>
                <w:rFonts w:cs="Times New Roman"/>
                <w:szCs w:val="28"/>
                <w:lang w:val="kk-KZ"/>
              </w:rPr>
              <w:t>1–3 ішінара; 4–7 жеткілікті; 8–10 белсенді</w:t>
            </w:r>
          </w:p>
        </w:tc>
        <w:tc>
          <w:tcPr>
            <w:tcW w:w="1906" w:type="dxa"/>
            <w:tcBorders>
              <w:top w:val="single" w:sz="4" w:space="0" w:color="auto"/>
              <w:left w:val="single" w:sz="4" w:space="0" w:color="auto"/>
              <w:bottom w:val="single" w:sz="4" w:space="0" w:color="auto"/>
              <w:right w:val="single" w:sz="4" w:space="0" w:color="auto"/>
            </w:tcBorders>
            <w:hideMark/>
          </w:tcPr>
          <w:p w14:paraId="2B3FBC8B" w14:textId="77777777" w:rsidR="00FD7927" w:rsidRPr="000C105B" w:rsidRDefault="00FD7927" w:rsidP="003A58BF">
            <w:pPr>
              <w:ind w:firstLine="0"/>
              <w:rPr>
                <w:rFonts w:cs="Times New Roman"/>
                <w:szCs w:val="28"/>
                <w:lang w:val="kk-KZ"/>
              </w:rPr>
            </w:pPr>
            <w:r w:rsidRPr="000C105B">
              <w:rPr>
                <w:rFonts w:cs="Times New Roman"/>
                <w:szCs w:val="28"/>
                <w:lang w:val="kk-KZ"/>
              </w:rPr>
              <w:t>Педагогтер, әдіскер</w:t>
            </w:r>
          </w:p>
        </w:tc>
      </w:tr>
      <w:tr w:rsidR="00FD7927" w:rsidRPr="000C105B" w14:paraId="54A97FFF" w14:textId="77777777" w:rsidTr="00FD7927">
        <w:trPr>
          <w:jc w:val="center"/>
        </w:trPr>
        <w:tc>
          <w:tcPr>
            <w:tcW w:w="1813" w:type="dxa"/>
            <w:tcBorders>
              <w:top w:val="single" w:sz="4" w:space="0" w:color="auto"/>
              <w:left w:val="single" w:sz="4" w:space="0" w:color="auto"/>
              <w:bottom w:val="single" w:sz="4" w:space="0" w:color="auto"/>
              <w:right w:val="single" w:sz="4" w:space="0" w:color="auto"/>
            </w:tcBorders>
            <w:hideMark/>
          </w:tcPr>
          <w:p w14:paraId="3B0F3D4A" w14:textId="77777777" w:rsidR="00FD7927" w:rsidRPr="000C105B" w:rsidRDefault="00FD7927" w:rsidP="003A58BF">
            <w:pPr>
              <w:ind w:firstLine="0"/>
              <w:rPr>
                <w:rFonts w:cs="Times New Roman"/>
                <w:szCs w:val="28"/>
                <w:lang w:val="kk-KZ"/>
              </w:rPr>
            </w:pPr>
            <w:r w:rsidRPr="000C105B">
              <w:rPr>
                <w:rFonts w:cs="Times New Roman"/>
                <w:szCs w:val="28"/>
                <w:lang w:val="kk-KZ"/>
              </w:rPr>
              <w:t>Командалық дағдылар</w:t>
            </w:r>
          </w:p>
        </w:tc>
        <w:tc>
          <w:tcPr>
            <w:tcW w:w="2251" w:type="dxa"/>
            <w:tcBorders>
              <w:top w:val="single" w:sz="4" w:space="0" w:color="auto"/>
              <w:left w:val="single" w:sz="4" w:space="0" w:color="auto"/>
              <w:bottom w:val="single" w:sz="4" w:space="0" w:color="auto"/>
              <w:right w:val="single" w:sz="4" w:space="0" w:color="auto"/>
            </w:tcBorders>
            <w:hideMark/>
          </w:tcPr>
          <w:p w14:paraId="52AF0950" w14:textId="77777777" w:rsidR="00FD7927" w:rsidRPr="000C105B" w:rsidRDefault="00FD7927" w:rsidP="003A58BF">
            <w:pPr>
              <w:ind w:firstLine="0"/>
              <w:rPr>
                <w:rFonts w:cs="Times New Roman"/>
                <w:szCs w:val="28"/>
                <w:lang w:val="kk-KZ"/>
              </w:rPr>
            </w:pPr>
            <w:r w:rsidRPr="000C105B">
              <w:rPr>
                <w:rFonts w:cs="Times New Roman"/>
                <w:szCs w:val="28"/>
                <w:lang w:val="kk-KZ"/>
              </w:rPr>
              <w:t>Ынтымақтастық, өзара көмек, жауапкершілік</w:t>
            </w:r>
          </w:p>
        </w:tc>
        <w:tc>
          <w:tcPr>
            <w:tcW w:w="1804" w:type="dxa"/>
            <w:tcBorders>
              <w:top w:val="single" w:sz="4" w:space="0" w:color="auto"/>
              <w:left w:val="single" w:sz="4" w:space="0" w:color="auto"/>
              <w:bottom w:val="single" w:sz="4" w:space="0" w:color="auto"/>
              <w:right w:val="single" w:sz="4" w:space="0" w:color="auto"/>
            </w:tcBorders>
            <w:hideMark/>
          </w:tcPr>
          <w:p w14:paraId="20051C34" w14:textId="77777777" w:rsidR="00FD7927" w:rsidRPr="000C105B" w:rsidRDefault="00FD7927" w:rsidP="003A58BF">
            <w:pPr>
              <w:ind w:firstLine="0"/>
              <w:rPr>
                <w:rFonts w:cs="Times New Roman"/>
                <w:szCs w:val="28"/>
                <w:lang w:val="kk-KZ"/>
              </w:rPr>
            </w:pPr>
            <w:r w:rsidRPr="000C105B">
              <w:rPr>
                <w:rFonts w:cs="Times New Roman"/>
                <w:szCs w:val="28"/>
                <w:lang w:val="kk-KZ"/>
              </w:rPr>
              <w:t>Бақылау, рефлексия</w:t>
            </w:r>
          </w:p>
        </w:tc>
        <w:tc>
          <w:tcPr>
            <w:tcW w:w="2081" w:type="dxa"/>
            <w:tcBorders>
              <w:top w:val="single" w:sz="4" w:space="0" w:color="auto"/>
              <w:left w:val="single" w:sz="4" w:space="0" w:color="auto"/>
              <w:bottom w:val="single" w:sz="4" w:space="0" w:color="auto"/>
              <w:right w:val="single" w:sz="4" w:space="0" w:color="auto"/>
            </w:tcBorders>
            <w:hideMark/>
          </w:tcPr>
          <w:p w14:paraId="7F17BE12" w14:textId="77777777" w:rsidR="00FD7927" w:rsidRPr="000C105B" w:rsidRDefault="00FD7927" w:rsidP="003A58BF">
            <w:pPr>
              <w:ind w:firstLine="0"/>
              <w:rPr>
                <w:rFonts w:cs="Times New Roman"/>
                <w:szCs w:val="28"/>
                <w:lang w:val="kk-KZ"/>
              </w:rPr>
            </w:pPr>
            <w:r w:rsidRPr="000C105B">
              <w:rPr>
                <w:rFonts w:cs="Times New Roman"/>
                <w:szCs w:val="28"/>
                <w:lang w:val="kk-KZ"/>
              </w:rPr>
              <w:t>1–3 қолдауды қажет етеді; 4–7 дамуда; 8–10 айқын</w:t>
            </w:r>
          </w:p>
        </w:tc>
        <w:tc>
          <w:tcPr>
            <w:tcW w:w="1906" w:type="dxa"/>
            <w:tcBorders>
              <w:top w:val="single" w:sz="4" w:space="0" w:color="auto"/>
              <w:left w:val="single" w:sz="4" w:space="0" w:color="auto"/>
              <w:bottom w:val="single" w:sz="4" w:space="0" w:color="auto"/>
              <w:right w:val="single" w:sz="4" w:space="0" w:color="auto"/>
            </w:tcBorders>
            <w:hideMark/>
          </w:tcPr>
          <w:p w14:paraId="4CE3A7CF" w14:textId="77777777" w:rsidR="00FD7927" w:rsidRPr="000C105B" w:rsidRDefault="00FD7927" w:rsidP="003A58BF">
            <w:pPr>
              <w:ind w:firstLine="0"/>
              <w:rPr>
                <w:rFonts w:cs="Times New Roman"/>
                <w:szCs w:val="28"/>
                <w:lang w:val="kk-KZ"/>
              </w:rPr>
            </w:pPr>
            <w:r w:rsidRPr="000C105B">
              <w:rPr>
                <w:rFonts w:cs="Times New Roman"/>
                <w:szCs w:val="28"/>
                <w:lang w:val="kk-KZ"/>
              </w:rPr>
              <w:t>Тәлімгерлер, тәрбиешілер</w:t>
            </w:r>
          </w:p>
        </w:tc>
      </w:tr>
      <w:tr w:rsidR="00FD7927" w:rsidRPr="000C105B" w14:paraId="4F6EC22D" w14:textId="77777777" w:rsidTr="00FD7927">
        <w:trPr>
          <w:jc w:val="center"/>
        </w:trPr>
        <w:tc>
          <w:tcPr>
            <w:tcW w:w="1813" w:type="dxa"/>
            <w:tcBorders>
              <w:top w:val="single" w:sz="4" w:space="0" w:color="auto"/>
              <w:left w:val="single" w:sz="4" w:space="0" w:color="auto"/>
              <w:bottom w:val="single" w:sz="4" w:space="0" w:color="auto"/>
              <w:right w:val="single" w:sz="4" w:space="0" w:color="auto"/>
            </w:tcBorders>
            <w:hideMark/>
          </w:tcPr>
          <w:p w14:paraId="05A044A3" w14:textId="77777777" w:rsidR="00FD7927" w:rsidRPr="000C105B" w:rsidRDefault="00FD7927" w:rsidP="003A58BF">
            <w:pPr>
              <w:ind w:firstLine="0"/>
              <w:rPr>
                <w:rFonts w:cs="Times New Roman"/>
                <w:szCs w:val="28"/>
                <w:lang w:val="kk-KZ"/>
              </w:rPr>
            </w:pPr>
            <w:r w:rsidRPr="000C105B">
              <w:rPr>
                <w:rFonts w:cs="Times New Roman"/>
                <w:szCs w:val="28"/>
                <w:lang w:val="kk-KZ"/>
              </w:rPr>
              <w:t>Спорттық-сауықтыру қызметі</w:t>
            </w:r>
          </w:p>
        </w:tc>
        <w:tc>
          <w:tcPr>
            <w:tcW w:w="2251" w:type="dxa"/>
            <w:tcBorders>
              <w:top w:val="single" w:sz="4" w:space="0" w:color="auto"/>
              <w:left w:val="single" w:sz="4" w:space="0" w:color="auto"/>
              <w:bottom w:val="single" w:sz="4" w:space="0" w:color="auto"/>
              <w:right w:val="single" w:sz="4" w:space="0" w:color="auto"/>
            </w:tcBorders>
            <w:hideMark/>
          </w:tcPr>
          <w:p w14:paraId="7075E360" w14:textId="77777777" w:rsidR="00FD7927" w:rsidRPr="000C105B" w:rsidRDefault="00FD7927" w:rsidP="003A58BF">
            <w:pPr>
              <w:ind w:firstLine="0"/>
              <w:rPr>
                <w:rFonts w:cs="Times New Roman"/>
                <w:szCs w:val="28"/>
                <w:lang w:val="kk-KZ"/>
              </w:rPr>
            </w:pPr>
            <w:r w:rsidRPr="000C105B">
              <w:rPr>
                <w:rFonts w:cs="Times New Roman"/>
                <w:szCs w:val="28"/>
                <w:lang w:val="kk-KZ"/>
              </w:rPr>
              <w:t>Қатысу, қауіпсіздікті сақтау, командалық жұмыс</w:t>
            </w:r>
          </w:p>
        </w:tc>
        <w:tc>
          <w:tcPr>
            <w:tcW w:w="1804" w:type="dxa"/>
            <w:tcBorders>
              <w:top w:val="single" w:sz="4" w:space="0" w:color="auto"/>
              <w:left w:val="single" w:sz="4" w:space="0" w:color="auto"/>
              <w:bottom w:val="single" w:sz="4" w:space="0" w:color="auto"/>
              <w:right w:val="single" w:sz="4" w:space="0" w:color="auto"/>
            </w:tcBorders>
            <w:hideMark/>
          </w:tcPr>
          <w:p w14:paraId="75A0C29F" w14:textId="77777777" w:rsidR="00FD7927" w:rsidRPr="000C105B" w:rsidRDefault="00FD7927" w:rsidP="003A58BF">
            <w:pPr>
              <w:ind w:firstLine="0"/>
              <w:rPr>
                <w:rFonts w:cs="Times New Roman"/>
                <w:szCs w:val="28"/>
                <w:lang w:val="kk-KZ"/>
              </w:rPr>
            </w:pPr>
            <w:r w:rsidRPr="000C105B">
              <w:rPr>
                <w:rFonts w:cs="Times New Roman"/>
                <w:szCs w:val="28"/>
                <w:lang w:val="kk-KZ"/>
              </w:rPr>
              <w:t>Бақылау, ойындарға қатысу</w:t>
            </w:r>
          </w:p>
        </w:tc>
        <w:tc>
          <w:tcPr>
            <w:tcW w:w="2081" w:type="dxa"/>
            <w:tcBorders>
              <w:top w:val="single" w:sz="4" w:space="0" w:color="auto"/>
              <w:left w:val="single" w:sz="4" w:space="0" w:color="auto"/>
              <w:bottom w:val="single" w:sz="4" w:space="0" w:color="auto"/>
              <w:right w:val="single" w:sz="4" w:space="0" w:color="auto"/>
            </w:tcBorders>
            <w:hideMark/>
          </w:tcPr>
          <w:p w14:paraId="33574B91" w14:textId="77777777" w:rsidR="00FD7927" w:rsidRPr="000C105B" w:rsidRDefault="00FD7927" w:rsidP="003A58BF">
            <w:pPr>
              <w:ind w:firstLine="0"/>
              <w:rPr>
                <w:rFonts w:cs="Times New Roman"/>
                <w:szCs w:val="28"/>
                <w:lang w:val="kk-KZ"/>
              </w:rPr>
            </w:pPr>
            <w:r w:rsidRPr="000C105B">
              <w:rPr>
                <w:rFonts w:cs="Times New Roman"/>
                <w:szCs w:val="28"/>
                <w:lang w:val="kk-KZ"/>
              </w:rPr>
              <w:t>1–3 төмен; 4–7 тұрақты; 8–10 жоғары</w:t>
            </w:r>
          </w:p>
        </w:tc>
        <w:tc>
          <w:tcPr>
            <w:tcW w:w="1906" w:type="dxa"/>
            <w:tcBorders>
              <w:top w:val="single" w:sz="4" w:space="0" w:color="auto"/>
              <w:left w:val="single" w:sz="4" w:space="0" w:color="auto"/>
              <w:bottom w:val="single" w:sz="4" w:space="0" w:color="auto"/>
              <w:right w:val="single" w:sz="4" w:space="0" w:color="auto"/>
            </w:tcBorders>
            <w:hideMark/>
          </w:tcPr>
          <w:p w14:paraId="36FAD29E" w14:textId="77777777" w:rsidR="00FD7927" w:rsidRPr="000C105B" w:rsidRDefault="00FD7927" w:rsidP="003A58BF">
            <w:pPr>
              <w:ind w:firstLine="0"/>
              <w:rPr>
                <w:rFonts w:cs="Times New Roman"/>
                <w:szCs w:val="28"/>
                <w:lang w:val="kk-KZ"/>
              </w:rPr>
            </w:pPr>
            <w:r w:rsidRPr="000C105B">
              <w:rPr>
                <w:rFonts w:cs="Times New Roman"/>
                <w:szCs w:val="28"/>
                <w:lang w:val="kk-KZ"/>
              </w:rPr>
              <w:t>Спортқа жауапты маман, тәлімгерлер</w:t>
            </w:r>
          </w:p>
        </w:tc>
      </w:tr>
      <w:tr w:rsidR="00FD7927" w:rsidRPr="003A58BF" w14:paraId="250D2829" w14:textId="77777777" w:rsidTr="00FD7927">
        <w:trPr>
          <w:jc w:val="center"/>
        </w:trPr>
        <w:tc>
          <w:tcPr>
            <w:tcW w:w="1813" w:type="dxa"/>
            <w:tcBorders>
              <w:top w:val="single" w:sz="4" w:space="0" w:color="auto"/>
              <w:left w:val="single" w:sz="4" w:space="0" w:color="auto"/>
              <w:bottom w:val="single" w:sz="4" w:space="0" w:color="auto"/>
              <w:right w:val="single" w:sz="4" w:space="0" w:color="auto"/>
            </w:tcBorders>
            <w:hideMark/>
          </w:tcPr>
          <w:p w14:paraId="671C1CD3" w14:textId="77777777" w:rsidR="00FD7927" w:rsidRPr="000C105B" w:rsidRDefault="00FD7927" w:rsidP="003A58BF">
            <w:pPr>
              <w:ind w:firstLine="0"/>
              <w:rPr>
                <w:rFonts w:cs="Times New Roman"/>
                <w:szCs w:val="28"/>
                <w:lang w:val="kk-KZ"/>
              </w:rPr>
            </w:pPr>
            <w:r w:rsidRPr="000C105B">
              <w:rPr>
                <w:rFonts w:cs="Times New Roman"/>
                <w:szCs w:val="28"/>
                <w:lang w:val="kk-KZ"/>
              </w:rPr>
              <w:t>Эмоционалдық әл-ауқат</w:t>
            </w:r>
          </w:p>
        </w:tc>
        <w:tc>
          <w:tcPr>
            <w:tcW w:w="2251" w:type="dxa"/>
            <w:tcBorders>
              <w:top w:val="single" w:sz="4" w:space="0" w:color="auto"/>
              <w:left w:val="single" w:sz="4" w:space="0" w:color="auto"/>
              <w:bottom w:val="single" w:sz="4" w:space="0" w:color="auto"/>
              <w:right w:val="single" w:sz="4" w:space="0" w:color="auto"/>
            </w:tcBorders>
            <w:hideMark/>
          </w:tcPr>
          <w:p w14:paraId="3C8ABABF" w14:textId="77777777" w:rsidR="00FD7927" w:rsidRPr="000C105B" w:rsidRDefault="00FD7927" w:rsidP="003A58BF">
            <w:pPr>
              <w:ind w:firstLine="0"/>
              <w:rPr>
                <w:rFonts w:cs="Times New Roman"/>
                <w:szCs w:val="28"/>
                <w:lang w:val="kk-KZ"/>
              </w:rPr>
            </w:pPr>
            <w:r w:rsidRPr="000C105B">
              <w:rPr>
                <w:rFonts w:cs="Times New Roman"/>
                <w:szCs w:val="28"/>
                <w:lang w:val="kk-KZ"/>
              </w:rPr>
              <w:t xml:space="preserve">Көңіл-күй, жайлылық, тілдік </w:t>
            </w:r>
            <w:r w:rsidRPr="000C105B">
              <w:rPr>
                <w:rFonts w:cs="Times New Roman"/>
                <w:szCs w:val="28"/>
                <w:lang w:val="kk-KZ"/>
              </w:rPr>
              <w:lastRenderedPageBreak/>
              <w:t>мазасыздықтың төмендеуі</w:t>
            </w:r>
          </w:p>
        </w:tc>
        <w:tc>
          <w:tcPr>
            <w:tcW w:w="1804" w:type="dxa"/>
            <w:tcBorders>
              <w:top w:val="single" w:sz="4" w:space="0" w:color="auto"/>
              <w:left w:val="single" w:sz="4" w:space="0" w:color="auto"/>
              <w:bottom w:val="single" w:sz="4" w:space="0" w:color="auto"/>
              <w:right w:val="single" w:sz="4" w:space="0" w:color="auto"/>
            </w:tcBorders>
            <w:hideMark/>
          </w:tcPr>
          <w:p w14:paraId="312B0109" w14:textId="77777777" w:rsidR="00FD7927" w:rsidRPr="000C105B" w:rsidRDefault="00FD7927" w:rsidP="003A58BF">
            <w:pPr>
              <w:ind w:firstLine="0"/>
              <w:rPr>
                <w:rFonts w:cs="Times New Roman"/>
                <w:szCs w:val="28"/>
                <w:lang w:val="kk-KZ"/>
              </w:rPr>
            </w:pPr>
            <w:r w:rsidRPr="000C105B">
              <w:rPr>
                <w:rFonts w:cs="Times New Roman"/>
                <w:szCs w:val="28"/>
                <w:lang w:val="kk-KZ"/>
              </w:rPr>
              <w:lastRenderedPageBreak/>
              <w:t>Әңгімелесу, рефлексия, бақылау</w:t>
            </w:r>
          </w:p>
        </w:tc>
        <w:tc>
          <w:tcPr>
            <w:tcW w:w="2081" w:type="dxa"/>
            <w:tcBorders>
              <w:top w:val="single" w:sz="4" w:space="0" w:color="auto"/>
              <w:left w:val="single" w:sz="4" w:space="0" w:color="auto"/>
              <w:bottom w:val="single" w:sz="4" w:space="0" w:color="auto"/>
              <w:right w:val="single" w:sz="4" w:space="0" w:color="auto"/>
            </w:tcBorders>
            <w:hideMark/>
          </w:tcPr>
          <w:p w14:paraId="59D39354" w14:textId="77777777" w:rsidR="00FD7927" w:rsidRPr="000C105B" w:rsidRDefault="00FD7927" w:rsidP="003A58BF">
            <w:pPr>
              <w:ind w:firstLine="0"/>
              <w:rPr>
                <w:rFonts w:cs="Times New Roman"/>
                <w:szCs w:val="28"/>
                <w:lang w:val="kk-KZ"/>
              </w:rPr>
            </w:pPr>
            <w:r w:rsidRPr="000C105B">
              <w:rPr>
                <w:rFonts w:cs="Times New Roman"/>
                <w:szCs w:val="28"/>
                <w:lang w:val="kk-KZ"/>
              </w:rPr>
              <w:t xml:space="preserve">1–3 мазасыз; 4–7 </w:t>
            </w:r>
            <w:r w:rsidRPr="000C105B">
              <w:rPr>
                <w:rFonts w:cs="Times New Roman"/>
                <w:szCs w:val="28"/>
                <w:lang w:val="kk-KZ"/>
              </w:rPr>
              <w:lastRenderedPageBreak/>
              <w:t>тұрақты; 8–10 жайлы</w:t>
            </w:r>
          </w:p>
        </w:tc>
        <w:tc>
          <w:tcPr>
            <w:tcW w:w="1906" w:type="dxa"/>
            <w:tcBorders>
              <w:top w:val="single" w:sz="4" w:space="0" w:color="auto"/>
              <w:left w:val="single" w:sz="4" w:space="0" w:color="auto"/>
              <w:bottom w:val="single" w:sz="4" w:space="0" w:color="auto"/>
              <w:right w:val="single" w:sz="4" w:space="0" w:color="auto"/>
            </w:tcBorders>
            <w:hideMark/>
          </w:tcPr>
          <w:p w14:paraId="24C7EE49" w14:textId="77777777" w:rsidR="00FD7927" w:rsidRPr="000C105B" w:rsidRDefault="00FD7927" w:rsidP="003A58BF">
            <w:pPr>
              <w:ind w:firstLine="0"/>
              <w:rPr>
                <w:rFonts w:cs="Times New Roman"/>
                <w:szCs w:val="28"/>
                <w:lang w:val="kk-KZ"/>
              </w:rPr>
            </w:pPr>
            <w:r w:rsidRPr="000C105B">
              <w:rPr>
                <w:rFonts w:cs="Times New Roman"/>
                <w:szCs w:val="28"/>
                <w:lang w:val="kk-KZ"/>
              </w:rPr>
              <w:lastRenderedPageBreak/>
              <w:t xml:space="preserve">Тәлімгерлер, психолог </w:t>
            </w:r>
            <w:r w:rsidRPr="000C105B">
              <w:rPr>
                <w:rFonts w:cs="Times New Roman"/>
                <w:szCs w:val="28"/>
                <w:lang w:val="kk-KZ"/>
              </w:rPr>
              <w:lastRenderedPageBreak/>
              <w:t>(бар болған жағдайда)</w:t>
            </w:r>
          </w:p>
        </w:tc>
      </w:tr>
      <w:tr w:rsidR="00FD7927" w:rsidRPr="000C105B" w14:paraId="03069F58" w14:textId="77777777" w:rsidTr="00FD7927">
        <w:trPr>
          <w:jc w:val="center"/>
        </w:trPr>
        <w:tc>
          <w:tcPr>
            <w:tcW w:w="1813" w:type="dxa"/>
            <w:tcBorders>
              <w:top w:val="single" w:sz="4" w:space="0" w:color="auto"/>
              <w:left w:val="single" w:sz="4" w:space="0" w:color="auto"/>
              <w:bottom w:val="single" w:sz="4" w:space="0" w:color="auto"/>
              <w:right w:val="single" w:sz="4" w:space="0" w:color="auto"/>
            </w:tcBorders>
            <w:hideMark/>
          </w:tcPr>
          <w:p w14:paraId="04CA64DF" w14:textId="77777777" w:rsidR="00FD7927" w:rsidRPr="000C105B" w:rsidRDefault="00FD7927" w:rsidP="003A58BF">
            <w:pPr>
              <w:ind w:firstLine="0"/>
              <w:rPr>
                <w:rFonts w:cs="Times New Roman"/>
                <w:szCs w:val="28"/>
                <w:lang w:val="kk-KZ"/>
              </w:rPr>
            </w:pPr>
            <w:r w:rsidRPr="000C105B">
              <w:rPr>
                <w:rFonts w:cs="Times New Roman"/>
                <w:szCs w:val="28"/>
                <w:lang w:val="kk-KZ"/>
              </w:rPr>
              <w:lastRenderedPageBreak/>
              <w:t>Қанағаттану деңгейі</w:t>
            </w:r>
          </w:p>
        </w:tc>
        <w:tc>
          <w:tcPr>
            <w:tcW w:w="2251" w:type="dxa"/>
            <w:tcBorders>
              <w:top w:val="single" w:sz="4" w:space="0" w:color="auto"/>
              <w:left w:val="single" w:sz="4" w:space="0" w:color="auto"/>
              <w:bottom w:val="single" w:sz="4" w:space="0" w:color="auto"/>
              <w:right w:val="single" w:sz="4" w:space="0" w:color="auto"/>
            </w:tcBorders>
            <w:hideMark/>
          </w:tcPr>
          <w:p w14:paraId="638C666C" w14:textId="77777777" w:rsidR="00FD7927" w:rsidRPr="000C105B" w:rsidRDefault="00FD7927" w:rsidP="003A58BF">
            <w:pPr>
              <w:ind w:firstLine="0"/>
              <w:rPr>
                <w:rFonts w:cs="Times New Roman"/>
                <w:szCs w:val="28"/>
                <w:lang w:val="kk-KZ"/>
              </w:rPr>
            </w:pPr>
            <w:r w:rsidRPr="000C105B">
              <w:rPr>
                <w:rFonts w:cs="Times New Roman"/>
                <w:szCs w:val="28"/>
                <w:lang w:val="kk-KZ"/>
              </w:rPr>
              <w:t>Ауысымға, жағдайға, іс-шараларға көзқарас</w:t>
            </w:r>
          </w:p>
        </w:tc>
        <w:tc>
          <w:tcPr>
            <w:tcW w:w="1804" w:type="dxa"/>
            <w:tcBorders>
              <w:top w:val="single" w:sz="4" w:space="0" w:color="auto"/>
              <w:left w:val="single" w:sz="4" w:space="0" w:color="auto"/>
              <w:bottom w:val="single" w:sz="4" w:space="0" w:color="auto"/>
              <w:right w:val="single" w:sz="4" w:space="0" w:color="auto"/>
            </w:tcBorders>
            <w:hideMark/>
          </w:tcPr>
          <w:p w14:paraId="1C422BE8" w14:textId="77777777" w:rsidR="00FD7927" w:rsidRPr="000C105B" w:rsidRDefault="00FD7927" w:rsidP="003A58BF">
            <w:pPr>
              <w:ind w:firstLine="0"/>
              <w:rPr>
                <w:rFonts w:cs="Times New Roman"/>
                <w:szCs w:val="28"/>
                <w:lang w:val="kk-KZ"/>
              </w:rPr>
            </w:pPr>
            <w:r w:rsidRPr="000C105B">
              <w:rPr>
                <w:rFonts w:cs="Times New Roman"/>
                <w:szCs w:val="28"/>
                <w:lang w:val="kk-KZ"/>
              </w:rPr>
              <w:t>Сауалнама, кері байланыс</w:t>
            </w:r>
          </w:p>
        </w:tc>
        <w:tc>
          <w:tcPr>
            <w:tcW w:w="2081" w:type="dxa"/>
            <w:tcBorders>
              <w:top w:val="single" w:sz="4" w:space="0" w:color="auto"/>
              <w:left w:val="single" w:sz="4" w:space="0" w:color="auto"/>
              <w:bottom w:val="single" w:sz="4" w:space="0" w:color="auto"/>
              <w:right w:val="single" w:sz="4" w:space="0" w:color="auto"/>
            </w:tcBorders>
            <w:hideMark/>
          </w:tcPr>
          <w:p w14:paraId="319B219F" w14:textId="77777777" w:rsidR="00FD7927" w:rsidRPr="000C105B" w:rsidRDefault="00FD7927" w:rsidP="003A58BF">
            <w:pPr>
              <w:ind w:firstLine="0"/>
              <w:rPr>
                <w:rFonts w:cs="Times New Roman"/>
                <w:szCs w:val="28"/>
                <w:lang w:val="kk-KZ"/>
              </w:rPr>
            </w:pPr>
            <w:r w:rsidRPr="000C105B">
              <w:rPr>
                <w:rFonts w:cs="Times New Roman"/>
                <w:szCs w:val="28"/>
                <w:lang w:val="kk-KZ"/>
              </w:rPr>
              <w:t>1–3 төмен; 4–7 жеткілікті; 8–10 жоғары</w:t>
            </w:r>
          </w:p>
        </w:tc>
        <w:tc>
          <w:tcPr>
            <w:tcW w:w="1906" w:type="dxa"/>
            <w:tcBorders>
              <w:top w:val="single" w:sz="4" w:space="0" w:color="auto"/>
              <w:left w:val="single" w:sz="4" w:space="0" w:color="auto"/>
              <w:bottom w:val="single" w:sz="4" w:space="0" w:color="auto"/>
              <w:right w:val="single" w:sz="4" w:space="0" w:color="auto"/>
            </w:tcBorders>
            <w:hideMark/>
          </w:tcPr>
          <w:p w14:paraId="2765AF66" w14:textId="77777777" w:rsidR="00FD7927" w:rsidRPr="000C105B" w:rsidRDefault="00FD7927" w:rsidP="003A58BF">
            <w:pPr>
              <w:ind w:firstLine="0"/>
              <w:rPr>
                <w:rFonts w:cs="Times New Roman"/>
                <w:szCs w:val="28"/>
                <w:lang w:val="kk-KZ"/>
              </w:rPr>
            </w:pPr>
            <w:r w:rsidRPr="000C105B">
              <w:rPr>
                <w:rFonts w:cs="Times New Roman"/>
                <w:szCs w:val="28"/>
                <w:lang w:val="kk-KZ"/>
              </w:rPr>
              <w:t>Әкімшілік, әдіскер</w:t>
            </w:r>
          </w:p>
        </w:tc>
      </w:tr>
    </w:tbl>
    <w:p w14:paraId="301BAACB" w14:textId="77777777" w:rsidR="00FD7927" w:rsidRPr="000C105B" w:rsidRDefault="00FD7927" w:rsidP="003A58BF">
      <w:pPr>
        <w:pStyle w:val="21"/>
        <w:spacing w:before="0" w:after="0"/>
        <w:ind w:firstLine="709"/>
        <w:rPr>
          <w:rFonts w:cs="Times New Roman"/>
          <w:szCs w:val="28"/>
          <w:lang w:val="kk-KZ"/>
        </w:rPr>
      </w:pPr>
      <w:r w:rsidRPr="000C105B">
        <w:rPr>
          <w:rFonts w:cs="Times New Roman"/>
          <w:szCs w:val="28"/>
          <w:lang w:val="kk-KZ"/>
        </w:rPr>
        <w:t xml:space="preserve">Мониторинг нәтижелерін есепке алу тәртібі </w:t>
      </w:r>
    </w:p>
    <w:p w14:paraId="3073ED97" w14:textId="0A38BA16" w:rsidR="00FD7927" w:rsidRPr="000C105B" w:rsidRDefault="00FD7927" w:rsidP="003A58BF">
      <w:pPr>
        <w:jc w:val="both"/>
        <w:rPr>
          <w:rFonts w:cs="Times New Roman"/>
          <w:szCs w:val="28"/>
          <w:lang w:val="kk-KZ"/>
        </w:rPr>
      </w:pPr>
      <w:r w:rsidRPr="000C105B">
        <w:rPr>
          <w:rFonts w:cs="Times New Roman"/>
          <w:szCs w:val="28"/>
          <w:lang w:val="kk-KZ"/>
        </w:rPr>
        <w:t>Ағымдағы мониторинг нәтижелері</w:t>
      </w:r>
      <w:r w:rsidR="00493936" w:rsidRPr="000C105B">
        <w:rPr>
          <w:rFonts w:cs="Times New Roman"/>
          <w:szCs w:val="28"/>
          <w:lang w:val="kk-KZ"/>
        </w:rPr>
        <w:t>не</w:t>
      </w:r>
      <w:r w:rsidRPr="000C105B">
        <w:rPr>
          <w:rFonts w:cs="Times New Roman"/>
          <w:szCs w:val="28"/>
          <w:lang w:val="kk-KZ"/>
        </w:rPr>
        <w:t xml:space="preserve"> педагогикалық ұжым іс-шараларды ұйымдастыруға, жүктемені бөлуге, қатысушыларға қолдау көрсету формаларына және ауысымның келесі күндерінің мазмұнына жедел түзетулер енгізеді. Ауысым аяқталғаннан кейін мониторинг нәтижелері жинақталып, келесі ауысымдарды жоспарлау, әдістемелік материалдарды жаңарту және Бағдарламаны жетілдір</w:t>
      </w:r>
      <w:bookmarkStart w:id="2" w:name="_GoBack"/>
      <w:bookmarkEnd w:id="2"/>
      <w:r w:rsidRPr="000C105B">
        <w:rPr>
          <w:rFonts w:cs="Times New Roman"/>
          <w:szCs w:val="28"/>
          <w:lang w:val="kk-KZ"/>
        </w:rPr>
        <w:t>у барысында пайдаланылады.</w:t>
      </w:r>
    </w:p>
    <w:p w14:paraId="6A6E7B0A" w14:textId="0A9D3690" w:rsidR="00FD7927" w:rsidRDefault="00FD7927" w:rsidP="003A58BF">
      <w:pPr>
        <w:jc w:val="both"/>
        <w:rPr>
          <w:rFonts w:cs="Times New Roman"/>
          <w:szCs w:val="28"/>
          <w:lang w:val="kk-KZ"/>
        </w:rPr>
      </w:pPr>
    </w:p>
    <w:p w14:paraId="4C42DE85" w14:textId="77777777" w:rsidR="003A58BF" w:rsidRPr="000C105B" w:rsidRDefault="003A58BF" w:rsidP="003A58BF">
      <w:pPr>
        <w:jc w:val="both"/>
        <w:rPr>
          <w:rFonts w:cs="Times New Roman"/>
          <w:szCs w:val="28"/>
          <w:lang w:val="kk-KZ"/>
        </w:rPr>
      </w:pPr>
    </w:p>
    <w:p w14:paraId="2B732FE3" w14:textId="77777777" w:rsidR="00FD7927" w:rsidRPr="000C105B" w:rsidRDefault="00FD7927" w:rsidP="003A58BF">
      <w:pPr>
        <w:pStyle w:val="21"/>
        <w:spacing w:before="0" w:after="0"/>
        <w:ind w:firstLine="709"/>
        <w:rPr>
          <w:rFonts w:cs="Times New Roman"/>
          <w:szCs w:val="28"/>
          <w:lang w:val="kk-KZ"/>
        </w:rPr>
      </w:pPr>
      <w:r w:rsidRPr="000C105B">
        <w:rPr>
          <w:rFonts w:cs="Times New Roman"/>
          <w:szCs w:val="28"/>
          <w:lang w:val="kk-KZ"/>
        </w:rPr>
        <w:t>9-бөлім. Негізгі және қосымша әдебиеттер тізімі</w:t>
      </w:r>
    </w:p>
    <w:p w14:paraId="7D00D79A" w14:textId="77777777" w:rsidR="00FD7927" w:rsidRPr="000C105B" w:rsidRDefault="00FD7927" w:rsidP="003A58BF">
      <w:pPr>
        <w:pStyle w:val="21"/>
        <w:spacing w:before="0" w:after="0"/>
        <w:ind w:firstLine="709"/>
        <w:rPr>
          <w:rFonts w:cs="Times New Roman"/>
          <w:szCs w:val="28"/>
          <w:lang w:val="kk-KZ"/>
        </w:rPr>
      </w:pPr>
      <w:r w:rsidRPr="000C105B">
        <w:rPr>
          <w:rFonts w:cs="Times New Roman"/>
          <w:szCs w:val="28"/>
          <w:lang w:val="kk-KZ"/>
        </w:rPr>
        <w:t>Нормативтік құқықтық актілер</w:t>
      </w:r>
    </w:p>
    <w:p w14:paraId="245C1B5E" w14:textId="77777777" w:rsidR="00FD7927" w:rsidRPr="000C105B" w:rsidRDefault="00FD7927" w:rsidP="003A58BF">
      <w:pPr>
        <w:numPr>
          <w:ilvl w:val="0"/>
          <w:numId w:val="15"/>
        </w:numPr>
        <w:tabs>
          <w:tab w:val="clear" w:pos="720"/>
          <w:tab w:val="num" w:pos="360"/>
          <w:tab w:val="left" w:pos="993"/>
        </w:tabs>
        <w:ind w:left="0" w:firstLine="709"/>
        <w:rPr>
          <w:rFonts w:cs="Times New Roman"/>
          <w:szCs w:val="28"/>
          <w:lang w:val="kk-KZ"/>
        </w:rPr>
      </w:pPr>
      <w:r w:rsidRPr="000C105B">
        <w:rPr>
          <w:rFonts w:cs="Times New Roman"/>
          <w:szCs w:val="28"/>
          <w:lang w:val="kk-KZ"/>
        </w:rPr>
        <w:t xml:space="preserve">Қазақстан Республикасының Конституциясы. </w:t>
      </w:r>
    </w:p>
    <w:p w14:paraId="7C92B8B1" w14:textId="77777777" w:rsidR="00FD7927" w:rsidRPr="000C105B" w:rsidRDefault="00FD7927" w:rsidP="003A58BF">
      <w:pPr>
        <w:numPr>
          <w:ilvl w:val="0"/>
          <w:numId w:val="15"/>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Қазақстан Республикасының «Білім туралы» Заңы 2007 жылғы 27 шілдедегі № 319-III. </w:t>
      </w:r>
    </w:p>
    <w:p w14:paraId="23C44C73" w14:textId="77777777" w:rsidR="00FD7927" w:rsidRPr="000C105B" w:rsidRDefault="00FD7927" w:rsidP="003A58BF">
      <w:pPr>
        <w:numPr>
          <w:ilvl w:val="0"/>
          <w:numId w:val="15"/>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Қазақстан Республикасының «Қазақстан Республикасындағы бала құқықтары туралы» Заңы 2002 жылғы 8 тамыздағы № 345. </w:t>
      </w:r>
    </w:p>
    <w:p w14:paraId="3CB58BDA" w14:textId="77777777" w:rsidR="00FD7927" w:rsidRPr="000C105B" w:rsidRDefault="00FD7927" w:rsidP="003A58BF">
      <w:pPr>
        <w:numPr>
          <w:ilvl w:val="0"/>
          <w:numId w:val="15"/>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Қазақстан Республикасының «Халық денсаулығы және денсаулық сақтау жүйесі туралы» Кодексі 2020 жылғы 7 шілдедегі № 360-VI. </w:t>
      </w:r>
    </w:p>
    <w:p w14:paraId="1BC30D41" w14:textId="77777777" w:rsidR="00FD7927" w:rsidRPr="000C105B" w:rsidRDefault="00FD7927" w:rsidP="003A58BF">
      <w:pPr>
        <w:numPr>
          <w:ilvl w:val="0"/>
          <w:numId w:val="15"/>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Қазақстан Республикасының «Педагог мәртебесі туралы» Заңы 2019 жылғы 27 желтоқсандағы № 293-VI. </w:t>
      </w:r>
    </w:p>
    <w:p w14:paraId="24E02F09" w14:textId="77777777" w:rsidR="00FD7927" w:rsidRPr="000C105B" w:rsidRDefault="00FD7927" w:rsidP="003A58BF">
      <w:pPr>
        <w:numPr>
          <w:ilvl w:val="0"/>
          <w:numId w:val="15"/>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Кәмелетке толмағандарға арналған білім беру-сауықтыру бағдарламаларын әзірлеу, келісу және бекіту қағидалары, сондай-ақ олардың құрылымы мен мазмұнына қойылатын талаптар. </w:t>
      </w:r>
    </w:p>
    <w:p w14:paraId="47793D7E" w14:textId="77777777" w:rsidR="00FD7927" w:rsidRPr="000C105B" w:rsidRDefault="00FD7927" w:rsidP="003A58BF">
      <w:pPr>
        <w:numPr>
          <w:ilvl w:val="0"/>
          <w:numId w:val="15"/>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Қазақстан Республикасы Оқу-ағарту министрінің 2025 жылғы 7 қазандағы № 237 бұйрығымен бекітілген білім беру ұйымдарында балалардың демалысы мен сауықтыруын ұйымдастыру қағидалары. </w:t>
      </w:r>
    </w:p>
    <w:p w14:paraId="1138E0B8" w14:textId="77777777" w:rsidR="00FD7927" w:rsidRPr="000C105B" w:rsidRDefault="00FD7927" w:rsidP="003A58BF">
      <w:pPr>
        <w:numPr>
          <w:ilvl w:val="0"/>
          <w:numId w:val="15"/>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Жоғары және жоғары оқу орнынан кейінгі білім беру ұйымдарынан басқа, білім беру ұйымдарының тиісті түрлері мен үлгілерінің қызметінің үлгілік қағидалары, Қазақстан Республикасы Оқу-ағарту министрінің 2022 жылғы 31 тамыздағы № 385 бұйрығымен бекітілген. </w:t>
      </w:r>
    </w:p>
    <w:p w14:paraId="4E11B36E" w14:textId="77777777" w:rsidR="00FD7927" w:rsidRPr="000C105B" w:rsidRDefault="00FD7927" w:rsidP="003A58BF">
      <w:pPr>
        <w:numPr>
          <w:ilvl w:val="0"/>
          <w:numId w:val="15"/>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«Балалар сауықтыру және санаторийлік объектілеріне қойылатын санитариялық-эпидемиологиялық талаптар» санитариялық қағидалары, </w:t>
      </w:r>
      <w:r w:rsidRPr="000C105B">
        <w:rPr>
          <w:rFonts w:cs="Times New Roman"/>
          <w:szCs w:val="28"/>
          <w:lang w:val="kk-KZ"/>
        </w:rPr>
        <w:lastRenderedPageBreak/>
        <w:t xml:space="preserve">Қазақстан Республикасы Денсаулық сақтау министрінің 2022 жылғы 10 тамыздағы № ҚР ДСМ-78 бұйрығымен бекітілген. </w:t>
      </w:r>
    </w:p>
    <w:p w14:paraId="181D72D5" w14:textId="77777777" w:rsidR="00FD7927" w:rsidRPr="000C105B" w:rsidRDefault="00FD7927" w:rsidP="003A58BF">
      <w:pPr>
        <w:numPr>
          <w:ilvl w:val="0"/>
          <w:numId w:val="15"/>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Дене шынықтыру және спорт сабақтарын өткізу кезіндегі қауіпсіздік қағидалары, Қазақстан Республикасы Мәдениет және спорт министрінің 2014 жылғы 3 қарашадағы № 68 бұйрығымен бекітілген. </w:t>
      </w:r>
    </w:p>
    <w:p w14:paraId="3CCB1020" w14:textId="54BB6F97" w:rsidR="00FD7927" w:rsidRPr="000C105B" w:rsidRDefault="00FD7927" w:rsidP="003A58BF">
      <w:pPr>
        <w:numPr>
          <w:ilvl w:val="0"/>
          <w:numId w:val="15"/>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«Адал азамат» бір</w:t>
      </w:r>
      <w:r w:rsidR="00470B74" w:rsidRPr="000C105B">
        <w:rPr>
          <w:rFonts w:cs="Times New Roman"/>
          <w:szCs w:val="28"/>
          <w:lang w:val="kk-KZ"/>
        </w:rPr>
        <w:t>тұтас</w:t>
      </w:r>
      <w:r w:rsidRPr="000C105B">
        <w:rPr>
          <w:rFonts w:cs="Times New Roman"/>
          <w:szCs w:val="28"/>
          <w:lang w:val="kk-KZ"/>
        </w:rPr>
        <w:t xml:space="preserve"> тәрбие бағдарламасы. </w:t>
      </w:r>
    </w:p>
    <w:p w14:paraId="55365EAF" w14:textId="77777777" w:rsidR="00FD7927" w:rsidRPr="000C105B" w:rsidRDefault="00FD7927" w:rsidP="003A58BF">
      <w:pPr>
        <w:numPr>
          <w:ilvl w:val="0"/>
          <w:numId w:val="15"/>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Кәмелетке толмағандардың демалысын, сауықтыруын, тәрбиесін, қосымша білім беруін, медициналық сүйемелдеуін және қауіпсіздігін ұйымдастыру мәселелерін реттейтін өзге де Қазақстан Республикасының нормативтік құқықтық актілері.</w:t>
      </w:r>
    </w:p>
    <w:p w14:paraId="21DB4F38" w14:textId="77777777" w:rsidR="00FD7927" w:rsidRPr="000C105B" w:rsidRDefault="00FD7927" w:rsidP="003A58BF">
      <w:pPr>
        <w:pStyle w:val="21"/>
        <w:tabs>
          <w:tab w:val="left" w:pos="993"/>
        </w:tabs>
        <w:spacing w:before="0" w:after="0"/>
        <w:ind w:firstLine="709"/>
        <w:rPr>
          <w:rFonts w:cs="Times New Roman"/>
          <w:szCs w:val="28"/>
          <w:lang w:val="kk-KZ"/>
        </w:rPr>
      </w:pPr>
      <w:r w:rsidRPr="000C105B">
        <w:rPr>
          <w:rFonts w:cs="Times New Roman"/>
          <w:szCs w:val="28"/>
          <w:lang w:val="kk-KZ"/>
        </w:rPr>
        <w:t>Оқу-әдістемелік және қосымша материалдар</w:t>
      </w:r>
    </w:p>
    <w:p w14:paraId="757AE38B" w14:textId="6675CCC1" w:rsidR="00FD7927" w:rsidRPr="000C105B" w:rsidRDefault="00FD7927" w:rsidP="003A58BF">
      <w:pPr>
        <w:numPr>
          <w:ilvl w:val="0"/>
          <w:numId w:val="16"/>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Балалардың каникул кезеңінде демалысын, сауықтыруын және бос уақытын ұйымдастыру</w:t>
      </w:r>
      <w:r w:rsidR="00493936" w:rsidRPr="000C105B">
        <w:rPr>
          <w:rFonts w:cs="Times New Roman"/>
          <w:szCs w:val="28"/>
          <w:lang w:val="kk-KZ"/>
        </w:rPr>
        <w:t>ға</w:t>
      </w:r>
      <w:r w:rsidRPr="000C105B">
        <w:rPr>
          <w:rFonts w:cs="Times New Roman"/>
          <w:szCs w:val="28"/>
          <w:lang w:val="kk-KZ"/>
        </w:rPr>
        <w:t xml:space="preserve"> әдістемелік ұсынымдар. </w:t>
      </w:r>
    </w:p>
    <w:p w14:paraId="0678414A" w14:textId="2C861B6A" w:rsidR="00FD7927" w:rsidRPr="000C105B" w:rsidRDefault="00FD7927" w:rsidP="003A58BF">
      <w:pPr>
        <w:numPr>
          <w:ilvl w:val="0"/>
          <w:numId w:val="16"/>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Балалар </w:t>
      </w:r>
      <w:r w:rsidR="00B76D73">
        <w:rPr>
          <w:rFonts w:cs="Times New Roman"/>
          <w:szCs w:val="28"/>
          <w:lang w:val="kk-KZ"/>
        </w:rPr>
        <w:t>БСЛ</w:t>
      </w:r>
      <w:r w:rsidRPr="000C105B">
        <w:rPr>
          <w:rFonts w:cs="Times New Roman"/>
          <w:szCs w:val="28"/>
          <w:lang w:val="kk-KZ"/>
        </w:rPr>
        <w:t xml:space="preserve"> тәрбие жұмысын ұйымдастыруға арналған әдістемелік материалдар. </w:t>
      </w:r>
    </w:p>
    <w:p w14:paraId="4E6D55AD" w14:textId="77777777" w:rsidR="00FD7927" w:rsidRPr="000C105B" w:rsidRDefault="00FD7927" w:rsidP="003A58BF">
      <w:pPr>
        <w:numPr>
          <w:ilvl w:val="0"/>
          <w:numId w:val="16"/>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Балалар мен жасөспірімдердің коммуникативтік дағдылары мен soft skills дамытуға арналған әдістемелік материалдар. </w:t>
      </w:r>
    </w:p>
    <w:p w14:paraId="537CA49D" w14:textId="4E56DE7A" w:rsidR="00FD7927" w:rsidRPr="000C105B" w:rsidRDefault="00FD7927" w:rsidP="003A58BF">
      <w:pPr>
        <w:numPr>
          <w:ilvl w:val="0"/>
          <w:numId w:val="16"/>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Тілдік клубтарды, сөйлеу </w:t>
      </w:r>
      <w:r w:rsidR="00493936" w:rsidRPr="000C105B">
        <w:rPr>
          <w:rFonts w:cs="Times New Roman"/>
          <w:szCs w:val="28"/>
          <w:lang w:val="kk-KZ"/>
        </w:rPr>
        <w:t>тәжірибесіне</w:t>
      </w:r>
      <w:r w:rsidRPr="000C105B">
        <w:rPr>
          <w:rFonts w:cs="Times New Roman"/>
          <w:szCs w:val="28"/>
          <w:lang w:val="kk-KZ"/>
        </w:rPr>
        <w:t xml:space="preserve"> және мәдениетаралық коммуникацияны ұйымдастыруға арналған әдістемелік материалдар. </w:t>
      </w:r>
    </w:p>
    <w:p w14:paraId="6FC401E9" w14:textId="77777777" w:rsidR="00FD7927" w:rsidRPr="000C105B" w:rsidRDefault="00FD7927" w:rsidP="003A58BF">
      <w:pPr>
        <w:numPr>
          <w:ilvl w:val="0"/>
          <w:numId w:val="16"/>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Тілдік ойындар, сөйлеу жаттығулары, коммуникативтік тапсырмалар және шығармашылық сценарийлер жинақтары. </w:t>
      </w:r>
    </w:p>
    <w:p w14:paraId="4D8A308B" w14:textId="77777777" w:rsidR="00FD7927" w:rsidRPr="000C105B" w:rsidRDefault="00FD7927" w:rsidP="003A58BF">
      <w:pPr>
        <w:numPr>
          <w:ilvl w:val="0"/>
          <w:numId w:val="16"/>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Қозғалмалы, ұлттық, спорттық және командалық ойындар жинақтары. </w:t>
      </w:r>
    </w:p>
    <w:p w14:paraId="497529B9" w14:textId="0923DDE5" w:rsidR="00FD7927" w:rsidRPr="000C105B" w:rsidRDefault="00FD7927" w:rsidP="003A58BF">
      <w:pPr>
        <w:numPr>
          <w:ilvl w:val="0"/>
          <w:numId w:val="16"/>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Медиа сауаттылық, цифрлық қауіпсіздік және желідегі жауапты мінез-құлық </w:t>
      </w:r>
      <w:r w:rsidR="00493936" w:rsidRPr="000C105B">
        <w:rPr>
          <w:rFonts w:cs="Times New Roman"/>
          <w:szCs w:val="28"/>
          <w:lang w:val="kk-KZ"/>
        </w:rPr>
        <w:t>сәйкес</w:t>
      </w:r>
      <w:r w:rsidRPr="000C105B">
        <w:rPr>
          <w:rFonts w:cs="Times New Roman"/>
          <w:szCs w:val="28"/>
          <w:lang w:val="kk-KZ"/>
        </w:rPr>
        <w:t xml:space="preserve"> материалдар. </w:t>
      </w:r>
    </w:p>
    <w:p w14:paraId="2ECE8742" w14:textId="77777777" w:rsidR="00FD7927" w:rsidRPr="000C105B" w:rsidRDefault="00FD7927" w:rsidP="003A58BF">
      <w:pPr>
        <w:numPr>
          <w:ilvl w:val="0"/>
          <w:numId w:val="16"/>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Жобалық қызметті, балалардың өзін-өзі басқаруын және командалық жұмысты ұйымдастыруға арналған әдістемелік материалдар. </w:t>
      </w:r>
    </w:p>
    <w:p w14:paraId="4427BBC7" w14:textId="77777777" w:rsidR="00FD7927" w:rsidRPr="000C105B" w:rsidRDefault="00FD7927" w:rsidP="003A58BF">
      <w:pPr>
        <w:numPr>
          <w:ilvl w:val="0"/>
          <w:numId w:val="16"/>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Уақытша балалар ұжымында балалардың бейімделуіне арналған психологиялық-педагогикалық материалдар. </w:t>
      </w:r>
    </w:p>
    <w:p w14:paraId="435BA21A" w14:textId="5C372861" w:rsidR="00FD7927" w:rsidRPr="000C105B" w:rsidRDefault="006B4211" w:rsidP="003A58BF">
      <w:pPr>
        <w:numPr>
          <w:ilvl w:val="0"/>
          <w:numId w:val="16"/>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 </w:t>
      </w:r>
      <w:r w:rsidR="00FD7927" w:rsidRPr="000C105B">
        <w:rPr>
          <w:rFonts w:cs="Times New Roman"/>
          <w:szCs w:val="28"/>
          <w:lang w:val="kk-KZ"/>
        </w:rPr>
        <w:t xml:space="preserve">Мемлекеттік тілге, ұлттық құндылықтарға және мәдениетаралық диалогқа құрмет қалыптастыруға арналған материалдар. </w:t>
      </w:r>
    </w:p>
    <w:p w14:paraId="2D668CFF" w14:textId="0ABEFE87" w:rsidR="00FD7927" w:rsidRPr="000C105B" w:rsidRDefault="006B4211" w:rsidP="003A58BF">
      <w:pPr>
        <w:numPr>
          <w:ilvl w:val="0"/>
          <w:numId w:val="16"/>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 </w:t>
      </w:r>
      <w:r w:rsidR="00FD7927" w:rsidRPr="000C105B">
        <w:rPr>
          <w:rFonts w:cs="Times New Roman"/>
          <w:szCs w:val="28"/>
          <w:lang w:val="kk-KZ"/>
        </w:rPr>
        <w:t xml:space="preserve">Тіл фестивальдері, шығармашылық қойылымдар, мәдени станциялар және презентациялар сценарийлері. </w:t>
      </w:r>
    </w:p>
    <w:p w14:paraId="523BEC66" w14:textId="4A111DFA" w:rsidR="00FD7927" w:rsidRPr="000C105B" w:rsidRDefault="006B4211" w:rsidP="003A58BF">
      <w:pPr>
        <w:numPr>
          <w:ilvl w:val="0"/>
          <w:numId w:val="16"/>
        </w:numPr>
        <w:tabs>
          <w:tab w:val="clear" w:pos="720"/>
          <w:tab w:val="num" w:pos="360"/>
          <w:tab w:val="left" w:pos="993"/>
        </w:tabs>
        <w:ind w:left="0" w:firstLine="709"/>
        <w:jc w:val="both"/>
        <w:rPr>
          <w:rFonts w:cs="Times New Roman"/>
          <w:szCs w:val="28"/>
          <w:lang w:val="kk-KZ"/>
        </w:rPr>
      </w:pPr>
      <w:r w:rsidRPr="000C105B">
        <w:rPr>
          <w:rFonts w:cs="Times New Roman"/>
          <w:szCs w:val="28"/>
          <w:lang w:val="kk-KZ"/>
        </w:rPr>
        <w:t xml:space="preserve"> </w:t>
      </w:r>
      <w:r w:rsidR="00FD7927" w:rsidRPr="000C105B">
        <w:rPr>
          <w:rFonts w:cs="Times New Roman"/>
          <w:szCs w:val="28"/>
          <w:lang w:val="kk-KZ"/>
        </w:rPr>
        <w:t>Соңғы 5 жылдағы тілдік білім беру, коммуникативтік әдістемелер және балалар демалысын ұйымдастыру</w:t>
      </w:r>
      <w:r w:rsidR="00493936" w:rsidRPr="000C105B">
        <w:rPr>
          <w:rFonts w:cs="Times New Roman"/>
          <w:szCs w:val="28"/>
          <w:lang w:val="kk-KZ"/>
        </w:rPr>
        <w:t>ға</w:t>
      </w:r>
      <w:r w:rsidR="00FD7927" w:rsidRPr="000C105B">
        <w:rPr>
          <w:rFonts w:cs="Times New Roman"/>
          <w:szCs w:val="28"/>
          <w:lang w:val="kk-KZ"/>
        </w:rPr>
        <w:t xml:space="preserve"> өзекті отандық және шетелдік дереккөздер. </w:t>
      </w:r>
    </w:p>
    <w:p w14:paraId="5FE8F61F" w14:textId="77777777" w:rsidR="00FD7927" w:rsidRPr="000C105B" w:rsidRDefault="00FD7927" w:rsidP="003A58BF">
      <w:pPr>
        <w:tabs>
          <w:tab w:val="left" w:pos="993"/>
        </w:tabs>
        <w:jc w:val="both"/>
        <w:rPr>
          <w:rFonts w:cs="Times New Roman"/>
          <w:szCs w:val="28"/>
          <w:lang w:val="kk-KZ"/>
        </w:rPr>
      </w:pPr>
      <w:r w:rsidRPr="000C105B">
        <w:rPr>
          <w:rFonts w:cs="Times New Roman"/>
          <w:szCs w:val="28"/>
          <w:lang w:val="kk-KZ"/>
        </w:rPr>
        <w:t>Оқу-әдістемелік, ғылыми, анықтамалық және электрондық дереккөздер тізімі Ұйым тарапынан бағдарламаның тілдік бағытына, өзекті қазақстандық және шетелдік тәжірибелерге, сондай-ақ іске асыру шарттарына сәйкес үнемі толықтырылып отырады.</w:t>
      </w:r>
    </w:p>
    <w:p w14:paraId="04C767E0" w14:textId="77777777" w:rsidR="00FD1E65" w:rsidRPr="003F063C" w:rsidRDefault="00FD1E65" w:rsidP="003A58BF">
      <w:pPr>
        <w:tabs>
          <w:tab w:val="left" w:pos="993"/>
        </w:tabs>
        <w:rPr>
          <w:rFonts w:cs="Times New Roman"/>
          <w:szCs w:val="28"/>
          <w:lang w:val="kk-KZ"/>
        </w:rPr>
      </w:pPr>
    </w:p>
    <w:sectPr w:rsidR="00FD1E65" w:rsidRPr="003F063C" w:rsidSect="006F47BE">
      <w:footerReference w:type="default" r:id="rId8"/>
      <w:pgSz w:w="11906" w:h="16838"/>
      <w:pgMar w:top="1134" w:right="850" w:bottom="1134" w:left="1417" w:header="1417" w:footer="141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80E3CA" w14:textId="77777777" w:rsidR="00B506AB" w:rsidRDefault="00B506AB" w:rsidP="006F47BE">
      <w:r>
        <w:separator/>
      </w:r>
    </w:p>
  </w:endnote>
  <w:endnote w:type="continuationSeparator" w:id="0">
    <w:p w14:paraId="337C78E7" w14:textId="77777777" w:rsidR="00B506AB" w:rsidRDefault="00B506AB" w:rsidP="006F4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1598357"/>
      <w:docPartObj>
        <w:docPartGallery w:val="Page Numbers (Bottom of Page)"/>
        <w:docPartUnique/>
      </w:docPartObj>
    </w:sdtPr>
    <w:sdtEndPr/>
    <w:sdtContent>
      <w:p w14:paraId="2B315B36" w14:textId="4ACBAD0F" w:rsidR="00A535F5" w:rsidRDefault="00A535F5" w:rsidP="006F47BE">
        <w:pPr>
          <w:pStyle w:val="a7"/>
          <w:tabs>
            <w:tab w:val="clear" w:pos="4680"/>
            <w:tab w:val="center" w:pos="4395"/>
          </w:tabs>
          <w:ind w:firstLine="0"/>
          <w:jc w:val="center"/>
        </w:pPr>
        <w:r>
          <w:fldChar w:fldCharType="begin"/>
        </w:r>
        <w:r>
          <w:instrText>PAGE   \* MERGEFORMAT</w:instrText>
        </w:r>
        <w:r>
          <w:fldChar w:fldCharType="separate"/>
        </w:r>
        <w:r>
          <w:rPr>
            <w:lang w:val="ru-RU"/>
          </w:rPr>
          <w:t>2</w:t>
        </w:r>
        <w:r>
          <w:fldChar w:fldCharType="end"/>
        </w:r>
      </w:p>
    </w:sdtContent>
  </w:sdt>
  <w:p w14:paraId="06ABBE5B" w14:textId="77777777" w:rsidR="00A535F5" w:rsidRDefault="00A535F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5FFBD1" w14:textId="77777777" w:rsidR="00B506AB" w:rsidRDefault="00B506AB" w:rsidP="006F47BE">
      <w:r>
        <w:separator/>
      </w:r>
    </w:p>
  </w:footnote>
  <w:footnote w:type="continuationSeparator" w:id="0">
    <w:p w14:paraId="39D90A31" w14:textId="77777777" w:rsidR="00B506AB" w:rsidRDefault="00B506AB" w:rsidP="006F47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7452053"/>
    <w:multiLevelType w:val="multilevel"/>
    <w:tmpl w:val="73863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E87758D"/>
    <w:multiLevelType w:val="multilevel"/>
    <w:tmpl w:val="E8C8ED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69332C9"/>
    <w:multiLevelType w:val="multilevel"/>
    <w:tmpl w:val="ECA06E5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5D454A"/>
    <w:multiLevelType w:val="multilevel"/>
    <w:tmpl w:val="B58AF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F23130"/>
    <w:multiLevelType w:val="multilevel"/>
    <w:tmpl w:val="6BCC07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65C201F0"/>
    <w:multiLevelType w:val="multilevel"/>
    <w:tmpl w:val="11E49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EC84198"/>
    <w:multiLevelType w:val="multilevel"/>
    <w:tmpl w:val="4B86E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4"/>
  </w:num>
  <w:num w:numId="11">
    <w:abstractNumId w:val="11"/>
  </w:num>
  <w:num w:numId="12">
    <w:abstractNumId w:val="12"/>
  </w:num>
  <w:num w:numId="13">
    <w:abstractNumId w:val="9"/>
  </w:num>
  <w:num w:numId="14">
    <w:abstractNumId w:val="15"/>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0E3"/>
    <w:rsid w:val="00006784"/>
    <w:rsid w:val="000251AB"/>
    <w:rsid w:val="00034616"/>
    <w:rsid w:val="0004154D"/>
    <w:rsid w:val="000515B1"/>
    <w:rsid w:val="00052469"/>
    <w:rsid w:val="00052B79"/>
    <w:rsid w:val="00052F5E"/>
    <w:rsid w:val="00057768"/>
    <w:rsid w:val="0006063C"/>
    <w:rsid w:val="00060F87"/>
    <w:rsid w:val="00063B60"/>
    <w:rsid w:val="0008230E"/>
    <w:rsid w:val="000C105B"/>
    <w:rsid w:val="000D3D7F"/>
    <w:rsid w:val="000D7FE6"/>
    <w:rsid w:val="000E4B4A"/>
    <w:rsid w:val="000F1161"/>
    <w:rsid w:val="001012AE"/>
    <w:rsid w:val="00101B91"/>
    <w:rsid w:val="00105D86"/>
    <w:rsid w:val="00131A5C"/>
    <w:rsid w:val="0015074B"/>
    <w:rsid w:val="00185280"/>
    <w:rsid w:val="00192D8F"/>
    <w:rsid w:val="001A414F"/>
    <w:rsid w:val="001E4113"/>
    <w:rsid w:val="00206A31"/>
    <w:rsid w:val="002073E9"/>
    <w:rsid w:val="00210C87"/>
    <w:rsid w:val="00212A0A"/>
    <w:rsid w:val="0023540D"/>
    <w:rsid w:val="0023565C"/>
    <w:rsid w:val="002470C9"/>
    <w:rsid w:val="002554D0"/>
    <w:rsid w:val="00260278"/>
    <w:rsid w:val="00262B11"/>
    <w:rsid w:val="0029639D"/>
    <w:rsid w:val="002B2191"/>
    <w:rsid w:val="002D13C3"/>
    <w:rsid w:val="002D6E06"/>
    <w:rsid w:val="002F02B8"/>
    <w:rsid w:val="003119AA"/>
    <w:rsid w:val="003256FA"/>
    <w:rsid w:val="00326F90"/>
    <w:rsid w:val="0033240E"/>
    <w:rsid w:val="00336FB1"/>
    <w:rsid w:val="003378DC"/>
    <w:rsid w:val="00352B44"/>
    <w:rsid w:val="003559E4"/>
    <w:rsid w:val="00367C20"/>
    <w:rsid w:val="003815ED"/>
    <w:rsid w:val="00397B60"/>
    <w:rsid w:val="003A0221"/>
    <w:rsid w:val="003A58BF"/>
    <w:rsid w:val="003F063C"/>
    <w:rsid w:val="003F31F7"/>
    <w:rsid w:val="003F5043"/>
    <w:rsid w:val="00406B81"/>
    <w:rsid w:val="00422DD6"/>
    <w:rsid w:val="00442090"/>
    <w:rsid w:val="00451503"/>
    <w:rsid w:val="00470B74"/>
    <w:rsid w:val="00487797"/>
    <w:rsid w:val="00493936"/>
    <w:rsid w:val="004C1256"/>
    <w:rsid w:val="00502D8E"/>
    <w:rsid w:val="00523C4F"/>
    <w:rsid w:val="00550E85"/>
    <w:rsid w:val="0056102A"/>
    <w:rsid w:val="005C7739"/>
    <w:rsid w:val="005D2573"/>
    <w:rsid w:val="005E7DA7"/>
    <w:rsid w:val="005E7FDD"/>
    <w:rsid w:val="005F6553"/>
    <w:rsid w:val="0060501A"/>
    <w:rsid w:val="006139A5"/>
    <w:rsid w:val="00620950"/>
    <w:rsid w:val="00645645"/>
    <w:rsid w:val="00646454"/>
    <w:rsid w:val="00673BEB"/>
    <w:rsid w:val="00690EBA"/>
    <w:rsid w:val="00697A84"/>
    <w:rsid w:val="006A45ED"/>
    <w:rsid w:val="006B4211"/>
    <w:rsid w:val="006B5C45"/>
    <w:rsid w:val="006F47BE"/>
    <w:rsid w:val="007213EC"/>
    <w:rsid w:val="00752793"/>
    <w:rsid w:val="00755186"/>
    <w:rsid w:val="00796A2A"/>
    <w:rsid w:val="007D1CB5"/>
    <w:rsid w:val="007D57DE"/>
    <w:rsid w:val="007F36E7"/>
    <w:rsid w:val="00810FF4"/>
    <w:rsid w:val="00814698"/>
    <w:rsid w:val="0083661A"/>
    <w:rsid w:val="00843D98"/>
    <w:rsid w:val="0085042D"/>
    <w:rsid w:val="00890B01"/>
    <w:rsid w:val="00893572"/>
    <w:rsid w:val="008D5F5D"/>
    <w:rsid w:val="008E5A38"/>
    <w:rsid w:val="008E7D18"/>
    <w:rsid w:val="008F38D4"/>
    <w:rsid w:val="00903072"/>
    <w:rsid w:val="009251B8"/>
    <w:rsid w:val="00932B38"/>
    <w:rsid w:val="0093440E"/>
    <w:rsid w:val="00941CA8"/>
    <w:rsid w:val="00942AC2"/>
    <w:rsid w:val="0095602B"/>
    <w:rsid w:val="00956CBF"/>
    <w:rsid w:val="00963A40"/>
    <w:rsid w:val="00972798"/>
    <w:rsid w:val="00976C0A"/>
    <w:rsid w:val="00990179"/>
    <w:rsid w:val="009D55B3"/>
    <w:rsid w:val="009E72C7"/>
    <w:rsid w:val="009F7C66"/>
    <w:rsid w:val="00A06158"/>
    <w:rsid w:val="00A13891"/>
    <w:rsid w:val="00A2358A"/>
    <w:rsid w:val="00A4524F"/>
    <w:rsid w:val="00A535F5"/>
    <w:rsid w:val="00A84D85"/>
    <w:rsid w:val="00A96733"/>
    <w:rsid w:val="00AA1D8D"/>
    <w:rsid w:val="00AB5B46"/>
    <w:rsid w:val="00AD3E72"/>
    <w:rsid w:val="00AD6ED0"/>
    <w:rsid w:val="00AD7B3F"/>
    <w:rsid w:val="00AE237C"/>
    <w:rsid w:val="00B04E77"/>
    <w:rsid w:val="00B23342"/>
    <w:rsid w:val="00B47730"/>
    <w:rsid w:val="00B506AB"/>
    <w:rsid w:val="00B65C70"/>
    <w:rsid w:val="00B76D73"/>
    <w:rsid w:val="00B9286B"/>
    <w:rsid w:val="00BC2F4B"/>
    <w:rsid w:val="00BE268E"/>
    <w:rsid w:val="00BE3F4C"/>
    <w:rsid w:val="00BE6774"/>
    <w:rsid w:val="00C10879"/>
    <w:rsid w:val="00C13AAE"/>
    <w:rsid w:val="00C14997"/>
    <w:rsid w:val="00C355F3"/>
    <w:rsid w:val="00C422E9"/>
    <w:rsid w:val="00C67466"/>
    <w:rsid w:val="00C7082A"/>
    <w:rsid w:val="00C74317"/>
    <w:rsid w:val="00C821E8"/>
    <w:rsid w:val="00CA690A"/>
    <w:rsid w:val="00CB0664"/>
    <w:rsid w:val="00CB1A74"/>
    <w:rsid w:val="00CB3896"/>
    <w:rsid w:val="00CC3A7B"/>
    <w:rsid w:val="00CE0D03"/>
    <w:rsid w:val="00D031DC"/>
    <w:rsid w:val="00D2426E"/>
    <w:rsid w:val="00D44CBF"/>
    <w:rsid w:val="00D46C99"/>
    <w:rsid w:val="00D56A0D"/>
    <w:rsid w:val="00D57E62"/>
    <w:rsid w:val="00D643B4"/>
    <w:rsid w:val="00D65439"/>
    <w:rsid w:val="00DE1056"/>
    <w:rsid w:val="00E33BB6"/>
    <w:rsid w:val="00E40251"/>
    <w:rsid w:val="00E41F9E"/>
    <w:rsid w:val="00E61FD4"/>
    <w:rsid w:val="00E62B34"/>
    <w:rsid w:val="00E710B7"/>
    <w:rsid w:val="00E735DF"/>
    <w:rsid w:val="00E80F09"/>
    <w:rsid w:val="00EE309A"/>
    <w:rsid w:val="00EE3D57"/>
    <w:rsid w:val="00F20A63"/>
    <w:rsid w:val="00F75342"/>
    <w:rsid w:val="00F76E5B"/>
    <w:rsid w:val="00F77C20"/>
    <w:rsid w:val="00FC693F"/>
    <w:rsid w:val="00FD0EC9"/>
    <w:rsid w:val="00FD1E65"/>
    <w:rsid w:val="00FD7927"/>
    <w:rsid w:val="00FE0772"/>
    <w:rsid w:val="00FF07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F332F8"/>
  <w14:defaultImageDpi w14:val="300"/>
  <w15:docId w15:val="{DBA4295F-4737-4EF8-B3BA-250A9A27E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ind w:firstLine="709"/>
    </w:pPr>
    <w:rPr>
      <w:rFonts w:ascii="Times New Roman" w:eastAsia="Times New Roman" w:hAnsi="Times New Roman"/>
      <w:sz w:val="28"/>
    </w:rPr>
  </w:style>
  <w:style w:type="paragraph" w:styleId="1">
    <w:name w:val="heading 1"/>
    <w:basedOn w:val="a1"/>
    <w:next w:val="a1"/>
    <w:link w:val="10"/>
    <w:uiPriority w:val="9"/>
    <w:qFormat/>
    <w:rsid w:val="00C821E8"/>
    <w:pPr>
      <w:keepNext/>
      <w:keepLines/>
      <w:spacing w:before="160" w:after="80"/>
      <w:ind w:firstLine="0"/>
      <w:outlineLvl w:val="0"/>
    </w:pPr>
    <w:rPr>
      <w:rFonts w:eastAsiaTheme="majorEastAsia" w:cstheme="majorBidi"/>
      <w:b/>
      <w:bCs/>
      <w:szCs w:val="28"/>
    </w:rPr>
  </w:style>
  <w:style w:type="paragraph" w:styleId="21">
    <w:name w:val="heading 2"/>
    <w:basedOn w:val="a1"/>
    <w:next w:val="a1"/>
    <w:link w:val="22"/>
    <w:uiPriority w:val="9"/>
    <w:unhideWhenUsed/>
    <w:qFormat/>
    <w:rsid w:val="00C821E8"/>
    <w:pPr>
      <w:keepNext/>
      <w:keepLines/>
      <w:spacing w:before="160" w:after="80"/>
      <w:ind w:firstLine="0"/>
      <w:outlineLvl w:val="1"/>
    </w:pPr>
    <w:rPr>
      <w:rFonts w:eastAsiaTheme="majorEastAsia" w:cstheme="majorBidi"/>
      <w:b/>
      <w:bCs/>
      <w:szCs w:val="26"/>
    </w:rPr>
  </w:style>
  <w:style w:type="paragraph" w:styleId="31">
    <w:name w:val="heading 3"/>
    <w:basedOn w:val="a1"/>
    <w:next w:val="a1"/>
    <w:link w:val="32"/>
    <w:uiPriority w:val="9"/>
    <w:unhideWhenUsed/>
    <w:qFormat/>
    <w:rsid w:val="00C821E8"/>
    <w:pPr>
      <w:keepNext/>
      <w:keepLines/>
      <w:spacing w:before="160" w:after="80"/>
      <w:ind w:firstLine="0"/>
      <w:outlineLvl w:val="2"/>
    </w:pPr>
    <w:rPr>
      <w:rFonts w:eastAsiaTheme="majorEastAsia" w:cstheme="majorBidi"/>
      <w:b/>
      <w:bCs/>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C821E8"/>
    <w:rPr>
      <w:rFonts w:ascii="Times New Roman" w:eastAsiaTheme="majorEastAsia" w:hAnsi="Times New Roman" w:cstheme="majorBidi"/>
      <w:b/>
      <w:bCs/>
      <w:sz w:val="28"/>
      <w:szCs w:val="28"/>
    </w:rPr>
  </w:style>
  <w:style w:type="character" w:customStyle="1" w:styleId="22">
    <w:name w:val="Заголовок 2 Знак"/>
    <w:basedOn w:val="a2"/>
    <w:link w:val="21"/>
    <w:uiPriority w:val="9"/>
    <w:rsid w:val="00C821E8"/>
    <w:rPr>
      <w:rFonts w:ascii="Times New Roman" w:eastAsiaTheme="majorEastAsia" w:hAnsi="Times New Roman" w:cstheme="majorBidi"/>
      <w:b/>
      <w:bCs/>
      <w:sz w:val="28"/>
      <w:szCs w:val="26"/>
    </w:rPr>
  </w:style>
  <w:style w:type="character" w:customStyle="1" w:styleId="32">
    <w:name w:val="Заголовок 3 Знак"/>
    <w:basedOn w:val="a2"/>
    <w:link w:val="31"/>
    <w:uiPriority w:val="9"/>
    <w:rsid w:val="00C821E8"/>
    <w:rPr>
      <w:rFonts w:ascii="Times New Roman" w:eastAsiaTheme="majorEastAsia" w:hAnsi="Times New Roman" w:cstheme="majorBidi"/>
      <w:b/>
      <w:bCs/>
      <w:sz w:val="28"/>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semiHidden/>
    <w:unhideWhenUsed/>
    <w:rsid w:val="00052469"/>
    <w:pPr>
      <w:spacing w:before="100" w:beforeAutospacing="1" w:after="100" w:afterAutospacing="1"/>
      <w:ind w:firstLine="0"/>
    </w:pPr>
    <w:rPr>
      <w:rFonts w:cs="Times New Roman"/>
      <w:sz w:val="24"/>
      <w:szCs w:val="24"/>
    </w:rPr>
  </w:style>
  <w:style w:type="character" w:customStyle="1" w:styleId="ypks7kbdpwfgdykd3qb9">
    <w:name w:val="ypks7kbdpwfgdykd3qb9"/>
    <w:basedOn w:val="a2"/>
    <w:rsid w:val="00903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767902">
      <w:bodyDiv w:val="1"/>
      <w:marLeft w:val="0"/>
      <w:marRight w:val="0"/>
      <w:marTop w:val="0"/>
      <w:marBottom w:val="0"/>
      <w:divBdr>
        <w:top w:val="none" w:sz="0" w:space="0" w:color="auto"/>
        <w:left w:val="none" w:sz="0" w:space="0" w:color="auto"/>
        <w:bottom w:val="none" w:sz="0" w:space="0" w:color="auto"/>
        <w:right w:val="none" w:sz="0" w:space="0" w:color="auto"/>
      </w:divBdr>
    </w:div>
    <w:div w:id="84226338">
      <w:bodyDiv w:val="1"/>
      <w:marLeft w:val="0"/>
      <w:marRight w:val="0"/>
      <w:marTop w:val="0"/>
      <w:marBottom w:val="0"/>
      <w:divBdr>
        <w:top w:val="none" w:sz="0" w:space="0" w:color="auto"/>
        <w:left w:val="none" w:sz="0" w:space="0" w:color="auto"/>
        <w:bottom w:val="none" w:sz="0" w:space="0" w:color="auto"/>
        <w:right w:val="none" w:sz="0" w:space="0" w:color="auto"/>
      </w:divBdr>
    </w:div>
    <w:div w:id="96951230">
      <w:bodyDiv w:val="1"/>
      <w:marLeft w:val="0"/>
      <w:marRight w:val="0"/>
      <w:marTop w:val="0"/>
      <w:marBottom w:val="0"/>
      <w:divBdr>
        <w:top w:val="none" w:sz="0" w:space="0" w:color="auto"/>
        <w:left w:val="none" w:sz="0" w:space="0" w:color="auto"/>
        <w:bottom w:val="none" w:sz="0" w:space="0" w:color="auto"/>
        <w:right w:val="none" w:sz="0" w:space="0" w:color="auto"/>
      </w:divBdr>
    </w:div>
    <w:div w:id="187305699">
      <w:bodyDiv w:val="1"/>
      <w:marLeft w:val="0"/>
      <w:marRight w:val="0"/>
      <w:marTop w:val="0"/>
      <w:marBottom w:val="0"/>
      <w:divBdr>
        <w:top w:val="none" w:sz="0" w:space="0" w:color="auto"/>
        <w:left w:val="none" w:sz="0" w:space="0" w:color="auto"/>
        <w:bottom w:val="none" w:sz="0" w:space="0" w:color="auto"/>
        <w:right w:val="none" w:sz="0" w:space="0" w:color="auto"/>
      </w:divBdr>
    </w:div>
    <w:div w:id="213542730">
      <w:bodyDiv w:val="1"/>
      <w:marLeft w:val="0"/>
      <w:marRight w:val="0"/>
      <w:marTop w:val="0"/>
      <w:marBottom w:val="0"/>
      <w:divBdr>
        <w:top w:val="none" w:sz="0" w:space="0" w:color="auto"/>
        <w:left w:val="none" w:sz="0" w:space="0" w:color="auto"/>
        <w:bottom w:val="none" w:sz="0" w:space="0" w:color="auto"/>
        <w:right w:val="none" w:sz="0" w:space="0" w:color="auto"/>
      </w:divBdr>
      <w:divsChild>
        <w:div w:id="68967651">
          <w:marLeft w:val="0"/>
          <w:marRight w:val="0"/>
          <w:marTop w:val="0"/>
          <w:marBottom w:val="0"/>
          <w:divBdr>
            <w:top w:val="none" w:sz="0" w:space="0" w:color="auto"/>
            <w:left w:val="none" w:sz="0" w:space="0" w:color="auto"/>
            <w:bottom w:val="none" w:sz="0" w:space="0" w:color="auto"/>
            <w:right w:val="none" w:sz="0" w:space="0" w:color="auto"/>
          </w:divBdr>
          <w:divsChild>
            <w:div w:id="62802619">
              <w:marLeft w:val="0"/>
              <w:marRight w:val="0"/>
              <w:marTop w:val="0"/>
              <w:marBottom w:val="0"/>
              <w:divBdr>
                <w:top w:val="none" w:sz="0" w:space="0" w:color="auto"/>
                <w:left w:val="none" w:sz="0" w:space="0" w:color="auto"/>
                <w:bottom w:val="none" w:sz="0" w:space="0" w:color="auto"/>
                <w:right w:val="none" w:sz="0" w:space="0" w:color="auto"/>
              </w:divBdr>
              <w:divsChild>
                <w:div w:id="682636435">
                  <w:marLeft w:val="0"/>
                  <w:marRight w:val="0"/>
                  <w:marTop w:val="0"/>
                  <w:marBottom w:val="0"/>
                  <w:divBdr>
                    <w:top w:val="none" w:sz="0" w:space="0" w:color="auto"/>
                    <w:left w:val="none" w:sz="0" w:space="0" w:color="auto"/>
                    <w:bottom w:val="none" w:sz="0" w:space="0" w:color="auto"/>
                    <w:right w:val="none" w:sz="0" w:space="0" w:color="auto"/>
                  </w:divBdr>
                  <w:divsChild>
                    <w:div w:id="333996837">
                      <w:marLeft w:val="0"/>
                      <w:marRight w:val="0"/>
                      <w:marTop w:val="0"/>
                      <w:marBottom w:val="0"/>
                      <w:divBdr>
                        <w:top w:val="none" w:sz="0" w:space="0" w:color="auto"/>
                        <w:left w:val="none" w:sz="0" w:space="0" w:color="auto"/>
                        <w:bottom w:val="none" w:sz="0" w:space="0" w:color="auto"/>
                        <w:right w:val="none" w:sz="0" w:space="0" w:color="auto"/>
                      </w:divBdr>
                      <w:divsChild>
                        <w:div w:id="817453913">
                          <w:marLeft w:val="0"/>
                          <w:marRight w:val="0"/>
                          <w:marTop w:val="0"/>
                          <w:marBottom w:val="0"/>
                          <w:divBdr>
                            <w:top w:val="none" w:sz="0" w:space="0" w:color="auto"/>
                            <w:left w:val="none" w:sz="0" w:space="0" w:color="auto"/>
                            <w:bottom w:val="none" w:sz="0" w:space="0" w:color="auto"/>
                            <w:right w:val="none" w:sz="0" w:space="0" w:color="auto"/>
                          </w:divBdr>
                          <w:divsChild>
                            <w:div w:id="21784898">
                              <w:marLeft w:val="0"/>
                              <w:marRight w:val="0"/>
                              <w:marTop w:val="0"/>
                              <w:marBottom w:val="0"/>
                              <w:divBdr>
                                <w:top w:val="none" w:sz="0" w:space="0" w:color="auto"/>
                                <w:left w:val="none" w:sz="0" w:space="0" w:color="auto"/>
                                <w:bottom w:val="none" w:sz="0" w:space="0" w:color="auto"/>
                                <w:right w:val="none" w:sz="0" w:space="0" w:color="auto"/>
                              </w:divBdr>
                              <w:divsChild>
                                <w:div w:id="1254507158">
                                  <w:marLeft w:val="0"/>
                                  <w:marRight w:val="0"/>
                                  <w:marTop w:val="0"/>
                                  <w:marBottom w:val="0"/>
                                  <w:divBdr>
                                    <w:top w:val="none" w:sz="0" w:space="0" w:color="auto"/>
                                    <w:left w:val="none" w:sz="0" w:space="0" w:color="auto"/>
                                    <w:bottom w:val="none" w:sz="0" w:space="0" w:color="auto"/>
                                    <w:right w:val="none" w:sz="0" w:space="0" w:color="auto"/>
                                  </w:divBdr>
                                  <w:divsChild>
                                    <w:div w:id="150997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4166888">
      <w:bodyDiv w:val="1"/>
      <w:marLeft w:val="0"/>
      <w:marRight w:val="0"/>
      <w:marTop w:val="0"/>
      <w:marBottom w:val="0"/>
      <w:divBdr>
        <w:top w:val="none" w:sz="0" w:space="0" w:color="auto"/>
        <w:left w:val="none" w:sz="0" w:space="0" w:color="auto"/>
        <w:bottom w:val="none" w:sz="0" w:space="0" w:color="auto"/>
        <w:right w:val="none" w:sz="0" w:space="0" w:color="auto"/>
      </w:divBdr>
      <w:divsChild>
        <w:div w:id="1219244866">
          <w:marLeft w:val="0"/>
          <w:marRight w:val="0"/>
          <w:marTop w:val="0"/>
          <w:marBottom w:val="0"/>
          <w:divBdr>
            <w:top w:val="none" w:sz="0" w:space="0" w:color="auto"/>
            <w:left w:val="none" w:sz="0" w:space="0" w:color="auto"/>
            <w:bottom w:val="none" w:sz="0" w:space="0" w:color="auto"/>
            <w:right w:val="none" w:sz="0" w:space="0" w:color="auto"/>
          </w:divBdr>
          <w:divsChild>
            <w:div w:id="1168250300">
              <w:marLeft w:val="0"/>
              <w:marRight w:val="0"/>
              <w:marTop w:val="0"/>
              <w:marBottom w:val="0"/>
              <w:divBdr>
                <w:top w:val="none" w:sz="0" w:space="0" w:color="auto"/>
                <w:left w:val="none" w:sz="0" w:space="0" w:color="auto"/>
                <w:bottom w:val="none" w:sz="0" w:space="0" w:color="auto"/>
                <w:right w:val="none" w:sz="0" w:space="0" w:color="auto"/>
              </w:divBdr>
              <w:divsChild>
                <w:div w:id="9141288">
                  <w:marLeft w:val="0"/>
                  <w:marRight w:val="0"/>
                  <w:marTop w:val="0"/>
                  <w:marBottom w:val="0"/>
                  <w:divBdr>
                    <w:top w:val="none" w:sz="0" w:space="0" w:color="auto"/>
                    <w:left w:val="none" w:sz="0" w:space="0" w:color="auto"/>
                    <w:bottom w:val="none" w:sz="0" w:space="0" w:color="auto"/>
                    <w:right w:val="none" w:sz="0" w:space="0" w:color="auto"/>
                  </w:divBdr>
                  <w:divsChild>
                    <w:div w:id="812866156">
                      <w:marLeft w:val="0"/>
                      <w:marRight w:val="0"/>
                      <w:marTop w:val="0"/>
                      <w:marBottom w:val="0"/>
                      <w:divBdr>
                        <w:top w:val="none" w:sz="0" w:space="0" w:color="auto"/>
                        <w:left w:val="none" w:sz="0" w:space="0" w:color="auto"/>
                        <w:bottom w:val="none" w:sz="0" w:space="0" w:color="auto"/>
                        <w:right w:val="none" w:sz="0" w:space="0" w:color="auto"/>
                      </w:divBdr>
                      <w:divsChild>
                        <w:div w:id="525366959">
                          <w:marLeft w:val="0"/>
                          <w:marRight w:val="0"/>
                          <w:marTop w:val="0"/>
                          <w:marBottom w:val="0"/>
                          <w:divBdr>
                            <w:top w:val="none" w:sz="0" w:space="0" w:color="auto"/>
                            <w:left w:val="none" w:sz="0" w:space="0" w:color="auto"/>
                            <w:bottom w:val="none" w:sz="0" w:space="0" w:color="auto"/>
                            <w:right w:val="none" w:sz="0" w:space="0" w:color="auto"/>
                          </w:divBdr>
                          <w:divsChild>
                            <w:div w:id="716707859">
                              <w:marLeft w:val="0"/>
                              <w:marRight w:val="0"/>
                              <w:marTop w:val="0"/>
                              <w:marBottom w:val="0"/>
                              <w:divBdr>
                                <w:top w:val="none" w:sz="0" w:space="0" w:color="auto"/>
                                <w:left w:val="none" w:sz="0" w:space="0" w:color="auto"/>
                                <w:bottom w:val="none" w:sz="0" w:space="0" w:color="auto"/>
                                <w:right w:val="none" w:sz="0" w:space="0" w:color="auto"/>
                              </w:divBdr>
                              <w:divsChild>
                                <w:div w:id="2108110499">
                                  <w:marLeft w:val="0"/>
                                  <w:marRight w:val="0"/>
                                  <w:marTop w:val="0"/>
                                  <w:marBottom w:val="0"/>
                                  <w:divBdr>
                                    <w:top w:val="none" w:sz="0" w:space="0" w:color="auto"/>
                                    <w:left w:val="none" w:sz="0" w:space="0" w:color="auto"/>
                                    <w:bottom w:val="none" w:sz="0" w:space="0" w:color="auto"/>
                                    <w:right w:val="none" w:sz="0" w:space="0" w:color="auto"/>
                                  </w:divBdr>
                                  <w:divsChild>
                                    <w:div w:id="58159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0571562">
      <w:bodyDiv w:val="1"/>
      <w:marLeft w:val="0"/>
      <w:marRight w:val="0"/>
      <w:marTop w:val="0"/>
      <w:marBottom w:val="0"/>
      <w:divBdr>
        <w:top w:val="none" w:sz="0" w:space="0" w:color="auto"/>
        <w:left w:val="none" w:sz="0" w:space="0" w:color="auto"/>
        <w:bottom w:val="none" w:sz="0" w:space="0" w:color="auto"/>
        <w:right w:val="none" w:sz="0" w:space="0" w:color="auto"/>
      </w:divBdr>
      <w:divsChild>
        <w:div w:id="1909922678">
          <w:marLeft w:val="0"/>
          <w:marRight w:val="0"/>
          <w:marTop w:val="0"/>
          <w:marBottom w:val="0"/>
          <w:divBdr>
            <w:top w:val="none" w:sz="0" w:space="0" w:color="auto"/>
            <w:left w:val="none" w:sz="0" w:space="0" w:color="auto"/>
            <w:bottom w:val="none" w:sz="0" w:space="0" w:color="auto"/>
            <w:right w:val="none" w:sz="0" w:space="0" w:color="auto"/>
          </w:divBdr>
          <w:divsChild>
            <w:div w:id="807168861">
              <w:marLeft w:val="0"/>
              <w:marRight w:val="0"/>
              <w:marTop w:val="0"/>
              <w:marBottom w:val="0"/>
              <w:divBdr>
                <w:top w:val="none" w:sz="0" w:space="0" w:color="auto"/>
                <w:left w:val="none" w:sz="0" w:space="0" w:color="auto"/>
                <w:bottom w:val="none" w:sz="0" w:space="0" w:color="auto"/>
                <w:right w:val="none" w:sz="0" w:space="0" w:color="auto"/>
              </w:divBdr>
              <w:divsChild>
                <w:div w:id="1580096746">
                  <w:marLeft w:val="0"/>
                  <w:marRight w:val="0"/>
                  <w:marTop w:val="0"/>
                  <w:marBottom w:val="0"/>
                  <w:divBdr>
                    <w:top w:val="none" w:sz="0" w:space="0" w:color="auto"/>
                    <w:left w:val="none" w:sz="0" w:space="0" w:color="auto"/>
                    <w:bottom w:val="none" w:sz="0" w:space="0" w:color="auto"/>
                    <w:right w:val="none" w:sz="0" w:space="0" w:color="auto"/>
                  </w:divBdr>
                  <w:divsChild>
                    <w:div w:id="1222904508">
                      <w:marLeft w:val="0"/>
                      <w:marRight w:val="0"/>
                      <w:marTop w:val="0"/>
                      <w:marBottom w:val="0"/>
                      <w:divBdr>
                        <w:top w:val="none" w:sz="0" w:space="0" w:color="auto"/>
                        <w:left w:val="none" w:sz="0" w:space="0" w:color="auto"/>
                        <w:bottom w:val="none" w:sz="0" w:space="0" w:color="auto"/>
                        <w:right w:val="none" w:sz="0" w:space="0" w:color="auto"/>
                      </w:divBdr>
                      <w:divsChild>
                        <w:div w:id="1146968189">
                          <w:marLeft w:val="0"/>
                          <w:marRight w:val="0"/>
                          <w:marTop w:val="0"/>
                          <w:marBottom w:val="0"/>
                          <w:divBdr>
                            <w:top w:val="none" w:sz="0" w:space="0" w:color="auto"/>
                            <w:left w:val="none" w:sz="0" w:space="0" w:color="auto"/>
                            <w:bottom w:val="none" w:sz="0" w:space="0" w:color="auto"/>
                            <w:right w:val="none" w:sz="0" w:space="0" w:color="auto"/>
                          </w:divBdr>
                          <w:divsChild>
                            <w:div w:id="854657150">
                              <w:marLeft w:val="0"/>
                              <w:marRight w:val="0"/>
                              <w:marTop w:val="0"/>
                              <w:marBottom w:val="0"/>
                              <w:divBdr>
                                <w:top w:val="none" w:sz="0" w:space="0" w:color="auto"/>
                                <w:left w:val="none" w:sz="0" w:space="0" w:color="auto"/>
                                <w:bottom w:val="none" w:sz="0" w:space="0" w:color="auto"/>
                                <w:right w:val="none" w:sz="0" w:space="0" w:color="auto"/>
                              </w:divBdr>
                              <w:divsChild>
                                <w:div w:id="323558446">
                                  <w:marLeft w:val="0"/>
                                  <w:marRight w:val="0"/>
                                  <w:marTop w:val="0"/>
                                  <w:marBottom w:val="0"/>
                                  <w:divBdr>
                                    <w:top w:val="none" w:sz="0" w:space="0" w:color="auto"/>
                                    <w:left w:val="none" w:sz="0" w:space="0" w:color="auto"/>
                                    <w:bottom w:val="none" w:sz="0" w:space="0" w:color="auto"/>
                                    <w:right w:val="none" w:sz="0" w:space="0" w:color="auto"/>
                                  </w:divBdr>
                                  <w:divsChild>
                                    <w:div w:id="15834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8147832">
      <w:bodyDiv w:val="1"/>
      <w:marLeft w:val="0"/>
      <w:marRight w:val="0"/>
      <w:marTop w:val="0"/>
      <w:marBottom w:val="0"/>
      <w:divBdr>
        <w:top w:val="none" w:sz="0" w:space="0" w:color="auto"/>
        <w:left w:val="none" w:sz="0" w:space="0" w:color="auto"/>
        <w:bottom w:val="none" w:sz="0" w:space="0" w:color="auto"/>
        <w:right w:val="none" w:sz="0" w:space="0" w:color="auto"/>
      </w:divBdr>
    </w:div>
    <w:div w:id="282661498">
      <w:bodyDiv w:val="1"/>
      <w:marLeft w:val="0"/>
      <w:marRight w:val="0"/>
      <w:marTop w:val="0"/>
      <w:marBottom w:val="0"/>
      <w:divBdr>
        <w:top w:val="none" w:sz="0" w:space="0" w:color="auto"/>
        <w:left w:val="none" w:sz="0" w:space="0" w:color="auto"/>
        <w:bottom w:val="none" w:sz="0" w:space="0" w:color="auto"/>
        <w:right w:val="none" w:sz="0" w:space="0" w:color="auto"/>
      </w:divBdr>
    </w:div>
    <w:div w:id="331491396">
      <w:bodyDiv w:val="1"/>
      <w:marLeft w:val="0"/>
      <w:marRight w:val="0"/>
      <w:marTop w:val="0"/>
      <w:marBottom w:val="0"/>
      <w:divBdr>
        <w:top w:val="none" w:sz="0" w:space="0" w:color="auto"/>
        <w:left w:val="none" w:sz="0" w:space="0" w:color="auto"/>
        <w:bottom w:val="none" w:sz="0" w:space="0" w:color="auto"/>
        <w:right w:val="none" w:sz="0" w:space="0" w:color="auto"/>
      </w:divBdr>
    </w:div>
    <w:div w:id="370888147">
      <w:bodyDiv w:val="1"/>
      <w:marLeft w:val="0"/>
      <w:marRight w:val="0"/>
      <w:marTop w:val="0"/>
      <w:marBottom w:val="0"/>
      <w:divBdr>
        <w:top w:val="none" w:sz="0" w:space="0" w:color="auto"/>
        <w:left w:val="none" w:sz="0" w:space="0" w:color="auto"/>
        <w:bottom w:val="none" w:sz="0" w:space="0" w:color="auto"/>
        <w:right w:val="none" w:sz="0" w:space="0" w:color="auto"/>
      </w:divBdr>
    </w:div>
    <w:div w:id="455410328">
      <w:bodyDiv w:val="1"/>
      <w:marLeft w:val="0"/>
      <w:marRight w:val="0"/>
      <w:marTop w:val="0"/>
      <w:marBottom w:val="0"/>
      <w:divBdr>
        <w:top w:val="none" w:sz="0" w:space="0" w:color="auto"/>
        <w:left w:val="none" w:sz="0" w:space="0" w:color="auto"/>
        <w:bottom w:val="none" w:sz="0" w:space="0" w:color="auto"/>
        <w:right w:val="none" w:sz="0" w:space="0" w:color="auto"/>
      </w:divBdr>
      <w:divsChild>
        <w:div w:id="1144156986">
          <w:marLeft w:val="0"/>
          <w:marRight w:val="0"/>
          <w:marTop w:val="0"/>
          <w:marBottom w:val="0"/>
          <w:divBdr>
            <w:top w:val="none" w:sz="0" w:space="0" w:color="auto"/>
            <w:left w:val="none" w:sz="0" w:space="0" w:color="auto"/>
            <w:bottom w:val="none" w:sz="0" w:space="0" w:color="auto"/>
            <w:right w:val="none" w:sz="0" w:space="0" w:color="auto"/>
          </w:divBdr>
          <w:divsChild>
            <w:div w:id="81412950">
              <w:marLeft w:val="0"/>
              <w:marRight w:val="0"/>
              <w:marTop w:val="0"/>
              <w:marBottom w:val="0"/>
              <w:divBdr>
                <w:top w:val="none" w:sz="0" w:space="0" w:color="auto"/>
                <w:left w:val="none" w:sz="0" w:space="0" w:color="auto"/>
                <w:bottom w:val="none" w:sz="0" w:space="0" w:color="auto"/>
                <w:right w:val="none" w:sz="0" w:space="0" w:color="auto"/>
              </w:divBdr>
              <w:divsChild>
                <w:div w:id="1754089137">
                  <w:marLeft w:val="0"/>
                  <w:marRight w:val="0"/>
                  <w:marTop w:val="0"/>
                  <w:marBottom w:val="0"/>
                  <w:divBdr>
                    <w:top w:val="none" w:sz="0" w:space="0" w:color="auto"/>
                    <w:left w:val="none" w:sz="0" w:space="0" w:color="auto"/>
                    <w:bottom w:val="none" w:sz="0" w:space="0" w:color="auto"/>
                    <w:right w:val="none" w:sz="0" w:space="0" w:color="auto"/>
                  </w:divBdr>
                  <w:divsChild>
                    <w:div w:id="1473711361">
                      <w:marLeft w:val="0"/>
                      <w:marRight w:val="0"/>
                      <w:marTop w:val="0"/>
                      <w:marBottom w:val="0"/>
                      <w:divBdr>
                        <w:top w:val="none" w:sz="0" w:space="0" w:color="auto"/>
                        <w:left w:val="none" w:sz="0" w:space="0" w:color="auto"/>
                        <w:bottom w:val="none" w:sz="0" w:space="0" w:color="auto"/>
                        <w:right w:val="none" w:sz="0" w:space="0" w:color="auto"/>
                      </w:divBdr>
                      <w:divsChild>
                        <w:div w:id="652637988">
                          <w:marLeft w:val="0"/>
                          <w:marRight w:val="0"/>
                          <w:marTop w:val="0"/>
                          <w:marBottom w:val="0"/>
                          <w:divBdr>
                            <w:top w:val="none" w:sz="0" w:space="0" w:color="auto"/>
                            <w:left w:val="none" w:sz="0" w:space="0" w:color="auto"/>
                            <w:bottom w:val="none" w:sz="0" w:space="0" w:color="auto"/>
                            <w:right w:val="none" w:sz="0" w:space="0" w:color="auto"/>
                          </w:divBdr>
                          <w:divsChild>
                            <w:div w:id="1738551263">
                              <w:marLeft w:val="0"/>
                              <w:marRight w:val="0"/>
                              <w:marTop w:val="0"/>
                              <w:marBottom w:val="0"/>
                              <w:divBdr>
                                <w:top w:val="none" w:sz="0" w:space="0" w:color="auto"/>
                                <w:left w:val="none" w:sz="0" w:space="0" w:color="auto"/>
                                <w:bottom w:val="none" w:sz="0" w:space="0" w:color="auto"/>
                                <w:right w:val="none" w:sz="0" w:space="0" w:color="auto"/>
                              </w:divBdr>
                              <w:divsChild>
                                <w:div w:id="1131746815">
                                  <w:marLeft w:val="0"/>
                                  <w:marRight w:val="0"/>
                                  <w:marTop w:val="0"/>
                                  <w:marBottom w:val="0"/>
                                  <w:divBdr>
                                    <w:top w:val="none" w:sz="0" w:space="0" w:color="auto"/>
                                    <w:left w:val="none" w:sz="0" w:space="0" w:color="auto"/>
                                    <w:bottom w:val="none" w:sz="0" w:space="0" w:color="auto"/>
                                    <w:right w:val="none" w:sz="0" w:space="0" w:color="auto"/>
                                  </w:divBdr>
                                  <w:divsChild>
                                    <w:div w:id="46085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8234064">
      <w:bodyDiv w:val="1"/>
      <w:marLeft w:val="0"/>
      <w:marRight w:val="0"/>
      <w:marTop w:val="0"/>
      <w:marBottom w:val="0"/>
      <w:divBdr>
        <w:top w:val="none" w:sz="0" w:space="0" w:color="auto"/>
        <w:left w:val="none" w:sz="0" w:space="0" w:color="auto"/>
        <w:bottom w:val="none" w:sz="0" w:space="0" w:color="auto"/>
        <w:right w:val="none" w:sz="0" w:space="0" w:color="auto"/>
      </w:divBdr>
      <w:divsChild>
        <w:div w:id="2034987834">
          <w:marLeft w:val="0"/>
          <w:marRight w:val="0"/>
          <w:marTop w:val="0"/>
          <w:marBottom w:val="0"/>
          <w:divBdr>
            <w:top w:val="none" w:sz="0" w:space="0" w:color="auto"/>
            <w:left w:val="none" w:sz="0" w:space="0" w:color="auto"/>
            <w:bottom w:val="none" w:sz="0" w:space="0" w:color="auto"/>
            <w:right w:val="none" w:sz="0" w:space="0" w:color="auto"/>
          </w:divBdr>
          <w:divsChild>
            <w:div w:id="188876270">
              <w:marLeft w:val="0"/>
              <w:marRight w:val="0"/>
              <w:marTop w:val="0"/>
              <w:marBottom w:val="0"/>
              <w:divBdr>
                <w:top w:val="none" w:sz="0" w:space="0" w:color="auto"/>
                <w:left w:val="none" w:sz="0" w:space="0" w:color="auto"/>
                <w:bottom w:val="none" w:sz="0" w:space="0" w:color="auto"/>
                <w:right w:val="none" w:sz="0" w:space="0" w:color="auto"/>
              </w:divBdr>
              <w:divsChild>
                <w:div w:id="434323764">
                  <w:marLeft w:val="0"/>
                  <w:marRight w:val="0"/>
                  <w:marTop w:val="0"/>
                  <w:marBottom w:val="0"/>
                  <w:divBdr>
                    <w:top w:val="none" w:sz="0" w:space="0" w:color="auto"/>
                    <w:left w:val="none" w:sz="0" w:space="0" w:color="auto"/>
                    <w:bottom w:val="none" w:sz="0" w:space="0" w:color="auto"/>
                    <w:right w:val="none" w:sz="0" w:space="0" w:color="auto"/>
                  </w:divBdr>
                  <w:divsChild>
                    <w:div w:id="552692731">
                      <w:marLeft w:val="0"/>
                      <w:marRight w:val="0"/>
                      <w:marTop w:val="0"/>
                      <w:marBottom w:val="0"/>
                      <w:divBdr>
                        <w:top w:val="none" w:sz="0" w:space="0" w:color="auto"/>
                        <w:left w:val="none" w:sz="0" w:space="0" w:color="auto"/>
                        <w:bottom w:val="none" w:sz="0" w:space="0" w:color="auto"/>
                        <w:right w:val="none" w:sz="0" w:space="0" w:color="auto"/>
                      </w:divBdr>
                      <w:divsChild>
                        <w:div w:id="546137786">
                          <w:marLeft w:val="0"/>
                          <w:marRight w:val="0"/>
                          <w:marTop w:val="0"/>
                          <w:marBottom w:val="0"/>
                          <w:divBdr>
                            <w:top w:val="none" w:sz="0" w:space="0" w:color="auto"/>
                            <w:left w:val="none" w:sz="0" w:space="0" w:color="auto"/>
                            <w:bottom w:val="none" w:sz="0" w:space="0" w:color="auto"/>
                            <w:right w:val="none" w:sz="0" w:space="0" w:color="auto"/>
                          </w:divBdr>
                          <w:divsChild>
                            <w:div w:id="491264826">
                              <w:marLeft w:val="0"/>
                              <w:marRight w:val="0"/>
                              <w:marTop w:val="0"/>
                              <w:marBottom w:val="0"/>
                              <w:divBdr>
                                <w:top w:val="none" w:sz="0" w:space="0" w:color="auto"/>
                                <w:left w:val="none" w:sz="0" w:space="0" w:color="auto"/>
                                <w:bottom w:val="none" w:sz="0" w:space="0" w:color="auto"/>
                                <w:right w:val="none" w:sz="0" w:space="0" w:color="auto"/>
                              </w:divBdr>
                              <w:divsChild>
                                <w:div w:id="112292265">
                                  <w:marLeft w:val="0"/>
                                  <w:marRight w:val="0"/>
                                  <w:marTop w:val="0"/>
                                  <w:marBottom w:val="0"/>
                                  <w:divBdr>
                                    <w:top w:val="none" w:sz="0" w:space="0" w:color="auto"/>
                                    <w:left w:val="none" w:sz="0" w:space="0" w:color="auto"/>
                                    <w:bottom w:val="none" w:sz="0" w:space="0" w:color="auto"/>
                                    <w:right w:val="none" w:sz="0" w:space="0" w:color="auto"/>
                                  </w:divBdr>
                                  <w:divsChild>
                                    <w:div w:id="40056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9343675">
      <w:bodyDiv w:val="1"/>
      <w:marLeft w:val="0"/>
      <w:marRight w:val="0"/>
      <w:marTop w:val="0"/>
      <w:marBottom w:val="0"/>
      <w:divBdr>
        <w:top w:val="none" w:sz="0" w:space="0" w:color="auto"/>
        <w:left w:val="none" w:sz="0" w:space="0" w:color="auto"/>
        <w:bottom w:val="none" w:sz="0" w:space="0" w:color="auto"/>
        <w:right w:val="none" w:sz="0" w:space="0" w:color="auto"/>
      </w:divBdr>
    </w:div>
    <w:div w:id="1167357209">
      <w:bodyDiv w:val="1"/>
      <w:marLeft w:val="0"/>
      <w:marRight w:val="0"/>
      <w:marTop w:val="0"/>
      <w:marBottom w:val="0"/>
      <w:divBdr>
        <w:top w:val="none" w:sz="0" w:space="0" w:color="auto"/>
        <w:left w:val="none" w:sz="0" w:space="0" w:color="auto"/>
        <w:bottom w:val="none" w:sz="0" w:space="0" w:color="auto"/>
        <w:right w:val="none" w:sz="0" w:space="0" w:color="auto"/>
      </w:divBdr>
      <w:divsChild>
        <w:div w:id="535701165">
          <w:marLeft w:val="0"/>
          <w:marRight w:val="0"/>
          <w:marTop w:val="0"/>
          <w:marBottom w:val="0"/>
          <w:divBdr>
            <w:top w:val="none" w:sz="0" w:space="0" w:color="auto"/>
            <w:left w:val="none" w:sz="0" w:space="0" w:color="auto"/>
            <w:bottom w:val="none" w:sz="0" w:space="0" w:color="auto"/>
            <w:right w:val="none" w:sz="0" w:space="0" w:color="auto"/>
          </w:divBdr>
          <w:divsChild>
            <w:div w:id="593439301">
              <w:marLeft w:val="0"/>
              <w:marRight w:val="0"/>
              <w:marTop w:val="0"/>
              <w:marBottom w:val="0"/>
              <w:divBdr>
                <w:top w:val="none" w:sz="0" w:space="0" w:color="auto"/>
                <w:left w:val="none" w:sz="0" w:space="0" w:color="auto"/>
                <w:bottom w:val="none" w:sz="0" w:space="0" w:color="auto"/>
                <w:right w:val="none" w:sz="0" w:space="0" w:color="auto"/>
              </w:divBdr>
              <w:divsChild>
                <w:div w:id="1610577342">
                  <w:marLeft w:val="0"/>
                  <w:marRight w:val="0"/>
                  <w:marTop w:val="0"/>
                  <w:marBottom w:val="0"/>
                  <w:divBdr>
                    <w:top w:val="none" w:sz="0" w:space="0" w:color="auto"/>
                    <w:left w:val="none" w:sz="0" w:space="0" w:color="auto"/>
                    <w:bottom w:val="none" w:sz="0" w:space="0" w:color="auto"/>
                    <w:right w:val="none" w:sz="0" w:space="0" w:color="auto"/>
                  </w:divBdr>
                  <w:divsChild>
                    <w:div w:id="2028869289">
                      <w:marLeft w:val="0"/>
                      <w:marRight w:val="0"/>
                      <w:marTop w:val="0"/>
                      <w:marBottom w:val="0"/>
                      <w:divBdr>
                        <w:top w:val="none" w:sz="0" w:space="0" w:color="auto"/>
                        <w:left w:val="none" w:sz="0" w:space="0" w:color="auto"/>
                        <w:bottom w:val="none" w:sz="0" w:space="0" w:color="auto"/>
                        <w:right w:val="none" w:sz="0" w:space="0" w:color="auto"/>
                      </w:divBdr>
                      <w:divsChild>
                        <w:div w:id="1403328620">
                          <w:marLeft w:val="0"/>
                          <w:marRight w:val="0"/>
                          <w:marTop w:val="0"/>
                          <w:marBottom w:val="0"/>
                          <w:divBdr>
                            <w:top w:val="none" w:sz="0" w:space="0" w:color="auto"/>
                            <w:left w:val="none" w:sz="0" w:space="0" w:color="auto"/>
                            <w:bottom w:val="none" w:sz="0" w:space="0" w:color="auto"/>
                            <w:right w:val="none" w:sz="0" w:space="0" w:color="auto"/>
                          </w:divBdr>
                          <w:divsChild>
                            <w:div w:id="248200662">
                              <w:marLeft w:val="0"/>
                              <w:marRight w:val="0"/>
                              <w:marTop w:val="0"/>
                              <w:marBottom w:val="0"/>
                              <w:divBdr>
                                <w:top w:val="none" w:sz="0" w:space="0" w:color="auto"/>
                                <w:left w:val="none" w:sz="0" w:space="0" w:color="auto"/>
                                <w:bottom w:val="none" w:sz="0" w:space="0" w:color="auto"/>
                                <w:right w:val="none" w:sz="0" w:space="0" w:color="auto"/>
                              </w:divBdr>
                              <w:divsChild>
                                <w:div w:id="1181359089">
                                  <w:marLeft w:val="0"/>
                                  <w:marRight w:val="0"/>
                                  <w:marTop w:val="0"/>
                                  <w:marBottom w:val="0"/>
                                  <w:divBdr>
                                    <w:top w:val="none" w:sz="0" w:space="0" w:color="auto"/>
                                    <w:left w:val="none" w:sz="0" w:space="0" w:color="auto"/>
                                    <w:bottom w:val="none" w:sz="0" w:space="0" w:color="auto"/>
                                    <w:right w:val="none" w:sz="0" w:space="0" w:color="auto"/>
                                  </w:divBdr>
                                  <w:divsChild>
                                    <w:div w:id="112716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1869539">
      <w:bodyDiv w:val="1"/>
      <w:marLeft w:val="0"/>
      <w:marRight w:val="0"/>
      <w:marTop w:val="0"/>
      <w:marBottom w:val="0"/>
      <w:divBdr>
        <w:top w:val="none" w:sz="0" w:space="0" w:color="auto"/>
        <w:left w:val="none" w:sz="0" w:space="0" w:color="auto"/>
        <w:bottom w:val="none" w:sz="0" w:space="0" w:color="auto"/>
        <w:right w:val="none" w:sz="0" w:space="0" w:color="auto"/>
      </w:divBdr>
    </w:div>
    <w:div w:id="1208687262">
      <w:bodyDiv w:val="1"/>
      <w:marLeft w:val="0"/>
      <w:marRight w:val="0"/>
      <w:marTop w:val="0"/>
      <w:marBottom w:val="0"/>
      <w:divBdr>
        <w:top w:val="none" w:sz="0" w:space="0" w:color="auto"/>
        <w:left w:val="none" w:sz="0" w:space="0" w:color="auto"/>
        <w:bottom w:val="none" w:sz="0" w:space="0" w:color="auto"/>
        <w:right w:val="none" w:sz="0" w:space="0" w:color="auto"/>
      </w:divBdr>
      <w:divsChild>
        <w:div w:id="401559493">
          <w:marLeft w:val="0"/>
          <w:marRight w:val="0"/>
          <w:marTop w:val="0"/>
          <w:marBottom w:val="0"/>
          <w:divBdr>
            <w:top w:val="none" w:sz="0" w:space="0" w:color="auto"/>
            <w:left w:val="none" w:sz="0" w:space="0" w:color="auto"/>
            <w:bottom w:val="none" w:sz="0" w:space="0" w:color="auto"/>
            <w:right w:val="none" w:sz="0" w:space="0" w:color="auto"/>
          </w:divBdr>
          <w:divsChild>
            <w:div w:id="1491485151">
              <w:marLeft w:val="0"/>
              <w:marRight w:val="0"/>
              <w:marTop w:val="0"/>
              <w:marBottom w:val="0"/>
              <w:divBdr>
                <w:top w:val="none" w:sz="0" w:space="0" w:color="auto"/>
                <w:left w:val="none" w:sz="0" w:space="0" w:color="auto"/>
                <w:bottom w:val="none" w:sz="0" w:space="0" w:color="auto"/>
                <w:right w:val="none" w:sz="0" w:space="0" w:color="auto"/>
              </w:divBdr>
              <w:divsChild>
                <w:div w:id="1797487890">
                  <w:marLeft w:val="0"/>
                  <w:marRight w:val="0"/>
                  <w:marTop w:val="0"/>
                  <w:marBottom w:val="0"/>
                  <w:divBdr>
                    <w:top w:val="none" w:sz="0" w:space="0" w:color="auto"/>
                    <w:left w:val="none" w:sz="0" w:space="0" w:color="auto"/>
                    <w:bottom w:val="none" w:sz="0" w:space="0" w:color="auto"/>
                    <w:right w:val="none" w:sz="0" w:space="0" w:color="auto"/>
                  </w:divBdr>
                  <w:divsChild>
                    <w:div w:id="2125925613">
                      <w:marLeft w:val="0"/>
                      <w:marRight w:val="0"/>
                      <w:marTop w:val="0"/>
                      <w:marBottom w:val="0"/>
                      <w:divBdr>
                        <w:top w:val="none" w:sz="0" w:space="0" w:color="auto"/>
                        <w:left w:val="none" w:sz="0" w:space="0" w:color="auto"/>
                        <w:bottom w:val="none" w:sz="0" w:space="0" w:color="auto"/>
                        <w:right w:val="none" w:sz="0" w:space="0" w:color="auto"/>
                      </w:divBdr>
                      <w:divsChild>
                        <w:div w:id="1856574709">
                          <w:marLeft w:val="0"/>
                          <w:marRight w:val="0"/>
                          <w:marTop w:val="0"/>
                          <w:marBottom w:val="0"/>
                          <w:divBdr>
                            <w:top w:val="none" w:sz="0" w:space="0" w:color="auto"/>
                            <w:left w:val="none" w:sz="0" w:space="0" w:color="auto"/>
                            <w:bottom w:val="none" w:sz="0" w:space="0" w:color="auto"/>
                            <w:right w:val="none" w:sz="0" w:space="0" w:color="auto"/>
                          </w:divBdr>
                          <w:divsChild>
                            <w:div w:id="951978268">
                              <w:marLeft w:val="0"/>
                              <w:marRight w:val="0"/>
                              <w:marTop w:val="0"/>
                              <w:marBottom w:val="0"/>
                              <w:divBdr>
                                <w:top w:val="none" w:sz="0" w:space="0" w:color="auto"/>
                                <w:left w:val="none" w:sz="0" w:space="0" w:color="auto"/>
                                <w:bottom w:val="none" w:sz="0" w:space="0" w:color="auto"/>
                                <w:right w:val="none" w:sz="0" w:space="0" w:color="auto"/>
                              </w:divBdr>
                              <w:divsChild>
                                <w:div w:id="285893150">
                                  <w:marLeft w:val="0"/>
                                  <w:marRight w:val="0"/>
                                  <w:marTop w:val="0"/>
                                  <w:marBottom w:val="0"/>
                                  <w:divBdr>
                                    <w:top w:val="none" w:sz="0" w:space="0" w:color="auto"/>
                                    <w:left w:val="none" w:sz="0" w:space="0" w:color="auto"/>
                                    <w:bottom w:val="none" w:sz="0" w:space="0" w:color="auto"/>
                                    <w:right w:val="none" w:sz="0" w:space="0" w:color="auto"/>
                                  </w:divBdr>
                                  <w:divsChild>
                                    <w:div w:id="201503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3161375">
      <w:bodyDiv w:val="1"/>
      <w:marLeft w:val="0"/>
      <w:marRight w:val="0"/>
      <w:marTop w:val="0"/>
      <w:marBottom w:val="0"/>
      <w:divBdr>
        <w:top w:val="none" w:sz="0" w:space="0" w:color="auto"/>
        <w:left w:val="none" w:sz="0" w:space="0" w:color="auto"/>
        <w:bottom w:val="none" w:sz="0" w:space="0" w:color="auto"/>
        <w:right w:val="none" w:sz="0" w:space="0" w:color="auto"/>
      </w:divBdr>
    </w:div>
    <w:div w:id="1428621984">
      <w:bodyDiv w:val="1"/>
      <w:marLeft w:val="0"/>
      <w:marRight w:val="0"/>
      <w:marTop w:val="0"/>
      <w:marBottom w:val="0"/>
      <w:divBdr>
        <w:top w:val="none" w:sz="0" w:space="0" w:color="auto"/>
        <w:left w:val="none" w:sz="0" w:space="0" w:color="auto"/>
        <w:bottom w:val="none" w:sz="0" w:space="0" w:color="auto"/>
        <w:right w:val="none" w:sz="0" w:space="0" w:color="auto"/>
      </w:divBdr>
    </w:div>
    <w:div w:id="1563715445">
      <w:bodyDiv w:val="1"/>
      <w:marLeft w:val="0"/>
      <w:marRight w:val="0"/>
      <w:marTop w:val="0"/>
      <w:marBottom w:val="0"/>
      <w:divBdr>
        <w:top w:val="none" w:sz="0" w:space="0" w:color="auto"/>
        <w:left w:val="none" w:sz="0" w:space="0" w:color="auto"/>
        <w:bottom w:val="none" w:sz="0" w:space="0" w:color="auto"/>
        <w:right w:val="none" w:sz="0" w:space="0" w:color="auto"/>
      </w:divBdr>
    </w:div>
    <w:div w:id="1614170207">
      <w:bodyDiv w:val="1"/>
      <w:marLeft w:val="0"/>
      <w:marRight w:val="0"/>
      <w:marTop w:val="0"/>
      <w:marBottom w:val="0"/>
      <w:divBdr>
        <w:top w:val="none" w:sz="0" w:space="0" w:color="auto"/>
        <w:left w:val="none" w:sz="0" w:space="0" w:color="auto"/>
        <w:bottom w:val="none" w:sz="0" w:space="0" w:color="auto"/>
        <w:right w:val="none" w:sz="0" w:space="0" w:color="auto"/>
      </w:divBdr>
    </w:div>
    <w:div w:id="1645348303">
      <w:bodyDiv w:val="1"/>
      <w:marLeft w:val="0"/>
      <w:marRight w:val="0"/>
      <w:marTop w:val="0"/>
      <w:marBottom w:val="0"/>
      <w:divBdr>
        <w:top w:val="none" w:sz="0" w:space="0" w:color="auto"/>
        <w:left w:val="none" w:sz="0" w:space="0" w:color="auto"/>
        <w:bottom w:val="none" w:sz="0" w:space="0" w:color="auto"/>
        <w:right w:val="none" w:sz="0" w:space="0" w:color="auto"/>
      </w:divBdr>
    </w:div>
    <w:div w:id="1697923754">
      <w:bodyDiv w:val="1"/>
      <w:marLeft w:val="0"/>
      <w:marRight w:val="0"/>
      <w:marTop w:val="0"/>
      <w:marBottom w:val="0"/>
      <w:divBdr>
        <w:top w:val="none" w:sz="0" w:space="0" w:color="auto"/>
        <w:left w:val="none" w:sz="0" w:space="0" w:color="auto"/>
        <w:bottom w:val="none" w:sz="0" w:space="0" w:color="auto"/>
        <w:right w:val="none" w:sz="0" w:space="0" w:color="auto"/>
      </w:divBdr>
      <w:divsChild>
        <w:div w:id="2027749529">
          <w:marLeft w:val="0"/>
          <w:marRight w:val="0"/>
          <w:marTop w:val="0"/>
          <w:marBottom w:val="0"/>
          <w:divBdr>
            <w:top w:val="none" w:sz="0" w:space="0" w:color="auto"/>
            <w:left w:val="none" w:sz="0" w:space="0" w:color="auto"/>
            <w:bottom w:val="none" w:sz="0" w:space="0" w:color="auto"/>
            <w:right w:val="none" w:sz="0" w:space="0" w:color="auto"/>
          </w:divBdr>
          <w:divsChild>
            <w:div w:id="13389109">
              <w:marLeft w:val="0"/>
              <w:marRight w:val="0"/>
              <w:marTop w:val="0"/>
              <w:marBottom w:val="0"/>
              <w:divBdr>
                <w:top w:val="none" w:sz="0" w:space="0" w:color="auto"/>
                <w:left w:val="none" w:sz="0" w:space="0" w:color="auto"/>
                <w:bottom w:val="none" w:sz="0" w:space="0" w:color="auto"/>
                <w:right w:val="none" w:sz="0" w:space="0" w:color="auto"/>
              </w:divBdr>
              <w:divsChild>
                <w:div w:id="911935005">
                  <w:marLeft w:val="0"/>
                  <w:marRight w:val="0"/>
                  <w:marTop w:val="0"/>
                  <w:marBottom w:val="0"/>
                  <w:divBdr>
                    <w:top w:val="none" w:sz="0" w:space="0" w:color="auto"/>
                    <w:left w:val="none" w:sz="0" w:space="0" w:color="auto"/>
                    <w:bottom w:val="none" w:sz="0" w:space="0" w:color="auto"/>
                    <w:right w:val="none" w:sz="0" w:space="0" w:color="auto"/>
                  </w:divBdr>
                  <w:divsChild>
                    <w:div w:id="891691048">
                      <w:marLeft w:val="0"/>
                      <w:marRight w:val="0"/>
                      <w:marTop w:val="0"/>
                      <w:marBottom w:val="0"/>
                      <w:divBdr>
                        <w:top w:val="none" w:sz="0" w:space="0" w:color="auto"/>
                        <w:left w:val="none" w:sz="0" w:space="0" w:color="auto"/>
                        <w:bottom w:val="none" w:sz="0" w:space="0" w:color="auto"/>
                        <w:right w:val="none" w:sz="0" w:space="0" w:color="auto"/>
                      </w:divBdr>
                      <w:divsChild>
                        <w:div w:id="1872452242">
                          <w:marLeft w:val="0"/>
                          <w:marRight w:val="0"/>
                          <w:marTop w:val="0"/>
                          <w:marBottom w:val="0"/>
                          <w:divBdr>
                            <w:top w:val="none" w:sz="0" w:space="0" w:color="auto"/>
                            <w:left w:val="none" w:sz="0" w:space="0" w:color="auto"/>
                            <w:bottom w:val="none" w:sz="0" w:space="0" w:color="auto"/>
                            <w:right w:val="none" w:sz="0" w:space="0" w:color="auto"/>
                          </w:divBdr>
                          <w:divsChild>
                            <w:div w:id="90708393">
                              <w:marLeft w:val="0"/>
                              <w:marRight w:val="0"/>
                              <w:marTop w:val="0"/>
                              <w:marBottom w:val="0"/>
                              <w:divBdr>
                                <w:top w:val="none" w:sz="0" w:space="0" w:color="auto"/>
                                <w:left w:val="none" w:sz="0" w:space="0" w:color="auto"/>
                                <w:bottom w:val="none" w:sz="0" w:space="0" w:color="auto"/>
                                <w:right w:val="none" w:sz="0" w:space="0" w:color="auto"/>
                              </w:divBdr>
                              <w:divsChild>
                                <w:div w:id="1156724313">
                                  <w:marLeft w:val="0"/>
                                  <w:marRight w:val="0"/>
                                  <w:marTop w:val="0"/>
                                  <w:marBottom w:val="0"/>
                                  <w:divBdr>
                                    <w:top w:val="none" w:sz="0" w:space="0" w:color="auto"/>
                                    <w:left w:val="none" w:sz="0" w:space="0" w:color="auto"/>
                                    <w:bottom w:val="none" w:sz="0" w:space="0" w:color="auto"/>
                                    <w:right w:val="none" w:sz="0" w:space="0" w:color="auto"/>
                                  </w:divBdr>
                                  <w:divsChild>
                                    <w:div w:id="71612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9958403">
      <w:bodyDiv w:val="1"/>
      <w:marLeft w:val="0"/>
      <w:marRight w:val="0"/>
      <w:marTop w:val="0"/>
      <w:marBottom w:val="0"/>
      <w:divBdr>
        <w:top w:val="none" w:sz="0" w:space="0" w:color="auto"/>
        <w:left w:val="none" w:sz="0" w:space="0" w:color="auto"/>
        <w:bottom w:val="none" w:sz="0" w:space="0" w:color="auto"/>
        <w:right w:val="none" w:sz="0" w:space="0" w:color="auto"/>
      </w:divBdr>
      <w:divsChild>
        <w:div w:id="1922059996">
          <w:marLeft w:val="0"/>
          <w:marRight w:val="0"/>
          <w:marTop w:val="0"/>
          <w:marBottom w:val="0"/>
          <w:divBdr>
            <w:top w:val="none" w:sz="0" w:space="0" w:color="auto"/>
            <w:left w:val="none" w:sz="0" w:space="0" w:color="auto"/>
            <w:bottom w:val="none" w:sz="0" w:space="0" w:color="auto"/>
            <w:right w:val="none" w:sz="0" w:space="0" w:color="auto"/>
          </w:divBdr>
          <w:divsChild>
            <w:div w:id="68844662">
              <w:marLeft w:val="0"/>
              <w:marRight w:val="0"/>
              <w:marTop w:val="0"/>
              <w:marBottom w:val="0"/>
              <w:divBdr>
                <w:top w:val="none" w:sz="0" w:space="0" w:color="auto"/>
                <w:left w:val="none" w:sz="0" w:space="0" w:color="auto"/>
                <w:bottom w:val="none" w:sz="0" w:space="0" w:color="auto"/>
                <w:right w:val="none" w:sz="0" w:space="0" w:color="auto"/>
              </w:divBdr>
              <w:divsChild>
                <w:div w:id="1043990842">
                  <w:marLeft w:val="0"/>
                  <w:marRight w:val="0"/>
                  <w:marTop w:val="0"/>
                  <w:marBottom w:val="0"/>
                  <w:divBdr>
                    <w:top w:val="none" w:sz="0" w:space="0" w:color="auto"/>
                    <w:left w:val="none" w:sz="0" w:space="0" w:color="auto"/>
                    <w:bottom w:val="none" w:sz="0" w:space="0" w:color="auto"/>
                    <w:right w:val="none" w:sz="0" w:space="0" w:color="auto"/>
                  </w:divBdr>
                  <w:divsChild>
                    <w:div w:id="988361029">
                      <w:marLeft w:val="0"/>
                      <w:marRight w:val="0"/>
                      <w:marTop w:val="0"/>
                      <w:marBottom w:val="0"/>
                      <w:divBdr>
                        <w:top w:val="none" w:sz="0" w:space="0" w:color="auto"/>
                        <w:left w:val="none" w:sz="0" w:space="0" w:color="auto"/>
                        <w:bottom w:val="none" w:sz="0" w:space="0" w:color="auto"/>
                        <w:right w:val="none" w:sz="0" w:space="0" w:color="auto"/>
                      </w:divBdr>
                      <w:divsChild>
                        <w:div w:id="411246792">
                          <w:marLeft w:val="0"/>
                          <w:marRight w:val="0"/>
                          <w:marTop w:val="0"/>
                          <w:marBottom w:val="0"/>
                          <w:divBdr>
                            <w:top w:val="none" w:sz="0" w:space="0" w:color="auto"/>
                            <w:left w:val="none" w:sz="0" w:space="0" w:color="auto"/>
                            <w:bottom w:val="none" w:sz="0" w:space="0" w:color="auto"/>
                            <w:right w:val="none" w:sz="0" w:space="0" w:color="auto"/>
                          </w:divBdr>
                          <w:divsChild>
                            <w:div w:id="1077433724">
                              <w:marLeft w:val="0"/>
                              <w:marRight w:val="0"/>
                              <w:marTop w:val="0"/>
                              <w:marBottom w:val="0"/>
                              <w:divBdr>
                                <w:top w:val="none" w:sz="0" w:space="0" w:color="auto"/>
                                <w:left w:val="none" w:sz="0" w:space="0" w:color="auto"/>
                                <w:bottom w:val="none" w:sz="0" w:space="0" w:color="auto"/>
                                <w:right w:val="none" w:sz="0" w:space="0" w:color="auto"/>
                              </w:divBdr>
                              <w:divsChild>
                                <w:div w:id="890700818">
                                  <w:marLeft w:val="0"/>
                                  <w:marRight w:val="0"/>
                                  <w:marTop w:val="0"/>
                                  <w:marBottom w:val="0"/>
                                  <w:divBdr>
                                    <w:top w:val="none" w:sz="0" w:space="0" w:color="auto"/>
                                    <w:left w:val="none" w:sz="0" w:space="0" w:color="auto"/>
                                    <w:bottom w:val="none" w:sz="0" w:space="0" w:color="auto"/>
                                    <w:right w:val="none" w:sz="0" w:space="0" w:color="auto"/>
                                  </w:divBdr>
                                  <w:divsChild>
                                    <w:div w:id="156553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4196435">
      <w:bodyDiv w:val="1"/>
      <w:marLeft w:val="0"/>
      <w:marRight w:val="0"/>
      <w:marTop w:val="0"/>
      <w:marBottom w:val="0"/>
      <w:divBdr>
        <w:top w:val="none" w:sz="0" w:space="0" w:color="auto"/>
        <w:left w:val="none" w:sz="0" w:space="0" w:color="auto"/>
        <w:bottom w:val="none" w:sz="0" w:space="0" w:color="auto"/>
        <w:right w:val="none" w:sz="0" w:space="0" w:color="auto"/>
      </w:divBdr>
    </w:div>
    <w:div w:id="19632270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2AB78E-AA3F-4BF9-A04E-2C7FCFDD3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33</Pages>
  <Words>9569</Words>
  <Characters>54548</Characters>
  <Application>Microsoft Office Word</Application>
  <DocSecurity>0</DocSecurity>
  <Lines>454</Lines>
  <Paragraphs>127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63990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Rumcdo7</cp:lastModifiedBy>
  <cp:revision>6</cp:revision>
  <dcterms:created xsi:type="dcterms:W3CDTF">2026-06-15T14:04:00Z</dcterms:created>
  <dcterms:modified xsi:type="dcterms:W3CDTF">2026-06-19T12:12:00Z</dcterms:modified>
  <cp:category/>
</cp:coreProperties>
</file>