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8246F" w14:textId="39DADB6A" w:rsidR="00B9286B" w:rsidRPr="00684EB1" w:rsidRDefault="00086839" w:rsidP="00F7265A">
      <w:pPr>
        <w:ind w:firstLine="0"/>
        <w:jc w:val="center"/>
        <w:rPr>
          <w:rFonts w:cs="Times New Roman"/>
          <w:szCs w:val="28"/>
          <w:lang w:val="ru-RU"/>
        </w:rPr>
      </w:pPr>
      <w:r>
        <w:rPr>
          <w:rFonts w:cs="Times New Roman"/>
          <w:lang w:val="ru-RU"/>
        </w:rPr>
        <w:t xml:space="preserve">ТОО «Детский оздоровительный лагерь «Тау </w:t>
      </w:r>
      <w:proofErr w:type="spellStart"/>
      <w:r>
        <w:rPr>
          <w:rFonts w:cs="Times New Roman"/>
          <w:lang w:val="ru-RU"/>
        </w:rPr>
        <w:t>гүлі</w:t>
      </w:r>
      <w:proofErr w:type="spellEnd"/>
      <w:r>
        <w:rPr>
          <w:rFonts w:cs="Times New Roman"/>
          <w:lang w:val="ru-RU"/>
        </w:rPr>
        <w:t xml:space="preserve"> – Эдельвейс»</w:t>
      </w:r>
    </w:p>
    <w:p w14:paraId="0D2A7471" w14:textId="6BFDAFBE" w:rsidR="00B9286B" w:rsidRPr="00684EB1" w:rsidRDefault="00B9286B" w:rsidP="00F7265A">
      <w:pPr>
        <w:ind w:firstLine="0"/>
        <w:rPr>
          <w:rFonts w:cs="Times New Roman"/>
          <w:szCs w:val="28"/>
          <w:lang w:val="ru-RU"/>
        </w:rPr>
      </w:pPr>
    </w:p>
    <w:p w14:paraId="7E4BEE8D" w14:textId="420B9208" w:rsidR="00B46223" w:rsidRPr="00684EB1" w:rsidRDefault="00B46223" w:rsidP="00F7265A">
      <w:pPr>
        <w:ind w:firstLine="0"/>
        <w:rPr>
          <w:rFonts w:cs="Times New Roman"/>
          <w:szCs w:val="28"/>
          <w:lang w:val="ru-RU"/>
        </w:rPr>
      </w:pPr>
    </w:p>
    <w:p w14:paraId="50EE0BA8" w14:textId="57420233" w:rsidR="00B46223" w:rsidRPr="00684EB1" w:rsidRDefault="00B46223" w:rsidP="00F7265A">
      <w:pPr>
        <w:ind w:firstLine="0"/>
        <w:rPr>
          <w:rFonts w:cs="Times New Roman"/>
          <w:szCs w:val="28"/>
          <w:lang w:val="ru-RU"/>
        </w:rPr>
      </w:pPr>
    </w:p>
    <w:p w14:paraId="1A5B3406" w14:textId="019C750B" w:rsidR="00B46223" w:rsidRDefault="00B46223" w:rsidP="00F7265A">
      <w:pPr>
        <w:ind w:firstLine="0"/>
        <w:rPr>
          <w:rFonts w:cs="Times New Roman"/>
          <w:szCs w:val="28"/>
          <w:lang w:val="ru-RU"/>
        </w:rPr>
      </w:pPr>
    </w:p>
    <w:p w14:paraId="6A42D141" w14:textId="77777777" w:rsidR="00FB5C60" w:rsidRPr="00684EB1" w:rsidRDefault="00FB5C60" w:rsidP="00F7265A">
      <w:pPr>
        <w:ind w:firstLine="0"/>
        <w:rPr>
          <w:rFonts w:cs="Times New Roman"/>
          <w:szCs w:val="28"/>
          <w:lang w:val="ru-RU"/>
        </w:rPr>
      </w:pPr>
    </w:p>
    <w:p w14:paraId="483F3705" w14:textId="3C2E99AD" w:rsidR="00B46223" w:rsidRPr="00684EB1" w:rsidRDefault="00B46223" w:rsidP="00F7265A">
      <w:pPr>
        <w:ind w:firstLine="0"/>
        <w:rPr>
          <w:rFonts w:cs="Times New Roman"/>
          <w:szCs w:val="28"/>
          <w:lang w:val="ru-RU"/>
        </w:rPr>
      </w:pPr>
    </w:p>
    <w:p w14:paraId="62CA5A09" w14:textId="07ED0375" w:rsidR="00B46223" w:rsidRPr="00684EB1" w:rsidRDefault="00B46223" w:rsidP="00F7265A">
      <w:pPr>
        <w:ind w:firstLine="0"/>
        <w:rPr>
          <w:rFonts w:cs="Times New Roman"/>
          <w:szCs w:val="28"/>
          <w:lang w:val="ru-RU"/>
        </w:rPr>
      </w:pPr>
    </w:p>
    <w:p w14:paraId="2AAA6078" w14:textId="6543A193" w:rsidR="00B46223" w:rsidRPr="00684EB1" w:rsidRDefault="00B46223" w:rsidP="00F7265A">
      <w:pPr>
        <w:ind w:firstLine="0"/>
        <w:rPr>
          <w:rFonts w:cs="Times New Roman"/>
          <w:szCs w:val="28"/>
          <w:lang w:val="ru-RU"/>
        </w:rPr>
      </w:pPr>
    </w:p>
    <w:p w14:paraId="6E9A7744" w14:textId="77777777" w:rsidR="00B46223" w:rsidRPr="00684EB1" w:rsidRDefault="00B46223" w:rsidP="00F7265A">
      <w:pPr>
        <w:ind w:firstLine="0"/>
        <w:rPr>
          <w:rFonts w:cs="Times New Roman"/>
          <w:szCs w:val="28"/>
          <w:lang w:val="ru-RU"/>
        </w:rPr>
      </w:pPr>
    </w:p>
    <w:p w14:paraId="30C1DCC8" w14:textId="7DCC7593" w:rsidR="00B9286B" w:rsidRPr="00684EB1" w:rsidRDefault="00F244E0" w:rsidP="00F7265A">
      <w:pPr>
        <w:ind w:firstLine="0"/>
        <w:jc w:val="center"/>
        <w:rPr>
          <w:rFonts w:cs="Times New Roman"/>
          <w:szCs w:val="28"/>
          <w:lang w:val="ru-RU"/>
        </w:rPr>
      </w:pPr>
      <w:r>
        <w:rPr>
          <w:rFonts w:cs="Times New Roman"/>
          <w:b/>
          <w:szCs w:val="28"/>
          <w:lang w:val="ru-RU"/>
        </w:rPr>
        <w:t>ДЕТСКО</w:t>
      </w:r>
      <w:r w:rsidR="00BE1021" w:rsidRPr="00684EB1">
        <w:rPr>
          <w:rFonts w:cs="Times New Roman"/>
          <w:b/>
          <w:szCs w:val="28"/>
          <w:lang w:val="ru-RU"/>
        </w:rPr>
        <w:t>-ОЗДОРОВИТЕЛЬНАЯ</w:t>
      </w:r>
      <w:r w:rsidR="00BE1021" w:rsidRPr="00684EB1">
        <w:rPr>
          <w:rFonts w:cs="Times New Roman"/>
          <w:b/>
          <w:szCs w:val="28"/>
          <w:lang w:val="ru-RU"/>
        </w:rPr>
        <w:br/>
        <w:t>ПРОГРАММА НЕСОВЕРШЕННОЛЕТНИМ</w:t>
      </w:r>
      <w:r w:rsidR="00BE1021" w:rsidRPr="00684EB1">
        <w:rPr>
          <w:rFonts w:cs="Times New Roman"/>
          <w:b/>
          <w:szCs w:val="28"/>
          <w:lang w:val="ru-RU"/>
        </w:rPr>
        <w:br/>
        <w:t>«</w:t>
      </w:r>
      <w:bookmarkStart w:id="0" w:name="_Hlk232432762"/>
      <w:r>
        <w:rPr>
          <w:rFonts w:cs="Times New Roman"/>
          <w:b/>
          <w:szCs w:val="28"/>
        </w:rPr>
        <w:t>EDELWEISS</w:t>
      </w:r>
      <w:r w:rsidRPr="00F244E0">
        <w:rPr>
          <w:rFonts w:cs="Times New Roman"/>
          <w:b/>
          <w:szCs w:val="28"/>
          <w:lang w:val="ru-RU"/>
        </w:rPr>
        <w:t xml:space="preserve"> </w:t>
      </w:r>
      <w:r>
        <w:rPr>
          <w:rFonts w:cs="Times New Roman"/>
          <w:b/>
          <w:szCs w:val="28"/>
        </w:rPr>
        <w:t>FLOWER</w:t>
      </w:r>
      <w:bookmarkEnd w:id="0"/>
      <w:r w:rsidR="00BE1021" w:rsidRPr="00684EB1">
        <w:rPr>
          <w:rFonts w:cs="Times New Roman"/>
          <w:b/>
          <w:szCs w:val="28"/>
          <w:lang w:val="ru-RU"/>
        </w:rPr>
        <w:t>»</w:t>
      </w:r>
      <w:r w:rsidR="00BE1021" w:rsidRPr="00684EB1">
        <w:rPr>
          <w:rFonts w:cs="Times New Roman"/>
          <w:b/>
          <w:szCs w:val="28"/>
          <w:lang w:val="ru-RU"/>
        </w:rPr>
        <w:br/>
        <w:t>(ЯЗЫКОВОЙ ЛАГЕРЬ ПО ИЗУЧЕНИЮ</w:t>
      </w:r>
      <w:r>
        <w:rPr>
          <w:rFonts w:cs="Times New Roman"/>
          <w:b/>
          <w:szCs w:val="28"/>
          <w:lang w:val="ru-RU"/>
        </w:rPr>
        <w:t xml:space="preserve"> АНГЛИЙСКОГО</w:t>
      </w:r>
      <w:r w:rsidR="00BE1021" w:rsidRPr="00684EB1">
        <w:rPr>
          <w:rFonts w:cs="Times New Roman"/>
          <w:b/>
          <w:szCs w:val="28"/>
          <w:lang w:val="ru-RU"/>
        </w:rPr>
        <w:t xml:space="preserve"> ЯЗЫК</w:t>
      </w:r>
      <w:r>
        <w:rPr>
          <w:rFonts w:cs="Times New Roman"/>
          <w:b/>
          <w:szCs w:val="28"/>
          <w:lang w:val="ru-RU"/>
        </w:rPr>
        <w:t>А</w:t>
      </w:r>
      <w:r w:rsidR="00BE1021" w:rsidRPr="00684EB1">
        <w:rPr>
          <w:rFonts w:cs="Times New Roman"/>
          <w:b/>
          <w:szCs w:val="28"/>
          <w:lang w:val="ru-RU"/>
        </w:rPr>
        <w:t>)</w:t>
      </w:r>
    </w:p>
    <w:p w14:paraId="183FB44F" w14:textId="77777777" w:rsidR="00B9286B" w:rsidRPr="00684EB1" w:rsidRDefault="00B9286B" w:rsidP="00F7265A">
      <w:pPr>
        <w:ind w:firstLine="0"/>
        <w:rPr>
          <w:rFonts w:cs="Times New Roman"/>
          <w:szCs w:val="28"/>
          <w:lang w:val="ru-RU"/>
        </w:rPr>
      </w:pPr>
    </w:p>
    <w:p w14:paraId="5EF4F165" w14:textId="77777777" w:rsidR="00B9286B" w:rsidRPr="00684EB1" w:rsidRDefault="00B9286B" w:rsidP="00F7265A">
      <w:pPr>
        <w:ind w:firstLine="0"/>
        <w:rPr>
          <w:rFonts w:cs="Times New Roman"/>
          <w:szCs w:val="28"/>
          <w:lang w:val="ru-RU"/>
        </w:rPr>
      </w:pPr>
    </w:p>
    <w:p w14:paraId="75DDA075" w14:textId="77777777" w:rsidR="00B9286B" w:rsidRPr="00684EB1" w:rsidRDefault="00B9286B" w:rsidP="00F7265A">
      <w:pPr>
        <w:ind w:firstLine="0"/>
        <w:rPr>
          <w:rFonts w:cs="Times New Roman"/>
          <w:szCs w:val="28"/>
          <w:lang w:val="ru-RU"/>
        </w:rPr>
      </w:pPr>
    </w:p>
    <w:p w14:paraId="52619081" w14:textId="77777777" w:rsidR="00B9286B" w:rsidRPr="00684EB1" w:rsidRDefault="00B9286B" w:rsidP="00F7265A">
      <w:pPr>
        <w:ind w:firstLine="0"/>
        <w:rPr>
          <w:rFonts w:cs="Times New Roman"/>
          <w:szCs w:val="28"/>
          <w:lang w:val="ru-RU"/>
        </w:rPr>
      </w:pPr>
    </w:p>
    <w:p w14:paraId="03F18334" w14:textId="122DB129" w:rsidR="00B9286B" w:rsidRDefault="00B9286B" w:rsidP="00F7265A">
      <w:pPr>
        <w:ind w:firstLine="0"/>
        <w:rPr>
          <w:rFonts w:cs="Times New Roman"/>
          <w:szCs w:val="28"/>
          <w:lang w:val="ru-RU"/>
        </w:rPr>
      </w:pPr>
    </w:p>
    <w:p w14:paraId="7DF21E40" w14:textId="4C7F6B78" w:rsidR="00FB5C60" w:rsidRDefault="00FB5C60" w:rsidP="00F7265A">
      <w:pPr>
        <w:ind w:firstLine="0"/>
        <w:rPr>
          <w:rFonts w:cs="Times New Roman"/>
          <w:szCs w:val="28"/>
          <w:lang w:val="ru-RU"/>
        </w:rPr>
      </w:pPr>
    </w:p>
    <w:p w14:paraId="4F4ABBED" w14:textId="01184B11" w:rsidR="00FB5C60" w:rsidRDefault="00FB5C60" w:rsidP="00F7265A">
      <w:pPr>
        <w:ind w:firstLine="0"/>
        <w:rPr>
          <w:rFonts w:cs="Times New Roman"/>
          <w:szCs w:val="28"/>
          <w:lang w:val="ru-RU"/>
        </w:rPr>
      </w:pPr>
    </w:p>
    <w:p w14:paraId="1C048818" w14:textId="74E5CE0B" w:rsidR="00FB5C60" w:rsidRDefault="00FB5C60" w:rsidP="00F7265A">
      <w:pPr>
        <w:ind w:firstLine="0"/>
        <w:rPr>
          <w:rFonts w:cs="Times New Roman"/>
          <w:szCs w:val="28"/>
          <w:lang w:val="ru-RU"/>
        </w:rPr>
      </w:pPr>
    </w:p>
    <w:p w14:paraId="2F1E72B9" w14:textId="3E23E2AC" w:rsidR="00FB5C60" w:rsidRDefault="00FB5C60" w:rsidP="00F7265A">
      <w:pPr>
        <w:ind w:firstLine="0"/>
        <w:rPr>
          <w:rFonts w:cs="Times New Roman"/>
          <w:szCs w:val="28"/>
          <w:lang w:val="ru-RU"/>
        </w:rPr>
      </w:pPr>
    </w:p>
    <w:p w14:paraId="01BBB48F" w14:textId="190A7DC9" w:rsidR="00FB5C60" w:rsidRDefault="00FB5C60" w:rsidP="00F7265A">
      <w:pPr>
        <w:ind w:firstLine="0"/>
        <w:rPr>
          <w:rFonts w:cs="Times New Roman"/>
          <w:szCs w:val="28"/>
          <w:lang w:val="ru-RU"/>
        </w:rPr>
      </w:pPr>
    </w:p>
    <w:p w14:paraId="42884577" w14:textId="00DDAE9E" w:rsidR="00FB5C60" w:rsidRDefault="00FB5C60" w:rsidP="00F7265A">
      <w:pPr>
        <w:ind w:firstLine="0"/>
        <w:rPr>
          <w:rFonts w:cs="Times New Roman"/>
          <w:szCs w:val="28"/>
          <w:lang w:val="ru-RU"/>
        </w:rPr>
      </w:pPr>
    </w:p>
    <w:p w14:paraId="53808258" w14:textId="0415447D" w:rsidR="00FB5C60" w:rsidRDefault="00FB5C60" w:rsidP="00F7265A">
      <w:pPr>
        <w:ind w:firstLine="0"/>
        <w:rPr>
          <w:rFonts w:cs="Times New Roman"/>
          <w:szCs w:val="28"/>
          <w:lang w:val="ru-RU"/>
        </w:rPr>
      </w:pPr>
    </w:p>
    <w:p w14:paraId="3EF1182C" w14:textId="423922A1" w:rsidR="00FB5C60" w:rsidRDefault="00FB5C60" w:rsidP="00F7265A">
      <w:pPr>
        <w:ind w:firstLine="0"/>
        <w:rPr>
          <w:rFonts w:cs="Times New Roman"/>
          <w:szCs w:val="28"/>
          <w:lang w:val="ru-RU"/>
        </w:rPr>
      </w:pPr>
    </w:p>
    <w:p w14:paraId="24F261BE" w14:textId="77777777" w:rsidR="00FB5C60" w:rsidRPr="00684EB1" w:rsidRDefault="00FB5C60" w:rsidP="00F7265A">
      <w:pPr>
        <w:ind w:firstLine="0"/>
        <w:rPr>
          <w:rFonts w:cs="Times New Roman"/>
          <w:szCs w:val="28"/>
          <w:lang w:val="ru-RU"/>
        </w:rPr>
      </w:pPr>
    </w:p>
    <w:p w14:paraId="274A2009" w14:textId="77777777" w:rsidR="00B9286B" w:rsidRPr="00684EB1" w:rsidRDefault="00B9286B" w:rsidP="00F7265A">
      <w:pPr>
        <w:ind w:firstLine="0"/>
        <w:rPr>
          <w:rFonts w:cs="Times New Roman"/>
          <w:szCs w:val="28"/>
          <w:lang w:val="ru-RU"/>
        </w:rPr>
      </w:pPr>
    </w:p>
    <w:p w14:paraId="61BBB117" w14:textId="77777777" w:rsidR="00B9286B" w:rsidRPr="00684EB1" w:rsidRDefault="00B9286B" w:rsidP="00F7265A">
      <w:pPr>
        <w:ind w:firstLine="0"/>
        <w:rPr>
          <w:rFonts w:cs="Times New Roman"/>
          <w:szCs w:val="28"/>
          <w:lang w:val="ru-RU"/>
        </w:rPr>
      </w:pPr>
    </w:p>
    <w:p w14:paraId="6280B263" w14:textId="69AC1926" w:rsidR="00FB5C60" w:rsidRPr="00FB5C60" w:rsidRDefault="00FB5C60" w:rsidP="00F7265A">
      <w:pPr>
        <w:ind w:firstLine="0"/>
        <w:rPr>
          <w:rFonts w:cs="Times New Roman"/>
          <w:lang w:val="ru-RU"/>
        </w:rPr>
      </w:pPr>
      <w:r w:rsidRPr="00A51791">
        <w:rPr>
          <w:rFonts w:cs="Times New Roman"/>
          <w:lang w:val="kk-KZ"/>
        </w:rPr>
        <w:t xml:space="preserve">Полное наименование </w:t>
      </w:r>
      <w:r>
        <w:rPr>
          <w:rFonts w:cs="Times New Roman"/>
          <w:lang w:val="kk-KZ"/>
        </w:rPr>
        <w:t>Организации</w:t>
      </w:r>
      <w:r w:rsidRPr="00A51791">
        <w:rPr>
          <w:rFonts w:cs="Times New Roman"/>
          <w:lang w:val="ru-RU"/>
        </w:rPr>
        <w:t xml:space="preserve">: </w:t>
      </w:r>
      <w:r w:rsidR="00F244E0">
        <w:rPr>
          <w:rFonts w:cs="Times New Roman"/>
          <w:lang w:val="ru-RU"/>
        </w:rPr>
        <w:t xml:space="preserve">ТОО «Детский оздоровительный лагерь «Тау </w:t>
      </w:r>
      <w:proofErr w:type="spellStart"/>
      <w:r w:rsidR="00F244E0">
        <w:rPr>
          <w:rFonts w:cs="Times New Roman"/>
          <w:lang w:val="ru-RU"/>
        </w:rPr>
        <w:t>гүлі</w:t>
      </w:r>
      <w:proofErr w:type="spellEnd"/>
      <w:r w:rsidR="00F244E0">
        <w:rPr>
          <w:rFonts w:cs="Times New Roman"/>
          <w:lang w:val="ru-RU"/>
        </w:rPr>
        <w:t xml:space="preserve"> – Эдельвейс»</w:t>
      </w:r>
    </w:p>
    <w:p w14:paraId="1F99DEBC" w14:textId="77777777" w:rsidR="00F1633C" w:rsidRDefault="00F1633C" w:rsidP="00F7265A">
      <w:pPr>
        <w:ind w:firstLine="0"/>
        <w:rPr>
          <w:rFonts w:cs="Times New Roman"/>
          <w:lang w:val="ru-RU"/>
        </w:rPr>
      </w:pPr>
    </w:p>
    <w:p w14:paraId="49CB2A97" w14:textId="3C68E805" w:rsidR="00FB5C60" w:rsidRPr="00157A35" w:rsidRDefault="00FB5C60" w:rsidP="00F7265A">
      <w:pPr>
        <w:ind w:firstLine="0"/>
        <w:rPr>
          <w:rFonts w:cs="Times New Roman"/>
          <w:lang w:val="ru-RU"/>
        </w:rPr>
      </w:pPr>
      <w:r w:rsidRPr="00157A35">
        <w:rPr>
          <w:rFonts w:cs="Times New Roman"/>
          <w:lang w:val="ru-RU"/>
        </w:rPr>
        <w:t>Год разработки: 2026 год</w:t>
      </w:r>
    </w:p>
    <w:p w14:paraId="0CC2AFCE" w14:textId="77777777" w:rsidR="00B9286B" w:rsidRPr="00FB5C60" w:rsidRDefault="00BE1021" w:rsidP="00F7265A">
      <w:pPr>
        <w:rPr>
          <w:rFonts w:cs="Times New Roman"/>
          <w:szCs w:val="28"/>
          <w:lang w:val="ru-RU"/>
        </w:rPr>
      </w:pPr>
      <w:r w:rsidRPr="00FB5C60">
        <w:rPr>
          <w:rFonts w:cs="Times New Roman"/>
          <w:szCs w:val="28"/>
          <w:lang w:val="ru-RU"/>
        </w:rPr>
        <w:br w:type="page"/>
      </w:r>
    </w:p>
    <w:p w14:paraId="7E54B5C3" w14:textId="77777777" w:rsidR="00B9286B" w:rsidRPr="00684EB1" w:rsidRDefault="00BE1021" w:rsidP="00F7265A">
      <w:pPr>
        <w:pStyle w:val="1"/>
        <w:spacing w:before="0" w:after="0"/>
        <w:ind w:firstLine="720"/>
        <w:rPr>
          <w:rFonts w:cs="Times New Roman"/>
          <w:lang w:val="ru-RU"/>
        </w:rPr>
      </w:pPr>
      <w:r w:rsidRPr="00684EB1">
        <w:rPr>
          <w:rFonts w:eastAsia="Times New Roman" w:cs="Times New Roman"/>
          <w:lang w:val="ru-RU"/>
        </w:rPr>
        <w:lastRenderedPageBreak/>
        <w:t>Раздел 1. Общие положения</w:t>
      </w:r>
    </w:p>
    <w:p w14:paraId="12CDE477"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Наименование Программы</w:t>
      </w:r>
    </w:p>
    <w:p w14:paraId="7FC26EFC" w14:textId="4FFA8AA2" w:rsidR="00B9286B" w:rsidRPr="00684EB1" w:rsidRDefault="00F244E0" w:rsidP="00F7265A">
      <w:pPr>
        <w:jc w:val="both"/>
        <w:rPr>
          <w:rFonts w:cs="Times New Roman"/>
          <w:szCs w:val="28"/>
          <w:lang w:val="ru-RU"/>
        </w:rPr>
      </w:pPr>
      <w:r>
        <w:rPr>
          <w:rFonts w:cs="Times New Roman"/>
          <w:szCs w:val="28"/>
          <w:lang w:val="ru-RU"/>
        </w:rPr>
        <w:t>Детско</w:t>
      </w:r>
      <w:r w:rsidR="00BE1021" w:rsidRPr="00684EB1">
        <w:rPr>
          <w:rFonts w:cs="Times New Roman"/>
          <w:szCs w:val="28"/>
          <w:lang w:val="ru-RU"/>
        </w:rPr>
        <w:t>-оздоровительная программа несовершеннолетним «</w:t>
      </w:r>
      <w:r w:rsidRPr="00F244E0">
        <w:rPr>
          <w:rFonts w:cs="Times New Roman"/>
          <w:szCs w:val="28"/>
          <w:lang w:val="ru-RU"/>
        </w:rPr>
        <w:t>EDELWEISS FLOWER</w:t>
      </w:r>
      <w:r w:rsidR="00BE1021" w:rsidRPr="00684EB1">
        <w:rPr>
          <w:rFonts w:cs="Times New Roman"/>
          <w:szCs w:val="28"/>
          <w:lang w:val="ru-RU"/>
        </w:rPr>
        <w:t xml:space="preserve">» (языковой лагерь по изучению </w:t>
      </w:r>
      <w:r>
        <w:rPr>
          <w:rFonts w:cs="Times New Roman"/>
          <w:szCs w:val="28"/>
          <w:lang w:val="kk-KZ"/>
        </w:rPr>
        <w:t>английского языка</w:t>
      </w:r>
      <w:r w:rsidR="00BE1021" w:rsidRPr="00684EB1">
        <w:rPr>
          <w:rFonts w:cs="Times New Roman"/>
          <w:szCs w:val="28"/>
          <w:lang w:val="ru-RU"/>
        </w:rPr>
        <w:t xml:space="preserve">) (далее - Программа) разработана в целях обеспечения комплексного воспитательного и оздоровительного сопровождения детей и подростков в условиях сезонного детско-оздоровительного </w:t>
      </w:r>
      <w:r w:rsidR="00FD4D4F" w:rsidRPr="00FD4D4F">
        <w:rPr>
          <w:rFonts w:cs="Times New Roman"/>
          <w:szCs w:val="28"/>
          <w:lang w:val="ru-RU"/>
        </w:rPr>
        <w:t>лагеря (ДО</w:t>
      </w:r>
      <w:r>
        <w:rPr>
          <w:rFonts w:cs="Times New Roman"/>
          <w:szCs w:val="28"/>
          <w:lang w:val="ru-RU"/>
        </w:rPr>
        <w:t>Л</w:t>
      </w:r>
      <w:r w:rsidR="00FD4D4F" w:rsidRPr="00FD4D4F">
        <w:rPr>
          <w:rFonts w:cs="Times New Roman"/>
          <w:szCs w:val="28"/>
          <w:lang w:val="ru-RU"/>
        </w:rPr>
        <w:t>)</w:t>
      </w:r>
      <w:r w:rsidR="00BE1021" w:rsidRPr="00684EB1">
        <w:rPr>
          <w:rFonts w:cs="Times New Roman"/>
          <w:szCs w:val="28"/>
          <w:lang w:val="ru-RU"/>
        </w:rPr>
        <w:t>.</w:t>
      </w:r>
    </w:p>
    <w:p w14:paraId="6128BDDE" w14:textId="77777777" w:rsidR="00B9286B" w:rsidRPr="00684EB1" w:rsidRDefault="00BE1021" w:rsidP="00F7265A">
      <w:pPr>
        <w:jc w:val="both"/>
        <w:rPr>
          <w:rFonts w:cs="Times New Roman"/>
          <w:szCs w:val="28"/>
          <w:lang w:val="ru-RU"/>
        </w:rPr>
      </w:pPr>
      <w:r w:rsidRPr="00684EB1">
        <w:rPr>
          <w:rFonts w:cs="Times New Roman"/>
          <w:szCs w:val="28"/>
          <w:lang w:val="ru-RU"/>
        </w:rPr>
        <w:t>Программа представляет собой комплексную модель организации летнего языкового отдыха, направленную на укрепление физического и психоэмоционального здоровья несовершеннолетних, развитие коммуникативных, социокультурных, личностных, творческих, исследовательских и проектных компетенций через языковую, межкультурную, творческую, игровую, проектную и оздоровительную деятельность.</w:t>
      </w:r>
    </w:p>
    <w:p w14:paraId="7308E575" w14:textId="5403F9B6" w:rsidR="00B9286B" w:rsidRPr="00684EB1" w:rsidRDefault="00BE1021" w:rsidP="00F7265A">
      <w:pPr>
        <w:jc w:val="both"/>
        <w:rPr>
          <w:rFonts w:cs="Times New Roman"/>
          <w:szCs w:val="28"/>
          <w:lang w:val="ru-RU"/>
        </w:rPr>
      </w:pPr>
      <w:r w:rsidRPr="00684EB1">
        <w:rPr>
          <w:rFonts w:cs="Times New Roman"/>
          <w:szCs w:val="28"/>
          <w:lang w:val="ru-RU"/>
        </w:rPr>
        <w:t xml:space="preserve">Программа реализуется Организацией в период летнего сезона с учетом утвержденного графика смен, условий функционирования </w:t>
      </w:r>
      <w:r w:rsidR="00AA0A3C" w:rsidRPr="00FD4D4F">
        <w:rPr>
          <w:rFonts w:cs="Times New Roman"/>
          <w:szCs w:val="28"/>
          <w:lang w:val="ru-RU"/>
        </w:rPr>
        <w:t>ДО</w:t>
      </w:r>
      <w:r w:rsidR="00F244E0">
        <w:rPr>
          <w:rFonts w:cs="Times New Roman"/>
          <w:szCs w:val="28"/>
          <w:lang w:val="ru-RU"/>
        </w:rPr>
        <w:t>Л</w:t>
      </w:r>
      <w:r w:rsidRPr="00684EB1">
        <w:rPr>
          <w:rFonts w:cs="Times New Roman"/>
          <w:szCs w:val="28"/>
          <w:lang w:val="ru-RU"/>
        </w:rPr>
        <w:t>, возрастных особенностей участников, санитарно-эпидемиологических требований, кадрового и материально-технического обеспечения.</w:t>
      </w:r>
    </w:p>
    <w:p w14:paraId="3757A45A" w14:textId="2CAD730A" w:rsidR="00B9286B" w:rsidRPr="00684EB1" w:rsidRDefault="00BE1021" w:rsidP="00F7265A">
      <w:pPr>
        <w:jc w:val="both"/>
        <w:rPr>
          <w:rFonts w:cs="Times New Roman"/>
          <w:szCs w:val="28"/>
          <w:lang w:val="ru-RU"/>
        </w:rPr>
      </w:pPr>
      <w:r w:rsidRPr="00684EB1">
        <w:rPr>
          <w:rFonts w:cs="Times New Roman"/>
          <w:szCs w:val="28"/>
          <w:lang w:val="ru-RU"/>
        </w:rPr>
        <w:t xml:space="preserve">Концептуальной основой Программы является идея создания безопасного, доступного и развивающего языкового пространства, в котором ребенок отдыхает, укрепляет здоровье, расширяет кругозор, преодолевает языковой барьер, учится использовать </w:t>
      </w:r>
      <w:r w:rsidR="00F244E0">
        <w:rPr>
          <w:rFonts w:cs="Times New Roman"/>
          <w:szCs w:val="28"/>
          <w:lang w:val="ru-RU"/>
        </w:rPr>
        <w:t>английский язык</w:t>
      </w:r>
      <w:r w:rsidRPr="00684EB1">
        <w:rPr>
          <w:rFonts w:cs="Times New Roman"/>
          <w:szCs w:val="28"/>
          <w:lang w:val="ru-RU"/>
        </w:rPr>
        <w:t xml:space="preserve"> в игровых, бытовых, творческих, проектных и коммуникативных ситуациях, проявлять инициативу, работать в команде и уважительно взаимодействовать с окружающими.</w:t>
      </w:r>
    </w:p>
    <w:p w14:paraId="3848EB6F" w14:textId="20663D6A" w:rsidR="00B9286B" w:rsidRPr="00684EB1" w:rsidRDefault="00BE1021" w:rsidP="00F7265A">
      <w:pPr>
        <w:jc w:val="both"/>
        <w:rPr>
          <w:rFonts w:cs="Times New Roman"/>
          <w:szCs w:val="28"/>
          <w:lang w:val="ru-RU"/>
        </w:rPr>
      </w:pPr>
      <w:r w:rsidRPr="00684EB1">
        <w:rPr>
          <w:rFonts w:cs="Times New Roman"/>
          <w:szCs w:val="28"/>
          <w:lang w:val="ru-RU"/>
        </w:rPr>
        <w:t xml:space="preserve">Программа реализуется через языковое направление по </w:t>
      </w:r>
      <w:r w:rsidR="008B26A9">
        <w:rPr>
          <w:rFonts w:cs="Times New Roman"/>
          <w:szCs w:val="28"/>
          <w:lang w:val="ru-RU"/>
        </w:rPr>
        <w:t>следующим</w:t>
      </w:r>
      <w:r w:rsidRPr="00684EB1">
        <w:rPr>
          <w:rFonts w:cs="Times New Roman"/>
          <w:szCs w:val="28"/>
          <w:lang w:val="ru-RU"/>
        </w:rPr>
        <w:t xml:space="preserve"> выбранн</w:t>
      </w:r>
      <w:r w:rsidR="008B26A9">
        <w:rPr>
          <w:rFonts w:cs="Times New Roman"/>
          <w:szCs w:val="28"/>
          <w:lang w:val="ru-RU"/>
        </w:rPr>
        <w:t>ым</w:t>
      </w:r>
      <w:r w:rsidRPr="00684EB1">
        <w:rPr>
          <w:rFonts w:cs="Times New Roman"/>
          <w:szCs w:val="28"/>
          <w:lang w:val="ru-RU"/>
        </w:rPr>
        <w:t xml:space="preserve"> язык</w:t>
      </w:r>
      <w:r w:rsidR="008B26A9">
        <w:rPr>
          <w:rFonts w:cs="Times New Roman"/>
          <w:szCs w:val="28"/>
          <w:lang w:val="ru-RU"/>
        </w:rPr>
        <w:t>ам</w:t>
      </w:r>
      <w:r w:rsidRPr="00684EB1">
        <w:rPr>
          <w:rFonts w:cs="Times New Roman"/>
          <w:szCs w:val="28"/>
          <w:lang w:val="ru-RU"/>
        </w:rPr>
        <w:t>: казахскому,</w:t>
      </w:r>
      <w:r w:rsidR="008B26A9">
        <w:rPr>
          <w:rFonts w:cs="Times New Roman"/>
          <w:szCs w:val="28"/>
          <w:lang w:val="ru-RU"/>
        </w:rPr>
        <w:t xml:space="preserve"> русскому,</w:t>
      </w:r>
      <w:r w:rsidRPr="00684EB1">
        <w:rPr>
          <w:rFonts w:cs="Times New Roman"/>
          <w:szCs w:val="28"/>
          <w:lang w:val="ru-RU"/>
        </w:rPr>
        <w:t xml:space="preserve"> английскому</w:t>
      </w:r>
      <w:r w:rsidR="008B26A9">
        <w:rPr>
          <w:rFonts w:cs="Times New Roman"/>
          <w:szCs w:val="28"/>
          <w:lang w:val="ru-RU"/>
        </w:rPr>
        <w:t xml:space="preserve"> </w:t>
      </w:r>
      <w:r w:rsidRPr="00684EB1">
        <w:rPr>
          <w:rFonts w:cs="Times New Roman"/>
          <w:szCs w:val="28"/>
          <w:lang w:val="ru-RU"/>
        </w:rPr>
        <w:t xml:space="preserve">языку, определенному Организацией с учетом кадровых, методических и организационных условий. В рамках одной смены содержание, темы, словарный минимум, коммуникативные ситуации, творческие задания и итоговый проект выстраиваются вокруг одного </w:t>
      </w:r>
      <w:r w:rsidR="008B26A9">
        <w:rPr>
          <w:rFonts w:cs="Times New Roman"/>
          <w:szCs w:val="28"/>
          <w:lang w:val="ru-RU"/>
        </w:rPr>
        <w:t>английского</w:t>
      </w:r>
      <w:r w:rsidRPr="00684EB1">
        <w:rPr>
          <w:rFonts w:cs="Times New Roman"/>
          <w:szCs w:val="28"/>
          <w:lang w:val="ru-RU"/>
        </w:rPr>
        <w:t xml:space="preserve"> языка.</w:t>
      </w:r>
    </w:p>
    <w:p w14:paraId="607CD9E3" w14:textId="4B680765" w:rsidR="00B9286B" w:rsidRDefault="00BE1021" w:rsidP="00F7265A">
      <w:pPr>
        <w:jc w:val="both"/>
        <w:rPr>
          <w:rFonts w:cs="Times New Roman"/>
          <w:szCs w:val="28"/>
          <w:lang w:val="ru-RU"/>
        </w:rPr>
      </w:pPr>
      <w:r w:rsidRPr="00684EB1">
        <w:rPr>
          <w:rFonts w:cs="Times New Roman"/>
          <w:szCs w:val="28"/>
          <w:lang w:val="ru-RU"/>
        </w:rPr>
        <w:t>Содержание Программы ориентировано на реализацию ценностей Единой программы воспитания «</w:t>
      </w:r>
      <w:proofErr w:type="spellStart"/>
      <w:r w:rsidRPr="00684EB1">
        <w:rPr>
          <w:rFonts w:cs="Times New Roman"/>
          <w:szCs w:val="28"/>
          <w:lang w:val="ru-RU"/>
        </w:rPr>
        <w:t>Адал</w:t>
      </w:r>
      <w:proofErr w:type="spellEnd"/>
      <w:r w:rsidRPr="00684EB1">
        <w:rPr>
          <w:rFonts w:cs="Times New Roman"/>
          <w:szCs w:val="28"/>
          <w:lang w:val="ru-RU"/>
        </w:rPr>
        <w:t xml:space="preserve"> </w:t>
      </w:r>
      <w:proofErr w:type="spellStart"/>
      <w:r w:rsidRPr="00684EB1">
        <w:rPr>
          <w:rFonts w:cs="Times New Roman"/>
          <w:szCs w:val="28"/>
          <w:lang w:val="ru-RU"/>
        </w:rPr>
        <w:t>азамат</w:t>
      </w:r>
      <w:proofErr w:type="spellEnd"/>
      <w:r w:rsidRPr="00684EB1">
        <w:rPr>
          <w:rFonts w:cs="Times New Roman"/>
          <w:szCs w:val="28"/>
          <w:lang w:val="ru-RU"/>
        </w:rPr>
        <w:t>», включая честность, ответственность, уважение, трудолюбие, патриотизм, созидательность, культуру общения, межкультурное уважение, социальную активность и безопасное поведение.</w:t>
      </w:r>
    </w:p>
    <w:p w14:paraId="70F086B4" w14:textId="77777777" w:rsidR="00F71E59" w:rsidRPr="00684EB1" w:rsidRDefault="00F71E59" w:rsidP="00F7265A">
      <w:pPr>
        <w:jc w:val="both"/>
        <w:rPr>
          <w:rFonts w:cs="Times New Roman"/>
          <w:szCs w:val="28"/>
          <w:lang w:val="ru-RU"/>
        </w:rPr>
      </w:pPr>
    </w:p>
    <w:p w14:paraId="30BFCE21" w14:textId="2B3B4A74" w:rsidR="00B9286B" w:rsidRDefault="00BE1021" w:rsidP="00F7265A">
      <w:pPr>
        <w:pStyle w:val="21"/>
        <w:spacing w:before="0" w:after="0"/>
        <w:ind w:firstLine="709"/>
        <w:rPr>
          <w:rFonts w:eastAsia="Times New Roman" w:cs="Times New Roman"/>
          <w:szCs w:val="28"/>
          <w:lang w:val="ru-RU"/>
        </w:rPr>
      </w:pPr>
      <w:r w:rsidRPr="00684EB1">
        <w:rPr>
          <w:rFonts w:eastAsia="Times New Roman" w:cs="Times New Roman"/>
          <w:szCs w:val="28"/>
          <w:lang w:val="ru-RU"/>
        </w:rPr>
        <w:t>Сведения об Организации, реализующей Программу</w:t>
      </w:r>
    </w:p>
    <w:p w14:paraId="49539AB5" w14:textId="3B8F069D" w:rsidR="00B9286B" w:rsidRPr="00684EB1" w:rsidRDefault="00BE1021" w:rsidP="00F7265A">
      <w:pPr>
        <w:jc w:val="both"/>
        <w:rPr>
          <w:rFonts w:cs="Times New Roman"/>
          <w:szCs w:val="28"/>
          <w:lang w:val="ru-RU"/>
        </w:rPr>
      </w:pPr>
      <w:r w:rsidRPr="00684EB1">
        <w:rPr>
          <w:rFonts w:cs="Times New Roman"/>
          <w:szCs w:val="28"/>
          <w:lang w:val="ru-RU"/>
        </w:rPr>
        <w:t xml:space="preserve">Организация, реализующая Программу: </w:t>
      </w:r>
      <w:r w:rsidR="008B26A9">
        <w:rPr>
          <w:rFonts w:cs="Times New Roman"/>
          <w:szCs w:val="28"/>
          <w:lang w:val="ru-RU"/>
        </w:rPr>
        <w:t xml:space="preserve">ТОО «Детский оздоровительный лагерь «Тау </w:t>
      </w:r>
      <w:proofErr w:type="spellStart"/>
      <w:r w:rsidR="008B26A9">
        <w:rPr>
          <w:rFonts w:cs="Times New Roman"/>
          <w:szCs w:val="28"/>
          <w:lang w:val="ru-RU"/>
        </w:rPr>
        <w:t>гүлі</w:t>
      </w:r>
      <w:proofErr w:type="spellEnd"/>
      <w:r w:rsidR="008B26A9">
        <w:rPr>
          <w:rFonts w:cs="Times New Roman"/>
          <w:szCs w:val="28"/>
          <w:lang w:val="ru-RU"/>
        </w:rPr>
        <w:t xml:space="preserve"> – Эдельвейс»</w:t>
      </w:r>
      <w:r w:rsidRPr="00684EB1">
        <w:rPr>
          <w:rFonts w:cs="Times New Roman"/>
          <w:szCs w:val="28"/>
          <w:lang w:val="ru-RU"/>
        </w:rPr>
        <w:t>.</w:t>
      </w:r>
    </w:p>
    <w:p w14:paraId="2762FFFA" w14:textId="76DE90AE" w:rsidR="00B9286B" w:rsidRPr="00684EB1" w:rsidRDefault="00BE1021" w:rsidP="00F7265A">
      <w:pPr>
        <w:jc w:val="both"/>
        <w:rPr>
          <w:rFonts w:cs="Times New Roman"/>
          <w:szCs w:val="28"/>
          <w:lang w:val="ru-RU"/>
        </w:rPr>
      </w:pPr>
      <w:r w:rsidRPr="00684EB1">
        <w:rPr>
          <w:rFonts w:cs="Times New Roman"/>
          <w:szCs w:val="28"/>
          <w:lang w:val="ru-RU"/>
        </w:rPr>
        <w:t>Место реализации Программы:</w:t>
      </w:r>
      <w:r w:rsidR="008B26A9">
        <w:rPr>
          <w:rFonts w:cs="Times New Roman"/>
          <w:szCs w:val="28"/>
          <w:lang w:val="ru-RU"/>
        </w:rPr>
        <w:t xml:space="preserve"> Туркестанская область, </w:t>
      </w:r>
      <w:proofErr w:type="spellStart"/>
      <w:r w:rsidR="008B26A9">
        <w:rPr>
          <w:rFonts w:cs="Times New Roman"/>
          <w:szCs w:val="28"/>
          <w:lang w:val="ru-RU"/>
        </w:rPr>
        <w:t>Толебийский</w:t>
      </w:r>
      <w:proofErr w:type="spellEnd"/>
      <w:r w:rsidR="008B26A9">
        <w:rPr>
          <w:rFonts w:cs="Times New Roman"/>
          <w:szCs w:val="28"/>
          <w:lang w:val="ru-RU"/>
        </w:rPr>
        <w:t xml:space="preserve"> район, </w:t>
      </w:r>
      <w:proofErr w:type="spellStart"/>
      <w:r w:rsidR="008B26A9">
        <w:rPr>
          <w:rFonts w:cs="Times New Roman"/>
          <w:szCs w:val="28"/>
          <w:lang w:val="ru-RU"/>
        </w:rPr>
        <w:t>Каскасуский</w:t>
      </w:r>
      <w:proofErr w:type="spellEnd"/>
      <w:r w:rsidR="008B26A9">
        <w:rPr>
          <w:rFonts w:cs="Times New Roman"/>
          <w:szCs w:val="28"/>
          <w:lang w:val="ru-RU"/>
        </w:rPr>
        <w:t xml:space="preserve"> сельский округ, село </w:t>
      </w:r>
      <w:proofErr w:type="spellStart"/>
      <w:r w:rsidR="008B26A9">
        <w:rPr>
          <w:rFonts w:cs="Times New Roman"/>
          <w:szCs w:val="28"/>
          <w:lang w:val="ru-RU"/>
        </w:rPr>
        <w:t>Керегетас</w:t>
      </w:r>
      <w:proofErr w:type="spellEnd"/>
      <w:r w:rsidR="008B26A9">
        <w:rPr>
          <w:rFonts w:cs="Times New Roman"/>
          <w:szCs w:val="28"/>
          <w:lang w:val="ru-RU"/>
        </w:rPr>
        <w:t xml:space="preserve">, улица </w:t>
      </w:r>
      <w:proofErr w:type="spellStart"/>
      <w:r w:rsidR="008B26A9">
        <w:rPr>
          <w:rFonts w:cs="Times New Roman"/>
          <w:szCs w:val="28"/>
          <w:lang w:val="ru-RU"/>
        </w:rPr>
        <w:t>Бейбитшилик</w:t>
      </w:r>
      <w:proofErr w:type="spellEnd"/>
      <w:r w:rsidR="008B26A9">
        <w:rPr>
          <w:rFonts w:cs="Times New Roman"/>
          <w:szCs w:val="28"/>
          <w:lang w:val="ru-RU"/>
        </w:rPr>
        <w:t xml:space="preserve"> 4Б.</w:t>
      </w:r>
    </w:p>
    <w:p w14:paraId="1C02D4B7" w14:textId="5248938A" w:rsidR="00B9286B" w:rsidRPr="00D232CD" w:rsidRDefault="00BE1021" w:rsidP="00F7265A">
      <w:pPr>
        <w:jc w:val="both"/>
        <w:rPr>
          <w:rFonts w:cs="Times New Roman"/>
          <w:color w:val="000000" w:themeColor="text1"/>
          <w:szCs w:val="28"/>
          <w:lang w:val="ru-RU"/>
        </w:rPr>
      </w:pPr>
      <w:r w:rsidRPr="00D232CD">
        <w:rPr>
          <w:rFonts w:cs="Times New Roman"/>
          <w:color w:val="000000" w:themeColor="text1"/>
          <w:szCs w:val="28"/>
          <w:lang w:val="ru-RU"/>
        </w:rPr>
        <w:t xml:space="preserve">Организация осуществляет деятельность в формате сезонного детско-оздоровительного </w:t>
      </w:r>
      <w:r w:rsidR="00D232CD" w:rsidRPr="00D232CD">
        <w:rPr>
          <w:rFonts w:cs="Times New Roman"/>
          <w:color w:val="000000" w:themeColor="text1"/>
          <w:szCs w:val="28"/>
          <w:lang w:val="ru-RU"/>
        </w:rPr>
        <w:t>лагеря</w:t>
      </w:r>
      <w:r w:rsidRPr="00D232CD">
        <w:rPr>
          <w:rFonts w:cs="Times New Roman"/>
          <w:color w:val="000000" w:themeColor="text1"/>
          <w:szCs w:val="28"/>
          <w:lang w:val="ru-RU"/>
        </w:rPr>
        <w:t xml:space="preserve"> для несовершеннолетних.</w:t>
      </w:r>
    </w:p>
    <w:p w14:paraId="33A7417B" w14:textId="739F5026" w:rsidR="00B9286B" w:rsidRPr="008B26A9" w:rsidRDefault="00BE1021" w:rsidP="00F7265A">
      <w:pPr>
        <w:jc w:val="both"/>
        <w:rPr>
          <w:rFonts w:cs="Times New Roman"/>
          <w:b/>
          <w:bCs/>
          <w:szCs w:val="28"/>
          <w:lang w:val="ru-RU"/>
        </w:rPr>
      </w:pPr>
      <w:r w:rsidRPr="00684EB1">
        <w:rPr>
          <w:rFonts w:cs="Times New Roman"/>
          <w:szCs w:val="28"/>
          <w:lang w:val="ru-RU"/>
        </w:rPr>
        <w:t xml:space="preserve">Период функционирования </w:t>
      </w:r>
      <w:r w:rsidR="002B0A03" w:rsidRPr="00FD4D4F">
        <w:rPr>
          <w:rFonts w:cs="Times New Roman"/>
          <w:szCs w:val="28"/>
          <w:lang w:val="ru-RU"/>
        </w:rPr>
        <w:t>ДО</w:t>
      </w:r>
      <w:r w:rsidR="008B26A9">
        <w:rPr>
          <w:rFonts w:cs="Times New Roman"/>
          <w:szCs w:val="28"/>
          <w:lang w:val="ru-RU"/>
        </w:rPr>
        <w:t>Л</w:t>
      </w:r>
      <w:r w:rsidRPr="00684EB1">
        <w:rPr>
          <w:rFonts w:cs="Times New Roman"/>
          <w:szCs w:val="28"/>
          <w:lang w:val="ru-RU"/>
        </w:rPr>
        <w:t xml:space="preserve">: </w:t>
      </w:r>
      <w:r w:rsidR="00F7265A" w:rsidRPr="00F7265A">
        <w:rPr>
          <w:rFonts w:cs="Times New Roman"/>
          <w:b/>
          <w:bCs/>
          <w:szCs w:val="28"/>
          <w:lang w:val="ru-RU"/>
        </w:rPr>
        <w:t>летни</w:t>
      </w:r>
      <w:r w:rsidR="00F7265A">
        <w:rPr>
          <w:rFonts w:cs="Times New Roman"/>
          <w:b/>
          <w:bCs/>
          <w:szCs w:val="28"/>
          <w:lang w:val="ru-RU"/>
        </w:rPr>
        <w:t>й</w:t>
      </w:r>
      <w:r w:rsidR="00F7265A" w:rsidRPr="00F7265A">
        <w:rPr>
          <w:rFonts w:cs="Times New Roman"/>
          <w:b/>
          <w:bCs/>
          <w:szCs w:val="28"/>
          <w:lang w:val="ru-RU"/>
        </w:rPr>
        <w:t xml:space="preserve"> период (июнь-июль-август)</w:t>
      </w:r>
      <w:r w:rsidR="00F7265A">
        <w:rPr>
          <w:rFonts w:cs="Times New Roman"/>
          <w:b/>
          <w:bCs/>
          <w:szCs w:val="28"/>
          <w:lang w:val="ru-RU"/>
        </w:rPr>
        <w:t>.</w:t>
      </w:r>
    </w:p>
    <w:p w14:paraId="3287CCB9" w14:textId="3C61BC2A" w:rsidR="00B9286B" w:rsidRPr="008B26A9" w:rsidRDefault="00BE1021" w:rsidP="00F7265A">
      <w:pPr>
        <w:jc w:val="both"/>
        <w:rPr>
          <w:rFonts w:cs="Times New Roman"/>
          <w:b/>
          <w:bCs/>
          <w:szCs w:val="28"/>
          <w:lang w:val="ru-RU"/>
        </w:rPr>
      </w:pPr>
      <w:r w:rsidRPr="00684EB1">
        <w:rPr>
          <w:rFonts w:cs="Times New Roman"/>
          <w:szCs w:val="28"/>
          <w:lang w:val="ru-RU"/>
        </w:rPr>
        <w:lastRenderedPageBreak/>
        <w:t xml:space="preserve">Продолжительность одной смены составляет </w:t>
      </w:r>
      <w:r w:rsidRPr="008B26A9">
        <w:rPr>
          <w:rFonts w:cs="Times New Roman"/>
          <w:b/>
          <w:bCs/>
          <w:szCs w:val="28"/>
          <w:lang w:val="ru-RU"/>
        </w:rPr>
        <w:t>1</w:t>
      </w:r>
      <w:r w:rsidR="008B26A9" w:rsidRPr="008B26A9">
        <w:rPr>
          <w:rFonts w:cs="Times New Roman"/>
          <w:b/>
          <w:bCs/>
          <w:szCs w:val="28"/>
          <w:lang w:val="ru-RU"/>
        </w:rPr>
        <w:t>0</w:t>
      </w:r>
      <w:r w:rsidRPr="008B26A9">
        <w:rPr>
          <w:rFonts w:cs="Times New Roman"/>
          <w:b/>
          <w:bCs/>
          <w:szCs w:val="28"/>
          <w:lang w:val="ru-RU"/>
        </w:rPr>
        <w:t xml:space="preserve"> календарных дней</w:t>
      </w:r>
      <w:r w:rsidR="008B26A9" w:rsidRPr="008B26A9">
        <w:rPr>
          <w:rFonts w:cs="Times New Roman"/>
          <w:b/>
          <w:bCs/>
          <w:szCs w:val="28"/>
          <w:lang w:val="ru-RU"/>
        </w:rPr>
        <w:t>.</w:t>
      </w:r>
    </w:p>
    <w:p w14:paraId="1EC5A229" w14:textId="7D97D68B" w:rsidR="00B9286B" w:rsidRPr="00684EB1" w:rsidRDefault="00BE1021" w:rsidP="00F7265A">
      <w:pPr>
        <w:jc w:val="both"/>
        <w:rPr>
          <w:rFonts w:cs="Times New Roman"/>
          <w:szCs w:val="28"/>
          <w:lang w:val="ru-RU"/>
        </w:rPr>
      </w:pPr>
      <w:r w:rsidRPr="00684EB1">
        <w:rPr>
          <w:rFonts w:cs="Times New Roman"/>
          <w:szCs w:val="28"/>
          <w:lang w:val="ru-RU"/>
        </w:rPr>
        <w:t xml:space="preserve">Количество участников одной смены: </w:t>
      </w:r>
      <w:r w:rsidR="008B26A9" w:rsidRPr="008B26A9">
        <w:rPr>
          <w:rFonts w:cs="Times New Roman"/>
          <w:b/>
          <w:bCs/>
          <w:szCs w:val="28"/>
          <w:lang w:val="ru-RU"/>
        </w:rPr>
        <w:t>366</w:t>
      </w:r>
      <w:r w:rsidRPr="008B26A9">
        <w:rPr>
          <w:rFonts w:cs="Times New Roman"/>
          <w:b/>
          <w:bCs/>
          <w:szCs w:val="28"/>
          <w:lang w:val="ru-RU"/>
        </w:rPr>
        <w:t xml:space="preserve"> человек.</w:t>
      </w:r>
      <w:r w:rsidRPr="00684EB1">
        <w:rPr>
          <w:rFonts w:cs="Times New Roman"/>
          <w:szCs w:val="28"/>
          <w:lang w:val="ru-RU"/>
        </w:rPr>
        <w:t xml:space="preserve"> Количество смен: </w:t>
      </w:r>
      <w:r w:rsidR="008B26A9" w:rsidRPr="008B26A9">
        <w:rPr>
          <w:rFonts w:cs="Times New Roman"/>
          <w:b/>
          <w:bCs/>
          <w:szCs w:val="28"/>
          <w:lang w:val="ru-RU"/>
        </w:rPr>
        <w:t>9</w:t>
      </w:r>
      <w:r w:rsidRPr="008B26A9">
        <w:rPr>
          <w:rFonts w:cs="Times New Roman"/>
          <w:b/>
          <w:bCs/>
          <w:szCs w:val="28"/>
          <w:lang w:val="ru-RU"/>
        </w:rPr>
        <w:t>.</w:t>
      </w:r>
      <w:r w:rsidRPr="00684EB1">
        <w:rPr>
          <w:rFonts w:cs="Times New Roman"/>
          <w:szCs w:val="28"/>
          <w:lang w:val="ru-RU"/>
        </w:rPr>
        <w:t xml:space="preserve"> Общее количество участников за сезон: </w:t>
      </w:r>
      <w:r w:rsidR="008B26A9" w:rsidRPr="008B26A9">
        <w:rPr>
          <w:rFonts w:cs="Times New Roman"/>
          <w:b/>
          <w:bCs/>
          <w:szCs w:val="28"/>
          <w:lang w:val="ru-RU"/>
        </w:rPr>
        <w:t>3 294</w:t>
      </w:r>
      <w:r w:rsidRPr="008B26A9">
        <w:rPr>
          <w:rFonts w:cs="Times New Roman"/>
          <w:b/>
          <w:bCs/>
          <w:szCs w:val="28"/>
          <w:lang w:val="ru-RU"/>
        </w:rPr>
        <w:t xml:space="preserve"> человек.</w:t>
      </w:r>
    </w:p>
    <w:p w14:paraId="1EEAC747" w14:textId="7BA2F2B6" w:rsidR="00B9286B" w:rsidRPr="00684EB1" w:rsidRDefault="00BE1021" w:rsidP="00F7265A">
      <w:pPr>
        <w:jc w:val="both"/>
        <w:rPr>
          <w:rFonts w:cs="Times New Roman"/>
          <w:szCs w:val="28"/>
          <w:lang w:val="ru-RU"/>
        </w:rPr>
      </w:pPr>
      <w:r w:rsidRPr="00684EB1">
        <w:rPr>
          <w:rFonts w:cs="Times New Roman"/>
          <w:szCs w:val="28"/>
          <w:lang w:val="ru-RU"/>
        </w:rPr>
        <w:t xml:space="preserve">Программа реализуется на базе </w:t>
      </w:r>
      <w:r w:rsidR="008B26A9">
        <w:rPr>
          <w:rFonts w:cs="Times New Roman"/>
          <w:szCs w:val="28"/>
          <w:lang w:val="ru-RU"/>
        </w:rPr>
        <w:t xml:space="preserve">ТОО «Детский оздоровительный лагерь «Тау </w:t>
      </w:r>
      <w:proofErr w:type="spellStart"/>
      <w:r w:rsidR="008B26A9">
        <w:rPr>
          <w:rFonts w:cs="Times New Roman"/>
          <w:szCs w:val="28"/>
          <w:lang w:val="ru-RU"/>
        </w:rPr>
        <w:t>гүлі</w:t>
      </w:r>
      <w:proofErr w:type="spellEnd"/>
      <w:r w:rsidR="008B26A9">
        <w:rPr>
          <w:rFonts w:cs="Times New Roman"/>
          <w:szCs w:val="28"/>
          <w:lang w:val="ru-RU"/>
        </w:rPr>
        <w:t xml:space="preserve"> - Эдельвейс»</w:t>
      </w:r>
      <w:r w:rsidRPr="00684EB1">
        <w:rPr>
          <w:rFonts w:cs="Times New Roman"/>
          <w:szCs w:val="28"/>
          <w:lang w:val="ru-RU"/>
        </w:rPr>
        <w:t>, обеспечивающего условия для проживания, питания, отдыха, оздоровления, воспитательной, образовательной, языковой, творческой, проектной и досуговой деятельности детей по одному выбранному языковому направлению.</w:t>
      </w:r>
    </w:p>
    <w:p w14:paraId="2FEBB41A" w14:textId="10D9B4E8" w:rsidR="00B9286B" w:rsidRPr="00684EB1" w:rsidRDefault="00BE1021" w:rsidP="00F7265A">
      <w:pPr>
        <w:jc w:val="both"/>
        <w:rPr>
          <w:rFonts w:cs="Times New Roman"/>
          <w:szCs w:val="28"/>
          <w:lang w:val="ru-RU"/>
        </w:rPr>
      </w:pPr>
      <w:r w:rsidRPr="00684EB1">
        <w:rPr>
          <w:rFonts w:cs="Times New Roman"/>
          <w:szCs w:val="28"/>
          <w:lang w:val="ru-RU"/>
        </w:rPr>
        <w:t xml:space="preserve">Инфраструктура </w:t>
      </w:r>
      <w:r w:rsidR="002B0A03" w:rsidRPr="00FD4D4F">
        <w:rPr>
          <w:rFonts w:cs="Times New Roman"/>
          <w:szCs w:val="28"/>
          <w:lang w:val="ru-RU"/>
        </w:rPr>
        <w:t>ДО</w:t>
      </w:r>
      <w:r w:rsidR="008B26A9">
        <w:rPr>
          <w:rFonts w:cs="Times New Roman"/>
          <w:szCs w:val="28"/>
          <w:lang w:val="ru-RU"/>
        </w:rPr>
        <w:t>Л</w:t>
      </w:r>
      <w:r w:rsidRPr="00684EB1">
        <w:rPr>
          <w:rFonts w:cs="Times New Roman"/>
          <w:szCs w:val="28"/>
          <w:lang w:val="ru-RU"/>
        </w:rPr>
        <w:t xml:space="preserve"> включает: жилые помещения, столовую, медицинский пункт, </w:t>
      </w:r>
      <w:r w:rsidR="008B26A9">
        <w:rPr>
          <w:rFonts w:cs="Times New Roman"/>
          <w:szCs w:val="28"/>
          <w:lang w:val="ru-RU"/>
        </w:rPr>
        <w:t xml:space="preserve">бассейн, футбольное поле, баскетбольный корт, волейбольный корт, </w:t>
      </w:r>
      <w:r w:rsidRPr="00684EB1">
        <w:rPr>
          <w:rFonts w:cs="Times New Roman"/>
          <w:szCs w:val="28"/>
          <w:lang w:val="ru-RU"/>
        </w:rPr>
        <w:t>спортивные и игровые площадки, помещения или открытые пространства для групповой работы, языковых клубов, творческих занятий, проектной деятельности, мероприятий и отдыха</w:t>
      </w:r>
      <w:r w:rsidR="00820086">
        <w:rPr>
          <w:rFonts w:cs="Times New Roman"/>
          <w:szCs w:val="28"/>
          <w:lang w:val="ru-RU"/>
        </w:rPr>
        <w:t>, прогулочная зона</w:t>
      </w:r>
      <w:r w:rsidRPr="00684EB1">
        <w:rPr>
          <w:rFonts w:cs="Times New Roman"/>
          <w:szCs w:val="28"/>
          <w:lang w:val="ru-RU"/>
        </w:rPr>
        <w:t xml:space="preserve">. </w:t>
      </w:r>
    </w:p>
    <w:p w14:paraId="006923F7"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Правовое основание разработки Программы</w:t>
      </w:r>
    </w:p>
    <w:p w14:paraId="5C955807" w14:textId="77777777" w:rsidR="00B9286B" w:rsidRPr="00684EB1" w:rsidRDefault="00BE1021" w:rsidP="00F7265A">
      <w:pPr>
        <w:jc w:val="both"/>
        <w:rPr>
          <w:rFonts w:cs="Times New Roman"/>
          <w:szCs w:val="28"/>
          <w:lang w:val="ru-RU"/>
        </w:rPr>
      </w:pPr>
      <w:r w:rsidRPr="00684EB1">
        <w:rPr>
          <w:rFonts w:cs="Times New Roman"/>
          <w:szCs w:val="28"/>
          <w:lang w:val="ru-RU"/>
        </w:rPr>
        <w:t>Программа разработана в соответствии с законодательством Республики Казахстан в сфере образования, воспитания, отдыха, оздоровления, охраны жизни и здоровья несовершеннолетних, а также защиты их прав и законных интересов.</w:t>
      </w:r>
    </w:p>
    <w:p w14:paraId="685EDF35" w14:textId="77777777" w:rsidR="00B9286B" w:rsidRPr="00684EB1" w:rsidRDefault="00BE1021" w:rsidP="00F7265A">
      <w:pPr>
        <w:jc w:val="both"/>
        <w:rPr>
          <w:rFonts w:cs="Times New Roman"/>
          <w:szCs w:val="28"/>
          <w:lang w:val="ru-RU"/>
        </w:rPr>
      </w:pPr>
      <w:r w:rsidRPr="00684EB1">
        <w:rPr>
          <w:rFonts w:cs="Times New Roman"/>
          <w:szCs w:val="28"/>
          <w:lang w:val="ru-RU"/>
        </w:rPr>
        <w:t>1) Закон Республики Казахстан «Об образовании» от 27 июля 2007 года № 319-</w:t>
      </w:r>
      <w:r w:rsidRPr="00684EB1">
        <w:rPr>
          <w:rFonts w:cs="Times New Roman"/>
          <w:szCs w:val="28"/>
        </w:rPr>
        <w:t>III</w:t>
      </w:r>
      <w:r w:rsidRPr="00684EB1">
        <w:rPr>
          <w:rFonts w:cs="Times New Roman"/>
          <w:szCs w:val="28"/>
          <w:lang w:val="ru-RU"/>
        </w:rPr>
        <w:t>.</w:t>
      </w:r>
    </w:p>
    <w:p w14:paraId="1AA5D43D" w14:textId="77777777" w:rsidR="00B9286B" w:rsidRPr="00684EB1" w:rsidRDefault="00BE1021" w:rsidP="00F7265A">
      <w:pPr>
        <w:jc w:val="both"/>
        <w:rPr>
          <w:rFonts w:cs="Times New Roman"/>
          <w:szCs w:val="28"/>
          <w:lang w:val="ru-RU"/>
        </w:rPr>
      </w:pPr>
      <w:r w:rsidRPr="00684EB1">
        <w:rPr>
          <w:rFonts w:cs="Times New Roman"/>
          <w:szCs w:val="28"/>
          <w:lang w:val="ru-RU"/>
        </w:rPr>
        <w:t>2) Закон Республики Казахстан «О правах ребенка в Республике Казахстан» от 8 августа 2002 года № 345.</w:t>
      </w:r>
    </w:p>
    <w:p w14:paraId="66CBF5C9" w14:textId="77777777" w:rsidR="00B9286B" w:rsidRPr="00684EB1" w:rsidRDefault="00BE1021" w:rsidP="00F7265A">
      <w:pPr>
        <w:jc w:val="both"/>
        <w:rPr>
          <w:rFonts w:cs="Times New Roman"/>
          <w:szCs w:val="28"/>
          <w:lang w:val="ru-RU"/>
        </w:rPr>
      </w:pPr>
      <w:r w:rsidRPr="00684EB1">
        <w:rPr>
          <w:rFonts w:cs="Times New Roman"/>
          <w:szCs w:val="28"/>
          <w:lang w:val="ru-RU"/>
        </w:rPr>
        <w:t>3) Кодекс Республики Казахстан «О здоровье народа и системе здравоохранения» от 7 июля 2020 года № 360-</w:t>
      </w:r>
      <w:r w:rsidRPr="00684EB1">
        <w:rPr>
          <w:rFonts w:cs="Times New Roman"/>
          <w:szCs w:val="28"/>
        </w:rPr>
        <w:t>VI</w:t>
      </w:r>
      <w:r w:rsidRPr="00684EB1">
        <w:rPr>
          <w:rFonts w:cs="Times New Roman"/>
          <w:szCs w:val="28"/>
          <w:lang w:val="ru-RU"/>
        </w:rPr>
        <w:t>.</w:t>
      </w:r>
    </w:p>
    <w:p w14:paraId="39A100C1" w14:textId="77777777" w:rsidR="00B9286B" w:rsidRPr="00684EB1" w:rsidRDefault="00BE1021" w:rsidP="00F7265A">
      <w:pPr>
        <w:jc w:val="both"/>
        <w:rPr>
          <w:rFonts w:cs="Times New Roman"/>
          <w:szCs w:val="28"/>
          <w:lang w:val="ru-RU"/>
        </w:rPr>
      </w:pPr>
      <w:r w:rsidRPr="00684EB1">
        <w:rPr>
          <w:rFonts w:cs="Times New Roman"/>
          <w:szCs w:val="28"/>
          <w:lang w:val="ru-RU"/>
        </w:rPr>
        <w:t>4) Закон Республики Казахстан «О статусе педагога» от 27 декабря 2019 года № 293-</w:t>
      </w:r>
      <w:r w:rsidRPr="00684EB1">
        <w:rPr>
          <w:rFonts w:cs="Times New Roman"/>
          <w:szCs w:val="28"/>
        </w:rPr>
        <w:t>VI</w:t>
      </w:r>
      <w:r w:rsidRPr="00684EB1">
        <w:rPr>
          <w:rFonts w:cs="Times New Roman"/>
          <w:szCs w:val="28"/>
          <w:lang w:val="ru-RU"/>
        </w:rPr>
        <w:t>.</w:t>
      </w:r>
    </w:p>
    <w:p w14:paraId="70A6B2B1" w14:textId="77777777" w:rsidR="00B9286B" w:rsidRPr="00684EB1" w:rsidRDefault="00BE1021" w:rsidP="00F7265A">
      <w:pPr>
        <w:jc w:val="both"/>
        <w:rPr>
          <w:rFonts w:cs="Times New Roman"/>
          <w:szCs w:val="28"/>
          <w:lang w:val="ru-RU"/>
        </w:rPr>
      </w:pPr>
      <w:r w:rsidRPr="00684EB1">
        <w:rPr>
          <w:rFonts w:cs="Times New Roman"/>
          <w:szCs w:val="28"/>
          <w:lang w:val="ru-RU"/>
        </w:rPr>
        <w:t>5) Правила по разработке, согласованию и утверждению образовательно-оздоровительных программ несовершеннолетним, а также требования к их структуре и содержанию, утвержденные приказом Министерства просвещения Республики Казахстан.</w:t>
      </w:r>
    </w:p>
    <w:p w14:paraId="4622348D" w14:textId="77777777" w:rsidR="00B9286B" w:rsidRPr="00684EB1" w:rsidRDefault="00BE1021" w:rsidP="00F7265A">
      <w:pPr>
        <w:jc w:val="both"/>
        <w:rPr>
          <w:rFonts w:cs="Times New Roman"/>
          <w:szCs w:val="28"/>
          <w:lang w:val="ru-RU"/>
        </w:rPr>
      </w:pPr>
      <w:r w:rsidRPr="00684EB1">
        <w:rPr>
          <w:rFonts w:cs="Times New Roman"/>
          <w:szCs w:val="28"/>
          <w:lang w:val="ru-RU"/>
        </w:rPr>
        <w:t>6) Правила организации оздоровления и отдыха детей в организациях образования, утвержденные приказом Министра просвещения Республики Казахстан от 7 октября 2025 года № 237.</w:t>
      </w:r>
    </w:p>
    <w:p w14:paraId="2946CFA1" w14:textId="77777777" w:rsidR="00B9286B" w:rsidRPr="00684EB1" w:rsidRDefault="00BE1021" w:rsidP="00F7265A">
      <w:pPr>
        <w:jc w:val="both"/>
        <w:rPr>
          <w:rFonts w:cs="Times New Roman"/>
          <w:szCs w:val="28"/>
          <w:lang w:val="ru-RU"/>
        </w:rPr>
      </w:pPr>
      <w:r w:rsidRPr="00684EB1">
        <w:rPr>
          <w:rFonts w:cs="Times New Roman"/>
          <w:szCs w:val="28"/>
          <w:lang w:val="ru-RU"/>
        </w:rPr>
        <w:t>7) Типовые правила деятельности организаций образования соответствующих типов и видов, за исключением организаций высшего и послевузовского образования, утвержденные приказом Министра просвещения Республики Казахстан от 31 августа 2022 года № 385.</w:t>
      </w:r>
    </w:p>
    <w:p w14:paraId="1C981521" w14:textId="77777777" w:rsidR="00B9286B" w:rsidRPr="00684EB1" w:rsidRDefault="00BE1021" w:rsidP="00F7265A">
      <w:pPr>
        <w:jc w:val="both"/>
        <w:rPr>
          <w:rFonts w:cs="Times New Roman"/>
          <w:szCs w:val="28"/>
          <w:lang w:val="ru-RU"/>
        </w:rPr>
      </w:pPr>
      <w:r w:rsidRPr="00684EB1">
        <w:rPr>
          <w:rFonts w:cs="Times New Roman"/>
          <w:szCs w:val="28"/>
          <w:lang w:val="ru-RU"/>
        </w:rPr>
        <w:t>8) Санитарные правила «Санитарно-эпидемиологические требования к детским оздоровительным и санаторным объектам», утвержденные приказом Министра здравоохранения Республики Казахстан от 10 августа 2022 года № ҚР ДСМ-78.</w:t>
      </w:r>
    </w:p>
    <w:p w14:paraId="116F4AF6" w14:textId="77777777" w:rsidR="00B9286B" w:rsidRPr="00684EB1" w:rsidRDefault="00BE1021" w:rsidP="00F7265A">
      <w:pPr>
        <w:jc w:val="both"/>
        <w:rPr>
          <w:rFonts w:cs="Times New Roman"/>
          <w:szCs w:val="28"/>
          <w:lang w:val="ru-RU"/>
        </w:rPr>
      </w:pPr>
      <w:r w:rsidRPr="00684EB1">
        <w:rPr>
          <w:rFonts w:cs="Times New Roman"/>
          <w:szCs w:val="28"/>
          <w:lang w:val="ru-RU"/>
        </w:rPr>
        <w:lastRenderedPageBreak/>
        <w:t>9) Правила безопасности при проведении занятий по физической культуре и спорту, утвержденные приказом Министра культуры и спорта Республики Казахстан от 3 ноября 2014 года № 68.</w:t>
      </w:r>
    </w:p>
    <w:p w14:paraId="759B8D24" w14:textId="77777777" w:rsidR="00B9286B" w:rsidRPr="00684EB1" w:rsidRDefault="00BE1021" w:rsidP="00F7265A">
      <w:pPr>
        <w:jc w:val="both"/>
        <w:rPr>
          <w:rFonts w:cs="Times New Roman"/>
          <w:szCs w:val="28"/>
          <w:lang w:val="ru-RU"/>
        </w:rPr>
      </w:pPr>
      <w:r w:rsidRPr="00684EB1">
        <w:rPr>
          <w:rFonts w:cs="Times New Roman"/>
          <w:szCs w:val="28"/>
          <w:lang w:val="ru-RU"/>
        </w:rPr>
        <w:t>10) Единая программа воспитания «</w:t>
      </w:r>
      <w:proofErr w:type="spellStart"/>
      <w:r w:rsidRPr="00684EB1">
        <w:rPr>
          <w:rFonts w:cs="Times New Roman"/>
          <w:szCs w:val="28"/>
          <w:lang w:val="ru-RU"/>
        </w:rPr>
        <w:t>Адал</w:t>
      </w:r>
      <w:proofErr w:type="spellEnd"/>
      <w:r w:rsidRPr="00684EB1">
        <w:rPr>
          <w:rFonts w:cs="Times New Roman"/>
          <w:szCs w:val="28"/>
          <w:lang w:val="ru-RU"/>
        </w:rPr>
        <w:t xml:space="preserve"> </w:t>
      </w:r>
      <w:proofErr w:type="spellStart"/>
      <w:r w:rsidRPr="00684EB1">
        <w:rPr>
          <w:rFonts w:cs="Times New Roman"/>
          <w:szCs w:val="28"/>
          <w:lang w:val="ru-RU"/>
        </w:rPr>
        <w:t>азамат</w:t>
      </w:r>
      <w:proofErr w:type="spellEnd"/>
      <w:r w:rsidRPr="00684EB1">
        <w:rPr>
          <w:rFonts w:cs="Times New Roman"/>
          <w:szCs w:val="28"/>
          <w:lang w:val="ru-RU"/>
        </w:rPr>
        <w:t>».</w:t>
      </w:r>
    </w:p>
    <w:p w14:paraId="6B828CBF" w14:textId="77777777" w:rsidR="00B9286B" w:rsidRPr="00684EB1" w:rsidRDefault="00BE1021" w:rsidP="00F7265A">
      <w:pPr>
        <w:jc w:val="both"/>
        <w:rPr>
          <w:rFonts w:cs="Times New Roman"/>
          <w:szCs w:val="28"/>
          <w:lang w:val="ru-RU"/>
        </w:rPr>
      </w:pPr>
      <w:r w:rsidRPr="00684EB1">
        <w:rPr>
          <w:rFonts w:cs="Times New Roman"/>
          <w:szCs w:val="28"/>
          <w:lang w:val="ru-RU"/>
        </w:rPr>
        <w:t>11) Иные нормативные правовые акты Республики Казахстан, регулирующие вопросы организации отдыха, оздоровления, воспитания, дополнительного образования, медицинского сопровождения и обеспечения безопасности несовершеннолетних.</w:t>
      </w:r>
    </w:p>
    <w:p w14:paraId="0A5E602B" w14:textId="1D2CF813" w:rsidR="00B9286B" w:rsidRPr="00684EB1" w:rsidRDefault="00BE1021" w:rsidP="00F7265A">
      <w:pPr>
        <w:jc w:val="both"/>
        <w:rPr>
          <w:rFonts w:cs="Times New Roman"/>
          <w:szCs w:val="28"/>
          <w:lang w:val="ru-RU"/>
        </w:rPr>
      </w:pPr>
      <w:r w:rsidRPr="00684EB1">
        <w:rPr>
          <w:rFonts w:cs="Times New Roman"/>
          <w:szCs w:val="28"/>
          <w:lang w:val="ru-RU"/>
        </w:rPr>
        <w:t xml:space="preserve">Программа разработана с учетом результатов анализа законодательства, потребностей несовершеннолетних и их законных представителей, условий функционирования Организации, продолжительности смен, материально-технической базы, кадрового обеспечения, условий проживания и питания, климатических и природных особенностей местности, режима дня и профильности смен. </w:t>
      </w:r>
      <w:r w:rsidRPr="00160003">
        <w:rPr>
          <w:rFonts w:cs="Times New Roman"/>
          <w:szCs w:val="28"/>
          <w:lang w:val="ru-RU"/>
        </w:rPr>
        <w:t xml:space="preserve">Результаты анализа оформлены протокольным решением от </w:t>
      </w:r>
      <w:r w:rsidR="00CB1685" w:rsidRPr="00160003">
        <w:rPr>
          <w:rFonts w:cs="Times New Roman"/>
          <w:szCs w:val="28"/>
          <w:lang w:val="ru-RU"/>
        </w:rPr>
        <w:t>15.05.2026 года</w:t>
      </w:r>
      <w:r w:rsidRPr="00160003">
        <w:rPr>
          <w:rFonts w:cs="Times New Roman"/>
          <w:szCs w:val="28"/>
          <w:lang w:val="ru-RU"/>
        </w:rPr>
        <w:t xml:space="preserve"> № </w:t>
      </w:r>
      <w:r w:rsidR="00CB1685" w:rsidRPr="00160003">
        <w:rPr>
          <w:rFonts w:cs="Times New Roman"/>
          <w:szCs w:val="28"/>
          <w:lang w:val="ru-RU"/>
        </w:rPr>
        <w:t>1</w:t>
      </w:r>
      <w:r w:rsidRPr="00160003">
        <w:rPr>
          <w:rFonts w:cs="Times New Roman"/>
          <w:szCs w:val="28"/>
          <w:lang w:val="ru-RU"/>
        </w:rPr>
        <w:t xml:space="preserve">; на основании протокольного решения издан приказ Организации от </w:t>
      </w:r>
      <w:r w:rsidR="00160003" w:rsidRPr="00160003">
        <w:rPr>
          <w:rFonts w:cs="Times New Roman"/>
          <w:szCs w:val="28"/>
          <w:lang w:val="ru-RU"/>
        </w:rPr>
        <w:t>25.05.2026 года</w:t>
      </w:r>
      <w:r w:rsidRPr="00160003">
        <w:rPr>
          <w:rFonts w:cs="Times New Roman"/>
          <w:szCs w:val="28"/>
          <w:lang w:val="ru-RU"/>
        </w:rPr>
        <w:t xml:space="preserve"> № </w:t>
      </w:r>
      <w:r w:rsidR="00160003" w:rsidRPr="00160003">
        <w:rPr>
          <w:rFonts w:cs="Times New Roman"/>
          <w:szCs w:val="28"/>
          <w:lang w:val="ru-RU"/>
        </w:rPr>
        <w:t>1077</w:t>
      </w:r>
      <w:r w:rsidRPr="00160003">
        <w:rPr>
          <w:rFonts w:cs="Times New Roman"/>
          <w:szCs w:val="28"/>
          <w:lang w:val="ru-RU"/>
        </w:rPr>
        <w:t>.</w:t>
      </w:r>
    </w:p>
    <w:p w14:paraId="619C10EF"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Продолжительность Программы</w:t>
      </w:r>
    </w:p>
    <w:p w14:paraId="3B428D52" w14:textId="4629C711" w:rsidR="00B9286B" w:rsidRPr="00684EB1" w:rsidRDefault="00BE1021" w:rsidP="00F7265A">
      <w:pPr>
        <w:jc w:val="both"/>
        <w:rPr>
          <w:rFonts w:cs="Times New Roman"/>
          <w:szCs w:val="28"/>
          <w:lang w:val="ru-RU"/>
        </w:rPr>
      </w:pPr>
      <w:r w:rsidRPr="00684EB1">
        <w:rPr>
          <w:rFonts w:cs="Times New Roman"/>
          <w:szCs w:val="28"/>
          <w:lang w:val="ru-RU"/>
        </w:rPr>
        <w:t>Программа реализуется в период летнего сезона. Продолжительность одной смены составляет 1</w:t>
      </w:r>
      <w:r w:rsidR="00820086">
        <w:rPr>
          <w:rFonts w:cs="Times New Roman"/>
          <w:szCs w:val="28"/>
          <w:lang w:val="ru-RU"/>
        </w:rPr>
        <w:t>0</w:t>
      </w:r>
      <w:r w:rsidRPr="00684EB1">
        <w:rPr>
          <w:rFonts w:cs="Times New Roman"/>
          <w:szCs w:val="28"/>
          <w:lang w:val="ru-RU"/>
        </w:rPr>
        <w:t xml:space="preserve"> календарных дней.</w:t>
      </w:r>
    </w:p>
    <w:p w14:paraId="03345D3B" w14:textId="72A402AB" w:rsidR="00B9286B" w:rsidRPr="00684EB1" w:rsidRDefault="00BE1021" w:rsidP="00F7265A">
      <w:pPr>
        <w:jc w:val="both"/>
        <w:rPr>
          <w:rFonts w:cs="Times New Roman"/>
          <w:szCs w:val="28"/>
          <w:lang w:val="ru-RU"/>
        </w:rPr>
      </w:pPr>
      <w:r w:rsidRPr="00684EB1">
        <w:rPr>
          <w:rFonts w:cs="Times New Roman"/>
          <w:szCs w:val="28"/>
          <w:lang w:val="ru-RU"/>
        </w:rPr>
        <w:t xml:space="preserve">Смена проводится </w:t>
      </w:r>
      <w:r w:rsidR="006F52BA">
        <w:rPr>
          <w:rFonts w:cs="Times New Roman"/>
          <w:szCs w:val="28"/>
          <w:lang w:val="kk-KZ"/>
        </w:rPr>
        <w:t>каждые 10 дней</w:t>
      </w:r>
      <w:r w:rsidRPr="00684EB1">
        <w:rPr>
          <w:rFonts w:cs="Times New Roman"/>
          <w:szCs w:val="28"/>
          <w:lang w:val="ru-RU"/>
        </w:rPr>
        <w:t xml:space="preserve">. Такая продолжительность позволяет обеспечить адаптацию детей к условиям </w:t>
      </w:r>
      <w:r w:rsidR="002B0A03" w:rsidRPr="00FD4D4F">
        <w:rPr>
          <w:rFonts w:cs="Times New Roman"/>
          <w:szCs w:val="28"/>
          <w:lang w:val="ru-RU"/>
        </w:rPr>
        <w:t>ДО</w:t>
      </w:r>
      <w:r w:rsidR="006F52BA">
        <w:rPr>
          <w:rFonts w:cs="Times New Roman"/>
          <w:szCs w:val="28"/>
          <w:lang w:val="ru-RU"/>
        </w:rPr>
        <w:t>Л</w:t>
      </w:r>
      <w:r w:rsidRPr="00684EB1">
        <w:rPr>
          <w:rFonts w:cs="Times New Roman"/>
          <w:szCs w:val="28"/>
          <w:lang w:val="ru-RU"/>
        </w:rPr>
        <w:t>, постепенное включение в языковую среду, реализацию коммуникативной и проектной деятельности, подведение итогов и организованный выезд участников.</w:t>
      </w:r>
    </w:p>
    <w:p w14:paraId="0AE95D21" w14:textId="204CFC83" w:rsidR="00B9286B" w:rsidRPr="00684EB1" w:rsidRDefault="00BE1021" w:rsidP="00F7265A">
      <w:pPr>
        <w:jc w:val="both"/>
        <w:rPr>
          <w:rFonts w:cs="Times New Roman"/>
          <w:szCs w:val="28"/>
          <w:lang w:val="ru-RU"/>
        </w:rPr>
      </w:pPr>
      <w:r w:rsidRPr="00684EB1">
        <w:rPr>
          <w:rFonts w:cs="Times New Roman"/>
          <w:szCs w:val="28"/>
          <w:lang w:val="ru-RU"/>
        </w:rPr>
        <w:t>Содержание смены строится по этапам: 1-2 дни - организационно-адаптационный и диагностический этап; 3-</w:t>
      </w:r>
      <w:r w:rsidR="006F52BA">
        <w:rPr>
          <w:rFonts w:cs="Times New Roman"/>
          <w:szCs w:val="28"/>
          <w:lang w:val="ru-RU"/>
        </w:rPr>
        <w:t>5</w:t>
      </w:r>
      <w:r w:rsidRPr="00684EB1">
        <w:rPr>
          <w:rFonts w:cs="Times New Roman"/>
          <w:szCs w:val="28"/>
          <w:lang w:val="ru-RU"/>
        </w:rPr>
        <w:t xml:space="preserve"> дни - основной языковой и межкультурный этап; </w:t>
      </w:r>
      <w:r w:rsidR="006F52BA">
        <w:rPr>
          <w:rFonts w:cs="Times New Roman"/>
          <w:szCs w:val="28"/>
          <w:lang w:val="ru-RU"/>
        </w:rPr>
        <w:t>6</w:t>
      </w:r>
      <w:r w:rsidRPr="00684EB1">
        <w:rPr>
          <w:rFonts w:cs="Times New Roman"/>
          <w:szCs w:val="28"/>
          <w:lang w:val="ru-RU"/>
        </w:rPr>
        <w:t>-</w:t>
      </w:r>
      <w:r w:rsidR="006F52BA">
        <w:rPr>
          <w:rFonts w:cs="Times New Roman"/>
          <w:szCs w:val="28"/>
          <w:lang w:val="ru-RU"/>
        </w:rPr>
        <w:t>7</w:t>
      </w:r>
      <w:r w:rsidRPr="00684EB1">
        <w:rPr>
          <w:rFonts w:cs="Times New Roman"/>
          <w:szCs w:val="28"/>
          <w:lang w:val="ru-RU"/>
        </w:rPr>
        <w:t xml:space="preserve"> дни - проектно-итоговый этап; </w:t>
      </w:r>
      <w:r w:rsidR="006F52BA">
        <w:rPr>
          <w:rFonts w:cs="Times New Roman"/>
          <w:szCs w:val="28"/>
          <w:lang w:val="ru-RU"/>
        </w:rPr>
        <w:t>8</w:t>
      </w:r>
      <w:r w:rsidRPr="00684EB1">
        <w:rPr>
          <w:rFonts w:cs="Times New Roman"/>
          <w:szCs w:val="28"/>
          <w:lang w:val="ru-RU"/>
        </w:rPr>
        <w:t xml:space="preserve"> день - языковой фестиваль и презентация результатов; </w:t>
      </w:r>
      <w:r w:rsidR="006F52BA">
        <w:rPr>
          <w:rFonts w:cs="Times New Roman"/>
          <w:szCs w:val="28"/>
          <w:lang w:val="ru-RU"/>
        </w:rPr>
        <w:t>9-10</w:t>
      </w:r>
      <w:r w:rsidRPr="00684EB1">
        <w:rPr>
          <w:rFonts w:cs="Times New Roman"/>
          <w:szCs w:val="28"/>
          <w:lang w:val="ru-RU"/>
        </w:rPr>
        <w:t xml:space="preserve"> день - рефлексия, закрытие смены и выезд участников.</w:t>
      </w:r>
    </w:p>
    <w:p w14:paraId="35A6736A"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Возрастная категория несовершеннолетних</w:t>
      </w:r>
    </w:p>
    <w:p w14:paraId="4DA66B5C" w14:textId="7B935C32" w:rsidR="00B9286B" w:rsidRPr="00684EB1" w:rsidRDefault="005A3346" w:rsidP="00F7265A">
      <w:pPr>
        <w:jc w:val="both"/>
        <w:rPr>
          <w:rFonts w:cs="Times New Roman"/>
          <w:szCs w:val="28"/>
          <w:lang w:val="ru-RU"/>
        </w:rPr>
      </w:pPr>
      <w:r w:rsidRPr="005A3346">
        <w:rPr>
          <w:rFonts w:cs="Times New Roman"/>
          <w:szCs w:val="28"/>
          <w:lang w:val="ru-RU"/>
        </w:rPr>
        <w:t>Программа предназначена для детей и подростков в возрасте от 7-1</w:t>
      </w:r>
      <w:r w:rsidR="006F52BA">
        <w:rPr>
          <w:rFonts w:cs="Times New Roman"/>
          <w:szCs w:val="28"/>
          <w:lang w:val="ru-RU"/>
        </w:rPr>
        <w:t>5</w:t>
      </w:r>
      <w:r w:rsidRPr="005A3346">
        <w:rPr>
          <w:rFonts w:cs="Times New Roman"/>
          <w:szCs w:val="28"/>
          <w:lang w:val="ru-RU"/>
        </w:rPr>
        <w:t xml:space="preserve"> лет.</w:t>
      </w:r>
    </w:p>
    <w:p w14:paraId="04718C61" w14:textId="77777777" w:rsidR="00B9286B" w:rsidRPr="00684EB1" w:rsidRDefault="00BE1021" w:rsidP="00F7265A">
      <w:pPr>
        <w:jc w:val="both"/>
        <w:rPr>
          <w:rFonts w:cs="Times New Roman"/>
          <w:szCs w:val="28"/>
          <w:lang w:val="ru-RU"/>
        </w:rPr>
      </w:pPr>
      <w:r w:rsidRPr="00684EB1">
        <w:rPr>
          <w:rFonts w:cs="Times New Roman"/>
          <w:szCs w:val="28"/>
          <w:lang w:val="ru-RU"/>
        </w:rPr>
        <w:t>При разработке и реализации содержания Программы учитываются возрастные, психологические, физиологические и социальные особенности участников, включая потребность в движении, игре, общении, признании, эмоциональной поддержке, самостоятельности, самовыражении, инициативе и участии в коллективной деятельности.</w:t>
      </w:r>
    </w:p>
    <w:p w14:paraId="1323248E" w14:textId="77777777" w:rsidR="00B9286B" w:rsidRPr="00684EB1" w:rsidRDefault="00BE1021" w:rsidP="00F7265A">
      <w:pPr>
        <w:jc w:val="both"/>
        <w:rPr>
          <w:rFonts w:cs="Times New Roman"/>
          <w:szCs w:val="28"/>
          <w:lang w:val="ru-RU"/>
        </w:rPr>
      </w:pPr>
      <w:r w:rsidRPr="00684EB1">
        <w:rPr>
          <w:rFonts w:cs="Times New Roman"/>
          <w:szCs w:val="28"/>
          <w:lang w:val="ru-RU"/>
        </w:rPr>
        <w:t>При участии детей младшего школьного возраста приоритетными являются игровые, наглядные, песенные, творческие и двигательные формы языковой практики, речевые образцы, повторение, простые диалоги и эмоционально безопасное включение в общение.</w:t>
      </w:r>
    </w:p>
    <w:p w14:paraId="463E21B8" w14:textId="77777777" w:rsidR="00B9286B" w:rsidRPr="00684EB1" w:rsidRDefault="00BE1021" w:rsidP="00F7265A">
      <w:pPr>
        <w:jc w:val="both"/>
        <w:rPr>
          <w:rFonts w:cs="Times New Roman"/>
          <w:szCs w:val="28"/>
          <w:lang w:val="ru-RU"/>
        </w:rPr>
      </w:pPr>
      <w:r w:rsidRPr="00684EB1">
        <w:rPr>
          <w:rFonts w:cs="Times New Roman"/>
          <w:szCs w:val="28"/>
          <w:lang w:val="ru-RU"/>
        </w:rPr>
        <w:t xml:space="preserve">При участии детей среднего школьного возраста приоритетными являются коммуникативные игры, языковые квесты, творческие мастерские, </w:t>
      </w:r>
      <w:r w:rsidRPr="00684EB1">
        <w:rPr>
          <w:rFonts w:cs="Times New Roman"/>
          <w:szCs w:val="28"/>
          <w:lang w:val="ru-RU"/>
        </w:rPr>
        <w:lastRenderedPageBreak/>
        <w:t>межкультурные задания, проекты, инсценировки, интервью, работа в парах и группах.</w:t>
      </w:r>
    </w:p>
    <w:p w14:paraId="58A06A48" w14:textId="77777777" w:rsidR="00B9286B" w:rsidRPr="00684EB1" w:rsidRDefault="00BE1021" w:rsidP="00F7265A">
      <w:pPr>
        <w:jc w:val="both"/>
        <w:rPr>
          <w:rFonts w:cs="Times New Roman"/>
          <w:szCs w:val="28"/>
          <w:lang w:val="ru-RU"/>
        </w:rPr>
      </w:pPr>
      <w:r w:rsidRPr="00684EB1">
        <w:rPr>
          <w:rFonts w:cs="Times New Roman"/>
          <w:szCs w:val="28"/>
          <w:lang w:val="ru-RU"/>
        </w:rPr>
        <w:t>При участии подростков старшего школьного возраста приоритетными являются дискуссии, проектная деятельность, публичные выступления, дебаты, медиапродукты, языковое наставничество, межкультурные исследования и подготовка презентаций.</w:t>
      </w:r>
    </w:p>
    <w:p w14:paraId="1D1A2F37"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Концепция тематической смены</w:t>
      </w:r>
    </w:p>
    <w:p w14:paraId="10920968" w14:textId="77777777" w:rsidR="00B9286B" w:rsidRPr="00684EB1" w:rsidRDefault="00BE1021" w:rsidP="00F7265A">
      <w:pPr>
        <w:jc w:val="both"/>
        <w:rPr>
          <w:rFonts w:cs="Times New Roman"/>
          <w:szCs w:val="28"/>
          <w:lang w:val="ru-RU"/>
        </w:rPr>
      </w:pPr>
      <w:r w:rsidRPr="00684EB1">
        <w:rPr>
          <w:rFonts w:cs="Times New Roman"/>
          <w:szCs w:val="28"/>
          <w:lang w:val="ru-RU"/>
        </w:rPr>
        <w:t>Смена строится как последовательное погружение участников в среду [изучаемого языка]. Каждый день имеет собственную смысловую задачу, но все мероприятия объединены общей идеей развития языковой уверенности, речевой активности, культуры общения, уважения к языку, культуре и ценностям, связанным с выбранным языковым направлением.</w:t>
      </w:r>
    </w:p>
    <w:tbl>
      <w:tblPr>
        <w:tblStyle w:val="aff0"/>
        <w:tblW w:w="0" w:type="auto"/>
        <w:jc w:val="center"/>
        <w:tblLook w:val="04A0" w:firstRow="1" w:lastRow="0" w:firstColumn="1" w:lastColumn="0" w:noHBand="0" w:noVBand="1"/>
      </w:tblPr>
      <w:tblGrid>
        <w:gridCol w:w="1699"/>
        <w:gridCol w:w="2834"/>
        <w:gridCol w:w="5096"/>
      </w:tblGrid>
      <w:tr w:rsidR="00B9286B" w:rsidRPr="00684EB1" w14:paraId="5DEC8B92" w14:textId="77777777">
        <w:trPr>
          <w:tblHeader/>
          <w:jc w:val="center"/>
        </w:trPr>
        <w:tc>
          <w:tcPr>
            <w:tcW w:w="1701" w:type="dxa"/>
            <w:shd w:val="clear" w:color="auto" w:fill="D9EAD3"/>
            <w:vAlign w:val="center"/>
          </w:tcPr>
          <w:p w14:paraId="4D7F85A4"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Дни</w:t>
            </w:r>
            <w:proofErr w:type="spellEnd"/>
            <w:r w:rsidRPr="00684EB1">
              <w:rPr>
                <w:rFonts w:cs="Times New Roman"/>
                <w:b/>
                <w:szCs w:val="28"/>
              </w:rPr>
              <w:t xml:space="preserve"> </w:t>
            </w:r>
            <w:proofErr w:type="spellStart"/>
            <w:r w:rsidRPr="00684EB1">
              <w:rPr>
                <w:rFonts w:cs="Times New Roman"/>
                <w:b/>
                <w:szCs w:val="28"/>
              </w:rPr>
              <w:t>смены</w:t>
            </w:r>
            <w:proofErr w:type="spellEnd"/>
          </w:p>
        </w:tc>
        <w:tc>
          <w:tcPr>
            <w:tcW w:w="2835" w:type="dxa"/>
            <w:shd w:val="clear" w:color="auto" w:fill="D9EAD3"/>
            <w:vAlign w:val="center"/>
          </w:tcPr>
          <w:p w14:paraId="3036BA86"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Смысловой</w:t>
            </w:r>
            <w:proofErr w:type="spellEnd"/>
            <w:r w:rsidRPr="00684EB1">
              <w:rPr>
                <w:rFonts w:cs="Times New Roman"/>
                <w:b/>
                <w:szCs w:val="28"/>
              </w:rPr>
              <w:t xml:space="preserve"> </w:t>
            </w:r>
            <w:proofErr w:type="spellStart"/>
            <w:r w:rsidRPr="00684EB1">
              <w:rPr>
                <w:rFonts w:cs="Times New Roman"/>
                <w:b/>
                <w:szCs w:val="28"/>
              </w:rPr>
              <w:t>этап</w:t>
            </w:r>
            <w:proofErr w:type="spellEnd"/>
          </w:p>
        </w:tc>
        <w:tc>
          <w:tcPr>
            <w:tcW w:w="5102" w:type="dxa"/>
            <w:shd w:val="clear" w:color="auto" w:fill="D9EAD3"/>
            <w:vAlign w:val="center"/>
          </w:tcPr>
          <w:p w14:paraId="3E9E6745"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Основное</w:t>
            </w:r>
            <w:proofErr w:type="spellEnd"/>
            <w:r w:rsidRPr="00684EB1">
              <w:rPr>
                <w:rFonts w:cs="Times New Roman"/>
                <w:b/>
                <w:szCs w:val="28"/>
              </w:rPr>
              <w:t xml:space="preserve"> </w:t>
            </w:r>
            <w:proofErr w:type="spellStart"/>
            <w:r w:rsidRPr="00684EB1">
              <w:rPr>
                <w:rFonts w:cs="Times New Roman"/>
                <w:b/>
                <w:szCs w:val="28"/>
              </w:rPr>
              <w:t>содержание</w:t>
            </w:r>
            <w:proofErr w:type="spellEnd"/>
          </w:p>
        </w:tc>
      </w:tr>
      <w:tr w:rsidR="00B9286B" w:rsidRPr="00F7265A" w14:paraId="0D4288AB" w14:textId="77777777">
        <w:trPr>
          <w:jc w:val="center"/>
        </w:trPr>
        <w:tc>
          <w:tcPr>
            <w:tcW w:w="1701" w:type="dxa"/>
          </w:tcPr>
          <w:p w14:paraId="56B34125" w14:textId="77777777" w:rsidR="00B9286B" w:rsidRPr="00684EB1" w:rsidRDefault="00BE1021" w:rsidP="00F7265A">
            <w:pPr>
              <w:ind w:firstLine="0"/>
              <w:jc w:val="center"/>
              <w:rPr>
                <w:rFonts w:cs="Times New Roman"/>
                <w:szCs w:val="28"/>
              </w:rPr>
            </w:pPr>
            <w:r w:rsidRPr="00684EB1">
              <w:rPr>
                <w:rFonts w:cs="Times New Roman"/>
                <w:szCs w:val="28"/>
              </w:rPr>
              <w:t xml:space="preserve">1-2 </w:t>
            </w:r>
            <w:proofErr w:type="spellStart"/>
            <w:r w:rsidRPr="00684EB1">
              <w:rPr>
                <w:rFonts w:cs="Times New Roman"/>
                <w:szCs w:val="28"/>
              </w:rPr>
              <w:t>дни</w:t>
            </w:r>
            <w:proofErr w:type="spellEnd"/>
          </w:p>
        </w:tc>
        <w:tc>
          <w:tcPr>
            <w:tcW w:w="2835" w:type="dxa"/>
          </w:tcPr>
          <w:p w14:paraId="35D711DE"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Адаптация, диагностика и языковая команда</w:t>
            </w:r>
          </w:p>
        </w:tc>
        <w:tc>
          <w:tcPr>
            <w:tcW w:w="5102" w:type="dxa"/>
          </w:tcPr>
          <w:p w14:paraId="16D53AEE"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Заезд, знакомство, правила, безопасность, определение языковых интересов, формирование отрядов и языковых групп.</w:t>
            </w:r>
          </w:p>
        </w:tc>
      </w:tr>
      <w:tr w:rsidR="00B9286B" w:rsidRPr="00F7265A" w14:paraId="2FF0E168" w14:textId="77777777">
        <w:trPr>
          <w:jc w:val="center"/>
        </w:trPr>
        <w:tc>
          <w:tcPr>
            <w:tcW w:w="1701" w:type="dxa"/>
          </w:tcPr>
          <w:p w14:paraId="4C81B12E" w14:textId="314FAD6A" w:rsidR="00B9286B" w:rsidRPr="00684EB1" w:rsidRDefault="00BE1021" w:rsidP="00F7265A">
            <w:pPr>
              <w:ind w:firstLine="0"/>
              <w:jc w:val="center"/>
              <w:rPr>
                <w:rFonts w:cs="Times New Roman"/>
                <w:szCs w:val="28"/>
              </w:rPr>
            </w:pPr>
            <w:r w:rsidRPr="00684EB1">
              <w:rPr>
                <w:rFonts w:cs="Times New Roman"/>
                <w:szCs w:val="28"/>
              </w:rPr>
              <w:t>3-</w:t>
            </w:r>
            <w:r w:rsidR="005D6560">
              <w:rPr>
                <w:rFonts w:cs="Times New Roman"/>
                <w:szCs w:val="28"/>
                <w:lang w:val="kk-KZ"/>
              </w:rPr>
              <w:t>5</w:t>
            </w:r>
            <w:r w:rsidRPr="00684EB1">
              <w:rPr>
                <w:rFonts w:cs="Times New Roman"/>
                <w:szCs w:val="28"/>
              </w:rPr>
              <w:t xml:space="preserve"> </w:t>
            </w:r>
            <w:proofErr w:type="spellStart"/>
            <w:r w:rsidRPr="00684EB1">
              <w:rPr>
                <w:rFonts w:cs="Times New Roman"/>
                <w:szCs w:val="28"/>
              </w:rPr>
              <w:t>дни</w:t>
            </w:r>
            <w:proofErr w:type="spellEnd"/>
          </w:p>
        </w:tc>
        <w:tc>
          <w:tcPr>
            <w:tcW w:w="2835" w:type="dxa"/>
          </w:tcPr>
          <w:p w14:paraId="2677203B"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Один изучаемый язык и культура общения</w:t>
            </w:r>
          </w:p>
        </w:tc>
        <w:tc>
          <w:tcPr>
            <w:tcW w:w="5102" w:type="dxa"/>
          </w:tcPr>
          <w:p w14:paraId="431C4E33" w14:textId="1339D296" w:rsidR="00B9286B" w:rsidRPr="00684EB1" w:rsidRDefault="006F52BA" w:rsidP="00F7265A">
            <w:pPr>
              <w:ind w:firstLine="0"/>
              <w:jc w:val="center"/>
              <w:rPr>
                <w:rFonts w:cs="Times New Roman"/>
                <w:szCs w:val="28"/>
                <w:lang w:val="ru-RU"/>
              </w:rPr>
            </w:pPr>
            <w:r>
              <w:rPr>
                <w:rFonts w:cs="Times New Roman"/>
                <w:szCs w:val="28"/>
                <w:lang w:val="ru-RU"/>
              </w:rPr>
              <w:t>Английский</w:t>
            </w:r>
            <w:r w:rsidR="00BE1021" w:rsidRPr="00684EB1">
              <w:rPr>
                <w:rFonts w:cs="Times New Roman"/>
                <w:szCs w:val="28"/>
                <w:lang w:val="ru-RU"/>
              </w:rPr>
              <w:t xml:space="preserve"> язык: разговорные практики, игры, квесты, творческие задания, социокультурное содержание и языковой проект.</w:t>
            </w:r>
          </w:p>
        </w:tc>
      </w:tr>
      <w:tr w:rsidR="00B9286B" w:rsidRPr="00F7265A" w14:paraId="3575E3A6" w14:textId="77777777">
        <w:trPr>
          <w:jc w:val="center"/>
        </w:trPr>
        <w:tc>
          <w:tcPr>
            <w:tcW w:w="1701" w:type="dxa"/>
          </w:tcPr>
          <w:p w14:paraId="47041551" w14:textId="5BAC8C6B" w:rsidR="00B9286B" w:rsidRPr="00684EB1" w:rsidRDefault="006F52BA" w:rsidP="00F7265A">
            <w:pPr>
              <w:ind w:firstLine="0"/>
              <w:jc w:val="center"/>
              <w:rPr>
                <w:rFonts w:cs="Times New Roman"/>
                <w:szCs w:val="28"/>
              </w:rPr>
            </w:pPr>
            <w:r>
              <w:rPr>
                <w:rFonts w:cs="Times New Roman"/>
                <w:szCs w:val="28"/>
                <w:lang w:val="kk-KZ"/>
              </w:rPr>
              <w:t>6</w:t>
            </w:r>
            <w:r w:rsidR="00BE1021" w:rsidRPr="00684EB1">
              <w:rPr>
                <w:rFonts w:cs="Times New Roman"/>
                <w:szCs w:val="28"/>
              </w:rPr>
              <w:t>-</w:t>
            </w:r>
            <w:r>
              <w:rPr>
                <w:rFonts w:cs="Times New Roman"/>
                <w:szCs w:val="28"/>
                <w:lang w:val="kk-KZ"/>
              </w:rPr>
              <w:t>7</w:t>
            </w:r>
            <w:r w:rsidR="00BE1021" w:rsidRPr="00684EB1">
              <w:rPr>
                <w:rFonts w:cs="Times New Roman"/>
                <w:szCs w:val="28"/>
              </w:rPr>
              <w:t xml:space="preserve"> </w:t>
            </w:r>
            <w:proofErr w:type="spellStart"/>
            <w:r w:rsidR="00BE1021" w:rsidRPr="00684EB1">
              <w:rPr>
                <w:rFonts w:cs="Times New Roman"/>
                <w:szCs w:val="28"/>
              </w:rPr>
              <w:t>дни</w:t>
            </w:r>
            <w:proofErr w:type="spellEnd"/>
          </w:p>
        </w:tc>
        <w:tc>
          <w:tcPr>
            <w:tcW w:w="2835" w:type="dxa"/>
          </w:tcPr>
          <w:p w14:paraId="02B2A9A8" w14:textId="77777777" w:rsidR="00B9286B" w:rsidRPr="00684EB1" w:rsidRDefault="00BE1021" w:rsidP="00F7265A">
            <w:pPr>
              <w:ind w:firstLine="0"/>
              <w:jc w:val="center"/>
              <w:rPr>
                <w:rFonts w:cs="Times New Roman"/>
                <w:szCs w:val="28"/>
              </w:rPr>
            </w:pPr>
            <w:proofErr w:type="spellStart"/>
            <w:r w:rsidRPr="00684EB1">
              <w:rPr>
                <w:rFonts w:cs="Times New Roman"/>
                <w:szCs w:val="28"/>
              </w:rPr>
              <w:t>Проектирование</w:t>
            </w:r>
            <w:proofErr w:type="spellEnd"/>
            <w:r w:rsidRPr="00684EB1">
              <w:rPr>
                <w:rFonts w:cs="Times New Roman"/>
                <w:szCs w:val="28"/>
              </w:rPr>
              <w:t xml:space="preserve"> и </w:t>
            </w:r>
            <w:proofErr w:type="spellStart"/>
            <w:r w:rsidRPr="00684EB1">
              <w:rPr>
                <w:rFonts w:cs="Times New Roman"/>
                <w:szCs w:val="28"/>
              </w:rPr>
              <w:t>подготовка</w:t>
            </w:r>
            <w:proofErr w:type="spellEnd"/>
            <w:r w:rsidRPr="00684EB1">
              <w:rPr>
                <w:rFonts w:cs="Times New Roman"/>
                <w:szCs w:val="28"/>
              </w:rPr>
              <w:t xml:space="preserve"> </w:t>
            </w:r>
            <w:proofErr w:type="spellStart"/>
            <w:r w:rsidRPr="00684EB1">
              <w:rPr>
                <w:rFonts w:cs="Times New Roman"/>
                <w:szCs w:val="28"/>
              </w:rPr>
              <w:t>итогов</w:t>
            </w:r>
            <w:proofErr w:type="spellEnd"/>
          </w:p>
        </w:tc>
        <w:tc>
          <w:tcPr>
            <w:tcW w:w="5102" w:type="dxa"/>
          </w:tcPr>
          <w:p w14:paraId="1B2354B8"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Командные языковые проекты, репетиции, оформление материалов, подготовка выступлений.</w:t>
            </w:r>
          </w:p>
        </w:tc>
      </w:tr>
      <w:tr w:rsidR="00B9286B" w:rsidRPr="00F7265A" w14:paraId="020602B1" w14:textId="77777777">
        <w:trPr>
          <w:jc w:val="center"/>
        </w:trPr>
        <w:tc>
          <w:tcPr>
            <w:tcW w:w="1701" w:type="dxa"/>
          </w:tcPr>
          <w:p w14:paraId="06AB28C1" w14:textId="496E61E8" w:rsidR="00B9286B" w:rsidRPr="00684EB1" w:rsidRDefault="006F52BA" w:rsidP="00F7265A">
            <w:pPr>
              <w:ind w:firstLine="0"/>
              <w:jc w:val="center"/>
              <w:rPr>
                <w:rFonts w:cs="Times New Roman"/>
                <w:szCs w:val="28"/>
              </w:rPr>
            </w:pPr>
            <w:r>
              <w:rPr>
                <w:rFonts w:cs="Times New Roman"/>
                <w:szCs w:val="28"/>
                <w:lang w:val="kk-KZ"/>
              </w:rPr>
              <w:t>8</w:t>
            </w:r>
            <w:r w:rsidR="00BE1021" w:rsidRPr="00684EB1">
              <w:rPr>
                <w:rFonts w:cs="Times New Roman"/>
                <w:szCs w:val="28"/>
              </w:rPr>
              <w:t xml:space="preserve"> </w:t>
            </w:r>
            <w:proofErr w:type="spellStart"/>
            <w:r w:rsidR="00BE1021" w:rsidRPr="00684EB1">
              <w:rPr>
                <w:rFonts w:cs="Times New Roman"/>
                <w:szCs w:val="28"/>
              </w:rPr>
              <w:t>день</w:t>
            </w:r>
            <w:proofErr w:type="spellEnd"/>
          </w:p>
        </w:tc>
        <w:tc>
          <w:tcPr>
            <w:tcW w:w="2835" w:type="dxa"/>
          </w:tcPr>
          <w:p w14:paraId="6F473898" w14:textId="77777777" w:rsidR="00B9286B" w:rsidRPr="00684EB1" w:rsidRDefault="00BE1021" w:rsidP="00F7265A">
            <w:pPr>
              <w:ind w:firstLine="0"/>
              <w:jc w:val="center"/>
              <w:rPr>
                <w:rFonts w:cs="Times New Roman"/>
                <w:szCs w:val="28"/>
              </w:rPr>
            </w:pPr>
            <w:proofErr w:type="spellStart"/>
            <w:r w:rsidRPr="00684EB1">
              <w:rPr>
                <w:rFonts w:cs="Times New Roman"/>
                <w:szCs w:val="28"/>
              </w:rPr>
              <w:t>Фестиваль</w:t>
            </w:r>
            <w:proofErr w:type="spellEnd"/>
            <w:r w:rsidRPr="00684EB1">
              <w:rPr>
                <w:rFonts w:cs="Times New Roman"/>
                <w:szCs w:val="28"/>
              </w:rPr>
              <w:t xml:space="preserve"> </w:t>
            </w:r>
            <w:proofErr w:type="spellStart"/>
            <w:r w:rsidRPr="00684EB1">
              <w:rPr>
                <w:rFonts w:cs="Times New Roman"/>
                <w:szCs w:val="28"/>
              </w:rPr>
              <w:t>достижений</w:t>
            </w:r>
            <w:proofErr w:type="spellEnd"/>
            <w:r w:rsidRPr="00684EB1">
              <w:rPr>
                <w:rFonts w:cs="Times New Roman"/>
                <w:szCs w:val="28"/>
              </w:rPr>
              <w:t xml:space="preserve"> </w:t>
            </w:r>
            <w:proofErr w:type="spellStart"/>
            <w:r w:rsidRPr="00684EB1">
              <w:rPr>
                <w:rFonts w:cs="Times New Roman"/>
                <w:szCs w:val="28"/>
              </w:rPr>
              <w:t>языковой</w:t>
            </w:r>
            <w:proofErr w:type="spellEnd"/>
            <w:r w:rsidRPr="00684EB1">
              <w:rPr>
                <w:rFonts w:cs="Times New Roman"/>
                <w:szCs w:val="28"/>
              </w:rPr>
              <w:t xml:space="preserve"> </w:t>
            </w:r>
            <w:proofErr w:type="spellStart"/>
            <w:r w:rsidRPr="00684EB1">
              <w:rPr>
                <w:rFonts w:cs="Times New Roman"/>
                <w:szCs w:val="28"/>
              </w:rPr>
              <w:t>смены</w:t>
            </w:r>
            <w:proofErr w:type="spellEnd"/>
          </w:p>
        </w:tc>
        <w:tc>
          <w:tcPr>
            <w:tcW w:w="5102" w:type="dxa"/>
          </w:tcPr>
          <w:p w14:paraId="1A53202C"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Защита проектов, выступления, выставки, творческие презентации, награждение.</w:t>
            </w:r>
          </w:p>
        </w:tc>
      </w:tr>
      <w:tr w:rsidR="00B9286B" w:rsidRPr="00F7265A" w14:paraId="6CDD48B8" w14:textId="77777777">
        <w:trPr>
          <w:jc w:val="center"/>
        </w:trPr>
        <w:tc>
          <w:tcPr>
            <w:tcW w:w="1701" w:type="dxa"/>
          </w:tcPr>
          <w:p w14:paraId="3BA1F773" w14:textId="78BBAC52" w:rsidR="00B9286B" w:rsidRPr="00684EB1" w:rsidRDefault="006F52BA" w:rsidP="00F7265A">
            <w:pPr>
              <w:ind w:firstLine="0"/>
              <w:jc w:val="center"/>
              <w:rPr>
                <w:rFonts w:cs="Times New Roman"/>
                <w:szCs w:val="28"/>
              </w:rPr>
            </w:pPr>
            <w:r>
              <w:rPr>
                <w:rFonts w:cs="Times New Roman"/>
                <w:szCs w:val="28"/>
                <w:lang w:val="kk-KZ"/>
              </w:rPr>
              <w:t>9-10</w:t>
            </w:r>
            <w:r w:rsidR="00BE1021" w:rsidRPr="00684EB1">
              <w:rPr>
                <w:rFonts w:cs="Times New Roman"/>
                <w:szCs w:val="28"/>
              </w:rPr>
              <w:t xml:space="preserve"> </w:t>
            </w:r>
            <w:proofErr w:type="spellStart"/>
            <w:r w:rsidR="00BE1021" w:rsidRPr="00684EB1">
              <w:rPr>
                <w:rFonts w:cs="Times New Roman"/>
                <w:szCs w:val="28"/>
              </w:rPr>
              <w:t>день</w:t>
            </w:r>
            <w:proofErr w:type="spellEnd"/>
          </w:p>
        </w:tc>
        <w:tc>
          <w:tcPr>
            <w:tcW w:w="2835" w:type="dxa"/>
          </w:tcPr>
          <w:p w14:paraId="4F9EC4A1" w14:textId="77777777" w:rsidR="00B9286B" w:rsidRPr="00684EB1" w:rsidRDefault="00BE1021" w:rsidP="00F7265A">
            <w:pPr>
              <w:ind w:firstLine="0"/>
              <w:jc w:val="center"/>
              <w:rPr>
                <w:rFonts w:cs="Times New Roman"/>
                <w:szCs w:val="28"/>
              </w:rPr>
            </w:pPr>
            <w:proofErr w:type="spellStart"/>
            <w:r w:rsidRPr="00684EB1">
              <w:rPr>
                <w:rFonts w:cs="Times New Roman"/>
                <w:szCs w:val="28"/>
              </w:rPr>
              <w:t>Завершение</w:t>
            </w:r>
            <w:proofErr w:type="spellEnd"/>
            <w:r w:rsidRPr="00684EB1">
              <w:rPr>
                <w:rFonts w:cs="Times New Roman"/>
                <w:szCs w:val="28"/>
              </w:rPr>
              <w:t xml:space="preserve"> </w:t>
            </w:r>
            <w:proofErr w:type="spellStart"/>
            <w:r w:rsidRPr="00684EB1">
              <w:rPr>
                <w:rFonts w:cs="Times New Roman"/>
                <w:szCs w:val="28"/>
              </w:rPr>
              <w:t>смены</w:t>
            </w:r>
            <w:proofErr w:type="spellEnd"/>
          </w:p>
        </w:tc>
        <w:tc>
          <w:tcPr>
            <w:tcW w:w="5102" w:type="dxa"/>
          </w:tcPr>
          <w:p w14:paraId="18EA3AC5"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Итоговая рефлексия, анкетирование, закрытие смены, выезд участников.</w:t>
            </w:r>
          </w:p>
        </w:tc>
      </w:tr>
    </w:tbl>
    <w:p w14:paraId="1A4EF0F3" w14:textId="77777777" w:rsidR="00F7265A" w:rsidRDefault="00F71E59" w:rsidP="00F7265A">
      <w:pPr>
        <w:pStyle w:val="1"/>
        <w:spacing w:before="0" w:after="0"/>
        <w:rPr>
          <w:rFonts w:eastAsia="Times New Roman" w:cs="Times New Roman"/>
          <w:lang w:val="ru-RU"/>
        </w:rPr>
      </w:pPr>
      <w:r>
        <w:rPr>
          <w:rFonts w:eastAsia="Times New Roman" w:cs="Times New Roman"/>
          <w:lang w:val="ru-RU"/>
        </w:rPr>
        <w:t xml:space="preserve">        </w:t>
      </w:r>
    </w:p>
    <w:p w14:paraId="47E69ADA" w14:textId="77777777" w:rsidR="00F7265A" w:rsidRDefault="00F7265A" w:rsidP="00F7265A">
      <w:pPr>
        <w:pStyle w:val="1"/>
        <w:spacing w:before="0" w:after="0"/>
        <w:rPr>
          <w:rFonts w:eastAsia="Times New Roman" w:cs="Times New Roman"/>
          <w:lang w:val="ru-RU"/>
        </w:rPr>
      </w:pPr>
    </w:p>
    <w:p w14:paraId="003B9AAE" w14:textId="617E5DF0" w:rsidR="00B9286B" w:rsidRDefault="00BE1021" w:rsidP="00F7265A">
      <w:pPr>
        <w:pStyle w:val="1"/>
        <w:spacing w:before="0" w:after="0"/>
        <w:ind w:firstLine="709"/>
        <w:rPr>
          <w:rFonts w:eastAsia="Times New Roman" w:cs="Times New Roman"/>
          <w:lang w:val="ru-RU"/>
        </w:rPr>
      </w:pPr>
      <w:r w:rsidRPr="00684EB1">
        <w:rPr>
          <w:rFonts w:eastAsia="Times New Roman" w:cs="Times New Roman"/>
          <w:lang w:val="ru-RU"/>
        </w:rPr>
        <w:t>Раздел 2. Глоссарий</w:t>
      </w:r>
    </w:p>
    <w:p w14:paraId="09A9C4FB" w14:textId="77777777" w:rsidR="00B9286B" w:rsidRPr="00684EB1" w:rsidRDefault="00BE1021" w:rsidP="00F7265A">
      <w:pPr>
        <w:jc w:val="both"/>
        <w:rPr>
          <w:rFonts w:cs="Times New Roman"/>
          <w:szCs w:val="28"/>
          <w:lang w:val="ru-RU"/>
        </w:rPr>
      </w:pPr>
      <w:r w:rsidRPr="00684EB1">
        <w:rPr>
          <w:rFonts w:cs="Times New Roman"/>
          <w:szCs w:val="28"/>
          <w:lang w:val="ru-RU"/>
        </w:rPr>
        <w:t>1) Адаптация - процесс приспособления несовершеннолетних к условиям пребывания в лагере, режиму дня, новым видам деятельности, языковой среде и временному детскому коллективу.</w:t>
      </w:r>
    </w:p>
    <w:p w14:paraId="50F67467" w14:textId="77777777" w:rsidR="00B9286B" w:rsidRPr="00684EB1" w:rsidRDefault="00BE1021" w:rsidP="00F7265A">
      <w:pPr>
        <w:jc w:val="both"/>
        <w:rPr>
          <w:rFonts w:cs="Times New Roman"/>
          <w:szCs w:val="28"/>
          <w:lang w:val="ru-RU"/>
        </w:rPr>
      </w:pPr>
      <w:r w:rsidRPr="00684EB1">
        <w:rPr>
          <w:rFonts w:cs="Times New Roman"/>
          <w:szCs w:val="28"/>
          <w:lang w:val="ru-RU"/>
        </w:rPr>
        <w:t>2) Адаптационный период - начальный этап смены, направленный на знакомство участников, принятие правил, снижение тревожности, определение языковых интересов и формирование безопасной коммуникативной среды.</w:t>
      </w:r>
    </w:p>
    <w:p w14:paraId="19DC6382" w14:textId="77777777" w:rsidR="00B9286B" w:rsidRPr="00684EB1" w:rsidRDefault="00BE1021" w:rsidP="00F7265A">
      <w:pPr>
        <w:jc w:val="both"/>
        <w:rPr>
          <w:rFonts w:cs="Times New Roman"/>
          <w:szCs w:val="28"/>
          <w:lang w:val="ru-RU"/>
        </w:rPr>
      </w:pPr>
      <w:r w:rsidRPr="00684EB1">
        <w:rPr>
          <w:rFonts w:cs="Times New Roman"/>
          <w:szCs w:val="28"/>
          <w:lang w:val="ru-RU"/>
        </w:rPr>
        <w:t>3) Безопасность жизнедеятельности - состояние защищенности жизни и здоровья детей, обеспечиваемое соблюдением санитарных, медицинских, противопожарных, антитеррористических и иных требований безопасности.</w:t>
      </w:r>
    </w:p>
    <w:p w14:paraId="36E24373" w14:textId="77777777" w:rsidR="00B9286B" w:rsidRPr="00684EB1" w:rsidRDefault="00BE1021" w:rsidP="00F7265A">
      <w:pPr>
        <w:jc w:val="both"/>
        <w:rPr>
          <w:rFonts w:cs="Times New Roman"/>
          <w:szCs w:val="28"/>
          <w:lang w:val="ru-RU"/>
        </w:rPr>
      </w:pPr>
      <w:r w:rsidRPr="00684EB1">
        <w:rPr>
          <w:rFonts w:cs="Times New Roman"/>
          <w:szCs w:val="28"/>
          <w:lang w:val="ru-RU"/>
        </w:rPr>
        <w:lastRenderedPageBreak/>
        <w:t xml:space="preserve">4) </w:t>
      </w:r>
      <w:proofErr w:type="spellStart"/>
      <w:r w:rsidRPr="00684EB1">
        <w:rPr>
          <w:rFonts w:cs="Times New Roman"/>
          <w:szCs w:val="28"/>
          <w:lang w:val="ru-RU"/>
        </w:rPr>
        <w:t>Билингвальная</w:t>
      </w:r>
      <w:proofErr w:type="spellEnd"/>
      <w:r w:rsidRPr="00684EB1">
        <w:rPr>
          <w:rFonts w:cs="Times New Roman"/>
          <w:szCs w:val="28"/>
          <w:lang w:val="ru-RU"/>
        </w:rPr>
        <w:t xml:space="preserve"> и </w:t>
      </w:r>
      <w:proofErr w:type="spellStart"/>
      <w:r w:rsidRPr="00684EB1">
        <w:rPr>
          <w:rFonts w:cs="Times New Roman"/>
          <w:szCs w:val="28"/>
          <w:lang w:val="ru-RU"/>
        </w:rPr>
        <w:t>полилингвальная</w:t>
      </w:r>
      <w:proofErr w:type="spellEnd"/>
      <w:r w:rsidRPr="00684EB1">
        <w:rPr>
          <w:rFonts w:cs="Times New Roman"/>
          <w:szCs w:val="28"/>
          <w:lang w:val="ru-RU"/>
        </w:rPr>
        <w:t xml:space="preserve"> среда - организованное пространство общения, в котором участники получают возможность использовать два и более языка в игровых, творческих, проектных и повседневных ситуациях.</w:t>
      </w:r>
    </w:p>
    <w:p w14:paraId="214268B9" w14:textId="73314E6C" w:rsidR="00B9286B" w:rsidRPr="00684EB1" w:rsidRDefault="00BE1021" w:rsidP="00F7265A">
      <w:pPr>
        <w:jc w:val="both"/>
        <w:rPr>
          <w:rFonts w:cs="Times New Roman"/>
          <w:szCs w:val="28"/>
          <w:lang w:val="ru-RU"/>
        </w:rPr>
      </w:pPr>
      <w:r w:rsidRPr="00684EB1">
        <w:rPr>
          <w:rFonts w:cs="Times New Roman"/>
          <w:szCs w:val="28"/>
          <w:lang w:val="ru-RU"/>
        </w:rPr>
        <w:t xml:space="preserve">5) Временный детский коллектив - группа детей, сформированная на период смены </w:t>
      </w:r>
      <w:r w:rsidR="00853766">
        <w:rPr>
          <w:rFonts w:cs="Times New Roman"/>
          <w:szCs w:val="28"/>
          <w:lang w:val="ru-RU"/>
        </w:rPr>
        <w:t>ДО</w:t>
      </w:r>
      <w:r w:rsidR="006F52BA">
        <w:rPr>
          <w:rFonts w:cs="Times New Roman"/>
          <w:szCs w:val="28"/>
          <w:lang w:val="ru-RU"/>
        </w:rPr>
        <w:t>Л</w:t>
      </w:r>
      <w:r w:rsidR="00853766">
        <w:rPr>
          <w:rFonts w:cs="Times New Roman"/>
          <w:szCs w:val="28"/>
          <w:lang w:val="ru-RU"/>
        </w:rPr>
        <w:t xml:space="preserve"> </w:t>
      </w:r>
      <w:r w:rsidRPr="00684EB1">
        <w:rPr>
          <w:rFonts w:cs="Times New Roman"/>
          <w:szCs w:val="28"/>
          <w:lang w:val="ru-RU"/>
        </w:rPr>
        <w:t>и объединенная общими условиями проживания, общения, отдыха и деятельности.</w:t>
      </w:r>
    </w:p>
    <w:p w14:paraId="0BB841CC" w14:textId="77777777" w:rsidR="00B9286B" w:rsidRPr="00684EB1" w:rsidRDefault="00BE1021" w:rsidP="00F7265A">
      <w:pPr>
        <w:jc w:val="both"/>
        <w:rPr>
          <w:rFonts w:cs="Times New Roman"/>
          <w:szCs w:val="28"/>
          <w:lang w:val="ru-RU"/>
        </w:rPr>
      </w:pPr>
      <w:r w:rsidRPr="00684EB1">
        <w:rPr>
          <w:rFonts w:cs="Times New Roman"/>
          <w:szCs w:val="28"/>
          <w:lang w:val="ru-RU"/>
        </w:rPr>
        <w:t>6) Воспитательная деятельность - система педагогически организованных мероприятий, направленных на формирование ценностных ориентиров, культуры поведения, ответственности, уважения, трудолюбия и социальной активности.</w:t>
      </w:r>
    </w:p>
    <w:p w14:paraId="36C0F89D" w14:textId="77777777" w:rsidR="00B9286B" w:rsidRPr="00684EB1" w:rsidRDefault="00BE1021" w:rsidP="00F7265A">
      <w:pPr>
        <w:jc w:val="both"/>
        <w:rPr>
          <w:rFonts w:cs="Times New Roman"/>
          <w:szCs w:val="28"/>
          <w:lang w:val="ru-RU"/>
        </w:rPr>
      </w:pPr>
      <w:r w:rsidRPr="00684EB1">
        <w:rPr>
          <w:rFonts w:cs="Times New Roman"/>
          <w:szCs w:val="28"/>
          <w:lang w:val="ru-RU"/>
        </w:rPr>
        <w:t>7) Говорение - вид речевой деятельности, направленный на устное выражение мыслей, участие в диалоге, монологе, обсуждении, презентации или игре.</w:t>
      </w:r>
    </w:p>
    <w:p w14:paraId="240E8025" w14:textId="77777777" w:rsidR="00B9286B" w:rsidRPr="00684EB1" w:rsidRDefault="00BE1021" w:rsidP="00F7265A">
      <w:pPr>
        <w:jc w:val="both"/>
        <w:rPr>
          <w:rFonts w:cs="Times New Roman"/>
          <w:szCs w:val="28"/>
          <w:lang w:val="ru-RU"/>
        </w:rPr>
      </w:pPr>
      <w:r w:rsidRPr="00684EB1">
        <w:rPr>
          <w:rFonts w:cs="Times New Roman"/>
          <w:szCs w:val="28"/>
          <w:lang w:val="ru-RU"/>
        </w:rPr>
        <w:t>8) Детское самоуправление - форма организации деятельности детей, при которой участники вовлекаются в планирование, проведение и оценку мероприятий, распределение ролей и принятие коллективных решений.</w:t>
      </w:r>
    </w:p>
    <w:p w14:paraId="5B56CE80" w14:textId="77777777" w:rsidR="00B9286B" w:rsidRPr="00684EB1" w:rsidRDefault="00BE1021" w:rsidP="00F7265A">
      <w:pPr>
        <w:jc w:val="both"/>
        <w:rPr>
          <w:rFonts w:cs="Times New Roman"/>
          <w:szCs w:val="28"/>
          <w:lang w:val="ru-RU"/>
        </w:rPr>
      </w:pPr>
      <w:r w:rsidRPr="00684EB1">
        <w:rPr>
          <w:rFonts w:cs="Times New Roman"/>
          <w:szCs w:val="28"/>
          <w:lang w:val="ru-RU"/>
        </w:rPr>
        <w:t>9) Здоровый образ жизни - совокупность привычек и установок, направленных на сохранение и укрепление здоровья, включая двигательную активность, режим дня, рациональное питание, личную гигиену и безопасное поведение.</w:t>
      </w:r>
    </w:p>
    <w:p w14:paraId="2C3CF425" w14:textId="77777777" w:rsidR="00B9286B" w:rsidRPr="00684EB1" w:rsidRDefault="00BE1021" w:rsidP="00F7265A">
      <w:pPr>
        <w:jc w:val="both"/>
        <w:rPr>
          <w:rFonts w:cs="Times New Roman"/>
          <w:szCs w:val="28"/>
          <w:lang w:val="ru-RU"/>
        </w:rPr>
      </w:pPr>
      <w:r w:rsidRPr="00684EB1">
        <w:rPr>
          <w:rFonts w:cs="Times New Roman"/>
          <w:szCs w:val="28"/>
          <w:lang w:val="ru-RU"/>
        </w:rPr>
        <w:t>10) Командная работа - совместная деятельность участников, основанная на сотрудничестве, взаимопомощи, распределении ролей, уважении мнений и ответственности за общий результат.</w:t>
      </w:r>
    </w:p>
    <w:p w14:paraId="396EFBA5" w14:textId="77777777" w:rsidR="00B9286B" w:rsidRPr="00684EB1" w:rsidRDefault="00BE1021" w:rsidP="00F7265A">
      <w:pPr>
        <w:jc w:val="both"/>
        <w:rPr>
          <w:rFonts w:cs="Times New Roman"/>
          <w:szCs w:val="28"/>
          <w:lang w:val="ru-RU"/>
        </w:rPr>
      </w:pPr>
      <w:r w:rsidRPr="00684EB1">
        <w:rPr>
          <w:rFonts w:cs="Times New Roman"/>
          <w:szCs w:val="28"/>
          <w:lang w:val="ru-RU"/>
        </w:rPr>
        <w:t>11) Коммуникативная компетенция - способность использовать язык для общения в различных ситуациях с учетом цели, собеседника, норм речевого поведения и культурного контекста.</w:t>
      </w:r>
    </w:p>
    <w:p w14:paraId="71B8B85D" w14:textId="77777777" w:rsidR="00B9286B" w:rsidRPr="00684EB1" w:rsidRDefault="00BE1021" w:rsidP="00F7265A">
      <w:pPr>
        <w:jc w:val="both"/>
        <w:rPr>
          <w:rFonts w:cs="Times New Roman"/>
          <w:szCs w:val="28"/>
          <w:lang w:val="ru-RU"/>
        </w:rPr>
      </w:pPr>
      <w:r w:rsidRPr="00684EB1">
        <w:rPr>
          <w:rFonts w:cs="Times New Roman"/>
          <w:szCs w:val="28"/>
          <w:lang w:val="ru-RU"/>
        </w:rPr>
        <w:t>12) Межкультурная коммуникация - взаимодействие людей с разным языковым и культурным опытом, основанное на уважении, открытости, понимании различий и готовности к диалогу.</w:t>
      </w:r>
    </w:p>
    <w:p w14:paraId="5685B64E" w14:textId="77777777" w:rsidR="00B9286B" w:rsidRPr="00684EB1" w:rsidRDefault="00BE1021" w:rsidP="00F7265A">
      <w:pPr>
        <w:jc w:val="both"/>
        <w:rPr>
          <w:rFonts w:cs="Times New Roman"/>
          <w:szCs w:val="28"/>
          <w:lang w:val="ru-RU"/>
        </w:rPr>
      </w:pPr>
      <w:r w:rsidRPr="00684EB1">
        <w:rPr>
          <w:rFonts w:cs="Times New Roman"/>
          <w:szCs w:val="28"/>
          <w:lang w:val="ru-RU"/>
        </w:rPr>
        <w:t>13) Мониторинг реализации Программы - систематическое наблюдение, сбор и анализ информации о ходе реализации Программы, вовлеченности участников, достижении ожидаемых результатов и качестве условий пребывания.</w:t>
      </w:r>
    </w:p>
    <w:p w14:paraId="62AFA52D" w14:textId="77777777" w:rsidR="00B9286B" w:rsidRPr="00684EB1" w:rsidRDefault="00BE1021" w:rsidP="00F7265A">
      <w:pPr>
        <w:jc w:val="both"/>
        <w:rPr>
          <w:rFonts w:cs="Times New Roman"/>
          <w:szCs w:val="28"/>
          <w:lang w:val="ru-RU"/>
        </w:rPr>
      </w:pPr>
      <w:r w:rsidRPr="00684EB1">
        <w:rPr>
          <w:rFonts w:cs="Times New Roman"/>
          <w:szCs w:val="28"/>
          <w:lang w:val="ru-RU"/>
        </w:rPr>
        <w:t>14) Образовательная деятельность - система специально организованных развивающих, языковых, проектных, творческих и практико-ориентированных мероприятий, реализуемых без дублирования содержания общеобразовательных учебных программ.</w:t>
      </w:r>
    </w:p>
    <w:p w14:paraId="07609D32" w14:textId="77777777" w:rsidR="00B9286B" w:rsidRPr="00684EB1" w:rsidRDefault="00BE1021" w:rsidP="00F7265A">
      <w:pPr>
        <w:jc w:val="both"/>
        <w:rPr>
          <w:rFonts w:cs="Times New Roman"/>
          <w:szCs w:val="28"/>
          <w:lang w:val="ru-RU"/>
        </w:rPr>
      </w:pPr>
      <w:r w:rsidRPr="00684EB1">
        <w:rPr>
          <w:rFonts w:cs="Times New Roman"/>
          <w:szCs w:val="28"/>
          <w:lang w:val="ru-RU"/>
        </w:rPr>
        <w:t>15) Образовательный модуль - часть Программы, направленная на развитие языковой, коммуникативной, социокультурной, творческой, проектной и социальной компетентности участников.</w:t>
      </w:r>
    </w:p>
    <w:p w14:paraId="207B4595" w14:textId="77777777" w:rsidR="00B9286B" w:rsidRPr="00684EB1" w:rsidRDefault="00BE1021" w:rsidP="00F7265A">
      <w:pPr>
        <w:jc w:val="both"/>
        <w:rPr>
          <w:rFonts w:cs="Times New Roman"/>
          <w:szCs w:val="28"/>
          <w:lang w:val="ru-RU"/>
        </w:rPr>
      </w:pPr>
      <w:r w:rsidRPr="00684EB1">
        <w:rPr>
          <w:rFonts w:cs="Times New Roman"/>
          <w:szCs w:val="28"/>
          <w:lang w:val="ru-RU"/>
        </w:rPr>
        <w:t xml:space="preserve">16) Оздоровительная деятельность - совокупность мероприятий, направленных на укрепление физического и психоэмоционального здоровья </w:t>
      </w:r>
      <w:r w:rsidRPr="00684EB1">
        <w:rPr>
          <w:rFonts w:cs="Times New Roman"/>
          <w:szCs w:val="28"/>
          <w:lang w:val="ru-RU"/>
        </w:rPr>
        <w:lastRenderedPageBreak/>
        <w:t>детей, профилактику заболеваний, развитие двигательной активности и формирование культуры здорового образа жизни.</w:t>
      </w:r>
    </w:p>
    <w:p w14:paraId="3429245F" w14:textId="77777777" w:rsidR="00B9286B" w:rsidRPr="00684EB1" w:rsidRDefault="00BE1021" w:rsidP="00F7265A">
      <w:pPr>
        <w:jc w:val="both"/>
        <w:rPr>
          <w:rFonts w:cs="Times New Roman"/>
          <w:szCs w:val="28"/>
          <w:lang w:val="ru-RU"/>
        </w:rPr>
      </w:pPr>
      <w:r w:rsidRPr="00684EB1">
        <w:rPr>
          <w:rFonts w:cs="Times New Roman"/>
          <w:szCs w:val="28"/>
          <w:lang w:val="ru-RU"/>
        </w:rPr>
        <w:t>17) Оздоровительный модуль - часть Программы, включающая физическую активность, профилактические мероприятия, соблюдение режима дня, питание, питьевой режим, психологическое сопровождение и эмоциональное благополучие.</w:t>
      </w:r>
    </w:p>
    <w:p w14:paraId="29650FAE" w14:textId="77777777" w:rsidR="00B9286B" w:rsidRPr="00684EB1" w:rsidRDefault="00BE1021" w:rsidP="00F7265A">
      <w:pPr>
        <w:jc w:val="both"/>
        <w:rPr>
          <w:rFonts w:cs="Times New Roman"/>
          <w:szCs w:val="28"/>
          <w:lang w:val="ru-RU"/>
        </w:rPr>
      </w:pPr>
      <w:r w:rsidRPr="00684EB1">
        <w:rPr>
          <w:rFonts w:cs="Times New Roman"/>
          <w:szCs w:val="28"/>
          <w:lang w:val="ru-RU"/>
        </w:rPr>
        <w:t>18) План-сетка смены - организационный документ, содержащий распределение мероприятий по дням смены с учетом образовательного, воспитательного и оздоровительного содержания.</w:t>
      </w:r>
    </w:p>
    <w:p w14:paraId="25173E69" w14:textId="77777777" w:rsidR="00B9286B" w:rsidRPr="00684EB1" w:rsidRDefault="00BE1021" w:rsidP="00F7265A">
      <w:pPr>
        <w:jc w:val="both"/>
        <w:rPr>
          <w:rFonts w:cs="Times New Roman"/>
          <w:szCs w:val="28"/>
          <w:lang w:val="ru-RU"/>
        </w:rPr>
      </w:pPr>
      <w:r w:rsidRPr="00684EB1">
        <w:rPr>
          <w:rFonts w:cs="Times New Roman"/>
          <w:szCs w:val="28"/>
          <w:lang w:val="ru-RU"/>
        </w:rPr>
        <w:t>19) Практико-ориентированное занятие - занятие, направленное на приобретение участниками практического опыта через языковой тренинг, мастер-класс, лабораторную или практическую работу, ролевую игру, квест или выполнение конкретного задания.</w:t>
      </w:r>
    </w:p>
    <w:p w14:paraId="07C1FE77" w14:textId="77777777" w:rsidR="00B9286B" w:rsidRPr="00684EB1" w:rsidRDefault="00BE1021" w:rsidP="00F7265A">
      <w:pPr>
        <w:jc w:val="both"/>
        <w:rPr>
          <w:rFonts w:cs="Times New Roman"/>
          <w:szCs w:val="28"/>
          <w:lang w:val="ru-RU"/>
        </w:rPr>
      </w:pPr>
      <w:r w:rsidRPr="00684EB1">
        <w:rPr>
          <w:rFonts w:cs="Times New Roman"/>
          <w:szCs w:val="28"/>
          <w:lang w:val="ru-RU"/>
        </w:rPr>
        <w:t>20) Проектная деятельность - форма организации деятельности, при которой участники разрабатывают идею, распределяют роли, создают языковой, творческий или информационный продукт и представляют результат.</w:t>
      </w:r>
    </w:p>
    <w:p w14:paraId="384BD72D" w14:textId="77777777" w:rsidR="00B9286B" w:rsidRPr="00684EB1" w:rsidRDefault="00BE1021" w:rsidP="00F7265A">
      <w:pPr>
        <w:jc w:val="both"/>
        <w:rPr>
          <w:rFonts w:cs="Times New Roman"/>
          <w:szCs w:val="28"/>
          <w:lang w:val="ru-RU"/>
        </w:rPr>
      </w:pPr>
      <w:r w:rsidRPr="00684EB1">
        <w:rPr>
          <w:rFonts w:cs="Times New Roman"/>
          <w:szCs w:val="28"/>
          <w:lang w:val="ru-RU"/>
        </w:rPr>
        <w:t>21) Рефлексия - форма осмысления участниками полученного опыта, эмоций, достижений, трудностей и вклада в коллективную деятельность.</w:t>
      </w:r>
    </w:p>
    <w:p w14:paraId="508A98D0" w14:textId="77777777" w:rsidR="00B9286B" w:rsidRPr="00684EB1" w:rsidRDefault="00BE1021" w:rsidP="00F7265A">
      <w:pPr>
        <w:jc w:val="both"/>
        <w:rPr>
          <w:rFonts w:cs="Times New Roman"/>
          <w:szCs w:val="28"/>
          <w:lang w:val="ru-RU"/>
        </w:rPr>
      </w:pPr>
      <w:r w:rsidRPr="00684EB1">
        <w:rPr>
          <w:rFonts w:cs="Times New Roman"/>
          <w:szCs w:val="28"/>
          <w:lang w:val="ru-RU"/>
        </w:rPr>
        <w:t>22) Словарный минимум - набор слов и выражений, необходимых участникам для общения по теме дня, участия в игре, диалоге, проекте или презентации.</w:t>
      </w:r>
    </w:p>
    <w:p w14:paraId="701537A1" w14:textId="77777777" w:rsidR="00B9286B" w:rsidRPr="00684EB1" w:rsidRDefault="00BE1021" w:rsidP="00F7265A">
      <w:pPr>
        <w:jc w:val="both"/>
        <w:rPr>
          <w:rFonts w:cs="Times New Roman"/>
          <w:szCs w:val="28"/>
          <w:lang w:val="ru-RU"/>
        </w:rPr>
      </w:pPr>
      <w:r w:rsidRPr="00684EB1">
        <w:rPr>
          <w:rFonts w:cs="Times New Roman"/>
          <w:szCs w:val="28"/>
          <w:lang w:val="ru-RU"/>
        </w:rPr>
        <w:t>23) Языковая практика - система заданий и ситуаций, в которых участники используют язык в устной и письменной коммуникации, творчестве, игре и проектной деятельности.</w:t>
      </w:r>
    </w:p>
    <w:p w14:paraId="7904140B" w14:textId="77777777" w:rsidR="00B9286B" w:rsidRPr="00684EB1" w:rsidRDefault="00BE1021" w:rsidP="00F7265A">
      <w:pPr>
        <w:jc w:val="both"/>
        <w:rPr>
          <w:rFonts w:cs="Times New Roman"/>
          <w:szCs w:val="28"/>
          <w:lang w:val="ru-RU"/>
        </w:rPr>
      </w:pPr>
      <w:r w:rsidRPr="00684EB1">
        <w:rPr>
          <w:rFonts w:cs="Times New Roman"/>
          <w:szCs w:val="28"/>
          <w:lang w:val="ru-RU"/>
        </w:rPr>
        <w:t>24) Языковой клуб - форма работы, направленная на развитие общения, словарного запаса, произношения, понимания культурного контекста и уверенности в использовании языка.</w:t>
      </w:r>
    </w:p>
    <w:p w14:paraId="2C81F43E" w14:textId="77777777" w:rsidR="00B9286B" w:rsidRPr="00684EB1" w:rsidRDefault="00BE1021" w:rsidP="00F7265A">
      <w:pPr>
        <w:jc w:val="both"/>
        <w:rPr>
          <w:rFonts w:cs="Times New Roman"/>
          <w:szCs w:val="28"/>
          <w:lang w:val="ru-RU"/>
        </w:rPr>
      </w:pPr>
      <w:r w:rsidRPr="00684EB1">
        <w:rPr>
          <w:rFonts w:cs="Times New Roman"/>
          <w:szCs w:val="28"/>
          <w:lang w:val="ru-RU"/>
        </w:rPr>
        <w:t>25) Языковой портфель участника - индивидуальная подборка достижений участника смены: словарь, карточки фраз, творческие работы, проектные материалы, самооценка и личные цели.</w:t>
      </w:r>
    </w:p>
    <w:p w14:paraId="1083A6F3" w14:textId="77777777" w:rsidR="00B9286B" w:rsidRPr="00684EB1" w:rsidRDefault="00BE1021" w:rsidP="00F7265A">
      <w:pPr>
        <w:jc w:val="both"/>
        <w:rPr>
          <w:rFonts w:cs="Times New Roman"/>
          <w:szCs w:val="28"/>
          <w:lang w:val="ru-RU"/>
        </w:rPr>
      </w:pPr>
      <w:r w:rsidRPr="00684EB1">
        <w:rPr>
          <w:rFonts w:cs="Times New Roman"/>
          <w:szCs w:val="28"/>
          <w:lang w:val="ru-RU"/>
        </w:rPr>
        <w:t>26) Эмоциональное благополучие - состояние психологического комфорта, принятия, защищенности, позитивного общения и устойчивого эмоционального состояния ребенка в коллективе.</w:t>
      </w:r>
    </w:p>
    <w:p w14:paraId="25A86323" w14:textId="77777777" w:rsidR="00B9286B" w:rsidRPr="00684EB1" w:rsidRDefault="00BE1021" w:rsidP="00F7265A">
      <w:pPr>
        <w:jc w:val="both"/>
        <w:rPr>
          <w:rFonts w:cs="Times New Roman"/>
          <w:szCs w:val="28"/>
          <w:lang w:val="ru-RU"/>
        </w:rPr>
      </w:pPr>
      <w:r w:rsidRPr="00684EB1">
        <w:rPr>
          <w:rFonts w:cs="Times New Roman"/>
          <w:szCs w:val="28"/>
          <w:lang w:val="ru-RU"/>
        </w:rPr>
        <w:t>27) «</w:t>
      </w:r>
      <w:proofErr w:type="spellStart"/>
      <w:r w:rsidRPr="00684EB1">
        <w:rPr>
          <w:rFonts w:cs="Times New Roman"/>
          <w:szCs w:val="28"/>
          <w:lang w:val="ru-RU"/>
        </w:rPr>
        <w:t>Адал</w:t>
      </w:r>
      <w:proofErr w:type="spellEnd"/>
      <w:r w:rsidRPr="00684EB1">
        <w:rPr>
          <w:rFonts w:cs="Times New Roman"/>
          <w:szCs w:val="28"/>
          <w:lang w:val="ru-RU"/>
        </w:rPr>
        <w:t xml:space="preserve"> </w:t>
      </w:r>
      <w:proofErr w:type="spellStart"/>
      <w:r w:rsidRPr="00684EB1">
        <w:rPr>
          <w:rFonts w:cs="Times New Roman"/>
          <w:szCs w:val="28"/>
          <w:lang w:val="ru-RU"/>
        </w:rPr>
        <w:t>азамат</w:t>
      </w:r>
      <w:proofErr w:type="spellEnd"/>
      <w:r w:rsidRPr="00684EB1">
        <w:rPr>
          <w:rFonts w:cs="Times New Roman"/>
          <w:szCs w:val="28"/>
          <w:lang w:val="ru-RU"/>
        </w:rPr>
        <w:t>» - воспитательная концепция, направленная на формирование честности, ответственности, уважения к труду, гражданской активности, экологического сознания и культуры поведения.</w:t>
      </w:r>
    </w:p>
    <w:p w14:paraId="54DA342B" w14:textId="77777777" w:rsidR="00F7265A" w:rsidRDefault="00F7265A" w:rsidP="00F7265A">
      <w:pPr>
        <w:pStyle w:val="1"/>
        <w:spacing w:before="0" w:after="0"/>
        <w:ind w:firstLine="720"/>
        <w:rPr>
          <w:rFonts w:eastAsia="Times New Roman" w:cs="Times New Roman"/>
          <w:lang w:val="ru-RU"/>
        </w:rPr>
      </w:pPr>
    </w:p>
    <w:p w14:paraId="50DA2079" w14:textId="77777777" w:rsidR="00F7265A" w:rsidRDefault="00F7265A" w:rsidP="00F7265A">
      <w:pPr>
        <w:pStyle w:val="1"/>
        <w:spacing w:before="0" w:after="0"/>
        <w:ind w:firstLine="720"/>
        <w:rPr>
          <w:rFonts w:eastAsia="Times New Roman" w:cs="Times New Roman"/>
          <w:lang w:val="ru-RU"/>
        </w:rPr>
      </w:pPr>
    </w:p>
    <w:p w14:paraId="47F00BA8" w14:textId="521027F7" w:rsidR="00B9286B" w:rsidRPr="00684EB1" w:rsidRDefault="00BE1021" w:rsidP="00F7265A">
      <w:pPr>
        <w:pStyle w:val="1"/>
        <w:spacing w:before="0" w:after="0"/>
        <w:ind w:firstLine="720"/>
        <w:rPr>
          <w:rFonts w:cs="Times New Roman"/>
          <w:lang w:val="ru-RU"/>
        </w:rPr>
      </w:pPr>
      <w:r w:rsidRPr="00684EB1">
        <w:rPr>
          <w:rFonts w:eastAsia="Times New Roman" w:cs="Times New Roman"/>
          <w:lang w:val="ru-RU"/>
        </w:rPr>
        <w:t>Раздел 3. Направленность и тематика</w:t>
      </w:r>
    </w:p>
    <w:p w14:paraId="014907B3" w14:textId="4519FD55" w:rsidR="00F71E59" w:rsidRPr="00C06523" w:rsidRDefault="00BE1021" w:rsidP="00F7265A">
      <w:pPr>
        <w:pStyle w:val="21"/>
        <w:spacing w:before="0" w:after="0"/>
        <w:ind w:firstLine="709"/>
        <w:rPr>
          <w:rFonts w:eastAsia="Times New Roman" w:cs="Times New Roman"/>
          <w:szCs w:val="28"/>
          <w:lang w:val="ru-RU"/>
        </w:rPr>
      </w:pPr>
      <w:r w:rsidRPr="00684EB1">
        <w:rPr>
          <w:rFonts w:eastAsia="Times New Roman" w:cs="Times New Roman"/>
          <w:szCs w:val="28"/>
          <w:lang w:val="ru-RU"/>
        </w:rPr>
        <w:t>Профильная направленность Программы</w:t>
      </w:r>
    </w:p>
    <w:p w14:paraId="0771170E" w14:textId="77777777" w:rsidR="00B9286B" w:rsidRPr="00684EB1" w:rsidRDefault="00BE1021" w:rsidP="00F7265A">
      <w:pPr>
        <w:jc w:val="both"/>
        <w:rPr>
          <w:rFonts w:cs="Times New Roman"/>
          <w:szCs w:val="28"/>
          <w:lang w:val="ru-RU"/>
        </w:rPr>
      </w:pPr>
      <w:r w:rsidRPr="00684EB1">
        <w:rPr>
          <w:rFonts w:cs="Times New Roman"/>
          <w:szCs w:val="28"/>
          <w:lang w:val="ru-RU"/>
        </w:rPr>
        <w:t xml:space="preserve">Программа имеет комплексную социально-педагогическую, языковую и образовательно-оздоровительную направленность, объединяющую </w:t>
      </w:r>
      <w:r w:rsidRPr="00684EB1">
        <w:rPr>
          <w:rFonts w:cs="Times New Roman"/>
          <w:szCs w:val="28"/>
          <w:lang w:val="ru-RU"/>
        </w:rPr>
        <w:lastRenderedPageBreak/>
        <w:t>воспитательное, коммуникативное, межкультурное, творческое, проектное, игровое и оздоровительное содержание.</w:t>
      </w:r>
    </w:p>
    <w:p w14:paraId="188E2ED5" w14:textId="1CC89BC4" w:rsidR="00B9286B" w:rsidRPr="00684EB1" w:rsidRDefault="00BE1021" w:rsidP="00F7265A">
      <w:pPr>
        <w:jc w:val="both"/>
        <w:rPr>
          <w:rFonts w:cs="Times New Roman"/>
          <w:szCs w:val="28"/>
          <w:lang w:val="ru-RU"/>
        </w:rPr>
      </w:pPr>
      <w:r w:rsidRPr="00684EB1">
        <w:rPr>
          <w:rFonts w:cs="Times New Roman"/>
          <w:szCs w:val="28"/>
          <w:lang w:val="ru-RU"/>
        </w:rPr>
        <w:t xml:space="preserve">Профильная направленность Программы определяется необходимостью создания содержательной языковой среды летнего отдыха, обеспечивающей не только восстановление сил детей после учебного года, но и развитие практических навыков общения на </w:t>
      </w:r>
      <w:r w:rsidR="006F52BA">
        <w:rPr>
          <w:rFonts w:cs="Times New Roman"/>
          <w:szCs w:val="28"/>
          <w:lang w:val="ru-RU"/>
        </w:rPr>
        <w:t>английском</w:t>
      </w:r>
      <w:r w:rsidRPr="00684EB1">
        <w:rPr>
          <w:rFonts w:cs="Times New Roman"/>
          <w:szCs w:val="28"/>
          <w:lang w:val="ru-RU"/>
        </w:rPr>
        <w:t xml:space="preserve"> языке, языковой уверенности, культуры диалога, уважения к языку, культуре, традициям и нормам речевого поведения.</w:t>
      </w:r>
    </w:p>
    <w:p w14:paraId="21A76471" w14:textId="77777777" w:rsidR="00B9286B" w:rsidRPr="00684EB1" w:rsidRDefault="00BE1021" w:rsidP="00F7265A">
      <w:pPr>
        <w:jc w:val="both"/>
        <w:rPr>
          <w:rFonts w:cs="Times New Roman"/>
          <w:szCs w:val="28"/>
          <w:lang w:val="ru-RU"/>
        </w:rPr>
      </w:pPr>
      <w:r w:rsidRPr="00684EB1">
        <w:rPr>
          <w:rFonts w:cs="Times New Roman"/>
          <w:szCs w:val="28"/>
          <w:lang w:val="ru-RU"/>
        </w:rPr>
        <w:t>Содержание Программы не предполагает дублирования общеобразовательных учебных программ. Все занятия имеют развивающий, практико-ориентированный, игровой, проектный и воспитательный характер и реализуются с учетом возрастных и психофизиологических особенностей детей.</w:t>
      </w:r>
    </w:p>
    <w:p w14:paraId="2DC50C55"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Тематическое содержание Программы</w:t>
      </w:r>
    </w:p>
    <w:p w14:paraId="7B76E514" w14:textId="77777777" w:rsidR="00B9286B" w:rsidRPr="00684EB1" w:rsidRDefault="00BE1021" w:rsidP="00F7265A">
      <w:pPr>
        <w:pStyle w:val="31"/>
        <w:spacing w:before="0" w:after="0"/>
        <w:ind w:firstLine="709"/>
        <w:rPr>
          <w:rFonts w:cs="Times New Roman"/>
          <w:szCs w:val="28"/>
          <w:lang w:val="ru-RU"/>
        </w:rPr>
      </w:pPr>
      <w:r w:rsidRPr="00684EB1">
        <w:rPr>
          <w:rFonts w:eastAsia="Times New Roman" w:cs="Times New Roman"/>
          <w:szCs w:val="28"/>
          <w:lang w:val="ru-RU"/>
        </w:rPr>
        <w:t>Изучаемый язык как средство общения</w:t>
      </w:r>
    </w:p>
    <w:p w14:paraId="1B3F260E" w14:textId="3838F0C8" w:rsidR="00B9286B" w:rsidRPr="00684EB1" w:rsidRDefault="00BE1021" w:rsidP="00F7265A">
      <w:pPr>
        <w:jc w:val="both"/>
        <w:rPr>
          <w:rFonts w:cs="Times New Roman"/>
          <w:szCs w:val="28"/>
          <w:lang w:val="ru-RU"/>
        </w:rPr>
      </w:pPr>
      <w:r w:rsidRPr="00684EB1">
        <w:rPr>
          <w:rFonts w:cs="Times New Roman"/>
          <w:szCs w:val="28"/>
          <w:lang w:val="ru-RU"/>
        </w:rPr>
        <w:t xml:space="preserve">направлен на развитие интереса к </w:t>
      </w:r>
      <w:r w:rsidR="006F52BA">
        <w:rPr>
          <w:rFonts w:cs="Times New Roman"/>
          <w:szCs w:val="28"/>
          <w:lang w:val="ru-RU"/>
        </w:rPr>
        <w:t>английскому</w:t>
      </w:r>
      <w:r w:rsidRPr="00684EB1">
        <w:rPr>
          <w:rFonts w:cs="Times New Roman"/>
          <w:szCs w:val="28"/>
          <w:lang w:val="ru-RU"/>
        </w:rPr>
        <w:t xml:space="preserve"> языку, расширение словарного запаса, формирование навыков простого устного общения, речевого этикета, уважительного диалога и культуры поведения в языковой среде.</w:t>
      </w:r>
    </w:p>
    <w:p w14:paraId="60A3AF3D" w14:textId="76CC6C9A" w:rsidR="00B9286B" w:rsidRPr="00684EB1" w:rsidRDefault="00BE1021" w:rsidP="00F7265A">
      <w:pPr>
        <w:jc w:val="both"/>
        <w:rPr>
          <w:rFonts w:cs="Times New Roman"/>
          <w:szCs w:val="28"/>
          <w:lang w:val="ru-RU"/>
        </w:rPr>
      </w:pPr>
      <w:r w:rsidRPr="00684EB1">
        <w:rPr>
          <w:rFonts w:cs="Times New Roman"/>
          <w:szCs w:val="28"/>
          <w:lang w:val="ru-RU"/>
        </w:rPr>
        <w:t xml:space="preserve">Возможные формы реализации: языковые игры, речевые разминки, работа с карточками фраз, диалоги, мини-сцены, песни, рифмовки, фразовые квесты, конкурс приветствий, языковые станции, коммуникативные задания «Спроси и ответь», «Найди пару», «Собери диалог», мини-проект «Мой день в лагере на </w:t>
      </w:r>
      <w:r w:rsidR="006F52BA">
        <w:rPr>
          <w:rFonts w:cs="Times New Roman"/>
          <w:szCs w:val="28"/>
          <w:lang w:val="ru-RU"/>
        </w:rPr>
        <w:t>английском</w:t>
      </w:r>
      <w:r w:rsidRPr="00684EB1">
        <w:rPr>
          <w:rFonts w:cs="Times New Roman"/>
          <w:szCs w:val="28"/>
          <w:lang w:val="ru-RU"/>
        </w:rPr>
        <w:t xml:space="preserve"> языке».</w:t>
      </w:r>
    </w:p>
    <w:p w14:paraId="0286B44B" w14:textId="1BD627EE" w:rsidR="00B9286B" w:rsidRPr="00684EB1" w:rsidRDefault="00BE1021" w:rsidP="00F7265A">
      <w:pPr>
        <w:jc w:val="both"/>
        <w:rPr>
          <w:rFonts w:cs="Times New Roman"/>
          <w:szCs w:val="28"/>
          <w:lang w:val="ru-RU"/>
        </w:rPr>
      </w:pPr>
      <w:r w:rsidRPr="00684EB1">
        <w:rPr>
          <w:rFonts w:cs="Times New Roman"/>
          <w:szCs w:val="28"/>
          <w:lang w:val="ru-RU"/>
        </w:rPr>
        <w:t xml:space="preserve">Ожидаемый результат: повышение интереса к </w:t>
      </w:r>
      <w:r w:rsidR="006F52BA">
        <w:rPr>
          <w:rFonts w:cs="Times New Roman"/>
          <w:szCs w:val="28"/>
          <w:lang w:val="ru-RU"/>
        </w:rPr>
        <w:t>английскому</w:t>
      </w:r>
      <w:r w:rsidRPr="00684EB1">
        <w:rPr>
          <w:rFonts w:cs="Times New Roman"/>
          <w:szCs w:val="28"/>
          <w:lang w:val="ru-RU"/>
        </w:rPr>
        <w:t xml:space="preserve"> языку, расширение словарного запаса, преодоление языкового барьера и формирование уважительного отношения к культуре общения.</w:t>
      </w:r>
    </w:p>
    <w:p w14:paraId="04BF61C3" w14:textId="77777777" w:rsidR="00B9286B" w:rsidRPr="00684EB1" w:rsidRDefault="00BE1021" w:rsidP="00F7265A">
      <w:pPr>
        <w:pStyle w:val="31"/>
        <w:spacing w:before="0" w:after="0"/>
        <w:ind w:firstLine="709"/>
        <w:rPr>
          <w:rFonts w:cs="Times New Roman"/>
          <w:szCs w:val="28"/>
          <w:lang w:val="ru-RU"/>
        </w:rPr>
      </w:pPr>
      <w:r w:rsidRPr="00684EB1">
        <w:rPr>
          <w:rFonts w:eastAsia="Times New Roman" w:cs="Times New Roman"/>
          <w:szCs w:val="28"/>
          <w:lang w:val="ru-RU"/>
        </w:rPr>
        <w:t>Разговорная практика и коммуникативные ситуации</w:t>
      </w:r>
    </w:p>
    <w:p w14:paraId="3D163861" w14:textId="24EA6525" w:rsidR="00B9286B" w:rsidRPr="00684EB1" w:rsidRDefault="00BE1021" w:rsidP="00F7265A">
      <w:pPr>
        <w:jc w:val="both"/>
        <w:rPr>
          <w:rFonts w:cs="Times New Roman"/>
          <w:szCs w:val="28"/>
          <w:lang w:val="ru-RU"/>
        </w:rPr>
      </w:pPr>
      <w:r w:rsidRPr="00684EB1">
        <w:rPr>
          <w:rFonts w:cs="Times New Roman"/>
          <w:szCs w:val="28"/>
          <w:lang w:val="ru-RU"/>
        </w:rPr>
        <w:t xml:space="preserve">ориентированы на развитие базовой разговорной практики, уверенности в общении, умения использовать </w:t>
      </w:r>
      <w:r w:rsidR="006F52BA">
        <w:rPr>
          <w:rFonts w:cs="Times New Roman"/>
          <w:szCs w:val="28"/>
          <w:lang w:val="ru-RU"/>
        </w:rPr>
        <w:t>английский</w:t>
      </w:r>
      <w:r w:rsidRPr="00684EB1">
        <w:rPr>
          <w:rFonts w:cs="Times New Roman"/>
          <w:szCs w:val="28"/>
          <w:lang w:val="ru-RU"/>
        </w:rPr>
        <w:t xml:space="preserve"> язык в ситуациях знакомства, просьбы, благодарности, совместной игры, командной работы, описания предметов, действий, эмоций и событий лагерной жизни.</w:t>
      </w:r>
    </w:p>
    <w:p w14:paraId="187DB719" w14:textId="139623C9" w:rsidR="00B9286B" w:rsidRPr="00684EB1" w:rsidRDefault="00BE1021" w:rsidP="00F7265A">
      <w:pPr>
        <w:jc w:val="both"/>
        <w:rPr>
          <w:rFonts w:cs="Times New Roman"/>
          <w:szCs w:val="28"/>
          <w:lang w:val="ru-RU"/>
        </w:rPr>
      </w:pPr>
      <w:r w:rsidRPr="00684EB1">
        <w:rPr>
          <w:rFonts w:cs="Times New Roman"/>
          <w:szCs w:val="28"/>
          <w:lang w:val="ru-RU"/>
        </w:rPr>
        <w:t xml:space="preserve">Возможные формы реализации: разговорные клубы, диалоги в парах, ролевые игры, интервью, языковые станции, коммуникативные карточки, короткие презентации, постеры, игры «Найди того, кто...», «Интервью за минуту», «Репортер </w:t>
      </w:r>
      <w:r w:rsidR="002B0A03" w:rsidRPr="00FD4D4F">
        <w:rPr>
          <w:rFonts w:cs="Times New Roman"/>
          <w:szCs w:val="28"/>
          <w:lang w:val="ru-RU"/>
        </w:rPr>
        <w:t>ДО</w:t>
      </w:r>
      <w:r w:rsidR="006F52BA">
        <w:rPr>
          <w:rFonts w:cs="Times New Roman"/>
          <w:szCs w:val="28"/>
          <w:lang w:val="ru-RU"/>
        </w:rPr>
        <w:t>Л</w:t>
      </w:r>
      <w:r w:rsidRPr="00684EB1">
        <w:rPr>
          <w:rFonts w:cs="Times New Roman"/>
          <w:szCs w:val="28"/>
          <w:lang w:val="ru-RU"/>
        </w:rPr>
        <w:t>», квест «</w:t>
      </w:r>
      <w:r w:rsidR="006F52BA">
        <w:rPr>
          <w:rFonts w:cs="Times New Roman"/>
          <w:szCs w:val="28"/>
          <w:lang w:val="ru-RU"/>
        </w:rPr>
        <w:t>Английский</w:t>
      </w:r>
      <w:r w:rsidRPr="00684EB1">
        <w:rPr>
          <w:rFonts w:cs="Times New Roman"/>
          <w:szCs w:val="28"/>
          <w:lang w:val="ru-RU"/>
        </w:rPr>
        <w:t xml:space="preserve"> язык вокруг нас».</w:t>
      </w:r>
    </w:p>
    <w:p w14:paraId="29E60AC8" w14:textId="3D17DAFA" w:rsidR="00B9286B" w:rsidRPr="00684EB1" w:rsidRDefault="00BE1021" w:rsidP="00F7265A">
      <w:pPr>
        <w:jc w:val="both"/>
        <w:rPr>
          <w:rFonts w:cs="Times New Roman"/>
          <w:szCs w:val="28"/>
          <w:lang w:val="ru-RU"/>
        </w:rPr>
      </w:pPr>
      <w:r w:rsidRPr="00684EB1">
        <w:rPr>
          <w:rFonts w:cs="Times New Roman"/>
          <w:szCs w:val="28"/>
          <w:lang w:val="ru-RU"/>
        </w:rPr>
        <w:t xml:space="preserve">Ожидаемый результат: развитие навыков простого общения на </w:t>
      </w:r>
      <w:r w:rsidR="006F52BA">
        <w:rPr>
          <w:rFonts w:cs="Times New Roman"/>
          <w:szCs w:val="28"/>
          <w:lang w:val="ru-RU"/>
        </w:rPr>
        <w:t>английском</w:t>
      </w:r>
      <w:r w:rsidRPr="00684EB1">
        <w:rPr>
          <w:rFonts w:cs="Times New Roman"/>
          <w:szCs w:val="28"/>
          <w:lang w:val="ru-RU"/>
        </w:rPr>
        <w:t xml:space="preserve"> языке, повышение уверенности в устной речи и позитивного отношения к изучению языка.</w:t>
      </w:r>
    </w:p>
    <w:p w14:paraId="7938662E" w14:textId="77777777" w:rsidR="00B9286B" w:rsidRPr="00684EB1" w:rsidRDefault="00BE1021" w:rsidP="00F7265A">
      <w:pPr>
        <w:pStyle w:val="31"/>
        <w:spacing w:before="0" w:after="0"/>
        <w:ind w:firstLine="709"/>
        <w:rPr>
          <w:rFonts w:cs="Times New Roman"/>
          <w:szCs w:val="28"/>
          <w:lang w:val="ru-RU"/>
        </w:rPr>
      </w:pPr>
      <w:r w:rsidRPr="00684EB1">
        <w:rPr>
          <w:rFonts w:eastAsia="Times New Roman" w:cs="Times New Roman"/>
          <w:szCs w:val="28"/>
          <w:lang w:val="ru-RU"/>
        </w:rPr>
        <w:t>Социокультурное содержание выбранного языка</w:t>
      </w:r>
    </w:p>
    <w:p w14:paraId="03B4F684" w14:textId="18115EAF" w:rsidR="00B9286B" w:rsidRPr="00684EB1" w:rsidRDefault="00BE1021" w:rsidP="00F7265A">
      <w:pPr>
        <w:jc w:val="both"/>
        <w:rPr>
          <w:rFonts w:cs="Times New Roman"/>
          <w:szCs w:val="28"/>
          <w:lang w:val="ru-RU"/>
        </w:rPr>
      </w:pPr>
      <w:r w:rsidRPr="00684EB1">
        <w:rPr>
          <w:rFonts w:cs="Times New Roman"/>
          <w:szCs w:val="28"/>
          <w:lang w:val="ru-RU"/>
        </w:rPr>
        <w:t xml:space="preserve">направлено на знакомство с культурой общения, традициями, речевым этикетом, повседневными ситуациями, символами, песнями, детскими играми, историями и культурными особенностями, связанными с </w:t>
      </w:r>
      <w:r w:rsidR="006F52BA">
        <w:rPr>
          <w:rFonts w:cs="Times New Roman"/>
          <w:szCs w:val="28"/>
          <w:lang w:val="ru-RU"/>
        </w:rPr>
        <w:t>английским</w:t>
      </w:r>
      <w:r w:rsidRPr="00684EB1">
        <w:rPr>
          <w:rFonts w:cs="Times New Roman"/>
          <w:szCs w:val="28"/>
          <w:lang w:val="ru-RU"/>
        </w:rPr>
        <w:t xml:space="preserve"> языком.</w:t>
      </w:r>
    </w:p>
    <w:p w14:paraId="5061C68C" w14:textId="2037C9B1" w:rsidR="00B9286B" w:rsidRPr="00684EB1" w:rsidRDefault="00BE1021" w:rsidP="00F7265A">
      <w:pPr>
        <w:jc w:val="both"/>
        <w:rPr>
          <w:rFonts w:cs="Times New Roman"/>
          <w:szCs w:val="28"/>
          <w:lang w:val="ru-RU"/>
        </w:rPr>
      </w:pPr>
      <w:r w:rsidRPr="00684EB1">
        <w:rPr>
          <w:rFonts w:cs="Times New Roman"/>
          <w:szCs w:val="28"/>
          <w:lang w:val="ru-RU"/>
        </w:rPr>
        <w:lastRenderedPageBreak/>
        <w:t xml:space="preserve">Возможные формы реализации: культурная карта, языковая викторина, песенные и игровые задания, творческая мастерская, инсценировка бытовых ситуаций, карточки речевого этикета, мини-проект «Культура общения на </w:t>
      </w:r>
      <w:r w:rsidR="006F52BA">
        <w:rPr>
          <w:rFonts w:cs="Times New Roman"/>
          <w:szCs w:val="28"/>
          <w:lang w:val="ru-RU"/>
        </w:rPr>
        <w:t>английском</w:t>
      </w:r>
      <w:r w:rsidRPr="00684EB1">
        <w:rPr>
          <w:rFonts w:cs="Times New Roman"/>
          <w:szCs w:val="28"/>
          <w:lang w:val="ru-RU"/>
        </w:rPr>
        <w:t xml:space="preserve"> языке», языковой маршрут по станциям.</w:t>
      </w:r>
    </w:p>
    <w:p w14:paraId="520AC339" w14:textId="1D02A4C6" w:rsidR="00B9286B" w:rsidRPr="00684EB1" w:rsidRDefault="00BE1021" w:rsidP="00F7265A">
      <w:pPr>
        <w:jc w:val="both"/>
        <w:rPr>
          <w:rFonts w:cs="Times New Roman"/>
          <w:szCs w:val="28"/>
          <w:lang w:val="ru-RU"/>
        </w:rPr>
      </w:pPr>
      <w:r w:rsidRPr="00684EB1">
        <w:rPr>
          <w:rFonts w:cs="Times New Roman"/>
          <w:szCs w:val="28"/>
          <w:lang w:val="ru-RU"/>
        </w:rPr>
        <w:t xml:space="preserve">Ожидаемый результат: формирование понимания культурного контекста </w:t>
      </w:r>
      <w:r w:rsidR="006F52BA">
        <w:rPr>
          <w:rFonts w:cs="Times New Roman"/>
          <w:szCs w:val="28"/>
          <w:lang w:val="ru-RU"/>
        </w:rPr>
        <w:t>английского</w:t>
      </w:r>
      <w:r w:rsidRPr="00684EB1">
        <w:rPr>
          <w:rFonts w:cs="Times New Roman"/>
          <w:szCs w:val="28"/>
          <w:lang w:val="ru-RU"/>
        </w:rPr>
        <w:t xml:space="preserve"> языка, уважения к языковой культуре и нормам речевого поведения.</w:t>
      </w:r>
    </w:p>
    <w:p w14:paraId="01F03DCC" w14:textId="77777777" w:rsidR="00B9286B" w:rsidRPr="00684EB1" w:rsidRDefault="00BE1021" w:rsidP="00F7265A">
      <w:pPr>
        <w:pStyle w:val="31"/>
        <w:spacing w:before="0" w:after="0"/>
        <w:ind w:firstLine="709"/>
        <w:rPr>
          <w:rFonts w:cs="Times New Roman"/>
          <w:szCs w:val="28"/>
          <w:lang w:val="ru-RU"/>
        </w:rPr>
      </w:pPr>
      <w:r w:rsidRPr="00684EB1">
        <w:rPr>
          <w:rFonts w:eastAsia="Times New Roman" w:cs="Times New Roman"/>
          <w:szCs w:val="28"/>
          <w:lang w:val="ru-RU"/>
        </w:rPr>
        <w:t>Творческая языковая деятельность</w:t>
      </w:r>
    </w:p>
    <w:p w14:paraId="787F77A6" w14:textId="38387CCF" w:rsidR="00B9286B" w:rsidRPr="00684EB1" w:rsidRDefault="00BE1021" w:rsidP="00F7265A">
      <w:pPr>
        <w:jc w:val="both"/>
        <w:rPr>
          <w:rFonts w:cs="Times New Roman"/>
          <w:szCs w:val="28"/>
          <w:lang w:val="ru-RU"/>
        </w:rPr>
      </w:pPr>
      <w:r w:rsidRPr="00684EB1">
        <w:rPr>
          <w:rFonts w:cs="Times New Roman"/>
          <w:szCs w:val="28"/>
          <w:lang w:val="ru-RU"/>
        </w:rPr>
        <w:t xml:space="preserve">направлена на использование </w:t>
      </w:r>
      <w:r w:rsidR="006F52BA">
        <w:rPr>
          <w:rFonts w:cs="Times New Roman"/>
          <w:szCs w:val="28"/>
          <w:lang w:val="ru-RU"/>
        </w:rPr>
        <w:t>английского</w:t>
      </w:r>
      <w:r w:rsidRPr="00684EB1">
        <w:rPr>
          <w:rFonts w:cs="Times New Roman"/>
          <w:szCs w:val="28"/>
          <w:lang w:val="ru-RU"/>
        </w:rPr>
        <w:t xml:space="preserve"> языка в творчестве, сценическом выступлении, песне, рисунке, плакате, мини-спектакле, </w:t>
      </w:r>
      <w:proofErr w:type="spellStart"/>
      <w:r w:rsidRPr="00684EB1">
        <w:rPr>
          <w:rFonts w:cs="Times New Roman"/>
          <w:szCs w:val="28"/>
          <w:lang w:val="ru-RU"/>
        </w:rPr>
        <w:t>сторителлинге</w:t>
      </w:r>
      <w:proofErr w:type="spellEnd"/>
      <w:r w:rsidRPr="00684EB1">
        <w:rPr>
          <w:rFonts w:cs="Times New Roman"/>
          <w:szCs w:val="28"/>
          <w:lang w:val="ru-RU"/>
        </w:rPr>
        <w:t>, игре и коллективном представлении результата.</w:t>
      </w:r>
    </w:p>
    <w:p w14:paraId="4D1E1284" w14:textId="1914B5BA" w:rsidR="00B9286B" w:rsidRPr="00684EB1" w:rsidRDefault="00BE1021" w:rsidP="00F7265A">
      <w:pPr>
        <w:jc w:val="both"/>
        <w:rPr>
          <w:rFonts w:cs="Times New Roman"/>
          <w:szCs w:val="28"/>
          <w:lang w:val="ru-RU"/>
        </w:rPr>
      </w:pPr>
      <w:r w:rsidRPr="00684EB1">
        <w:rPr>
          <w:rFonts w:cs="Times New Roman"/>
          <w:szCs w:val="28"/>
          <w:lang w:val="ru-RU"/>
        </w:rPr>
        <w:t xml:space="preserve">Возможные формы реализации: языковой театр, песенная мастерская, озвучивание коротких сцен, создание комикса, открытки, плаката или мини-книги на </w:t>
      </w:r>
      <w:r w:rsidR="006F52BA">
        <w:rPr>
          <w:rFonts w:cs="Times New Roman"/>
          <w:szCs w:val="28"/>
          <w:lang w:val="ru-RU"/>
        </w:rPr>
        <w:t>английском</w:t>
      </w:r>
      <w:r w:rsidRPr="00684EB1">
        <w:rPr>
          <w:rFonts w:cs="Times New Roman"/>
          <w:szCs w:val="28"/>
          <w:lang w:val="ru-RU"/>
        </w:rPr>
        <w:t xml:space="preserve"> языке, конкурс скороговорок, творческая презентация, командный </w:t>
      </w:r>
      <w:r w:rsidRPr="00684EB1">
        <w:rPr>
          <w:rFonts w:cs="Times New Roman"/>
          <w:szCs w:val="28"/>
        </w:rPr>
        <w:t>storytelling</w:t>
      </w:r>
      <w:r w:rsidRPr="00684EB1">
        <w:rPr>
          <w:rFonts w:cs="Times New Roman"/>
          <w:szCs w:val="28"/>
          <w:lang w:val="ru-RU"/>
        </w:rPr>
        <w:t>, сценка «Один день в лагере».</w:t>
      </w:r>
    </w:p>
    <w:p w14:paraId="15B9426C" w14:textId="0A85F3BC" w:rsidR="00B9286B" w:rsidRPr="00684EB1" w:rsidRDefault="00BE1021" w:rsidP="00F7265A">
      <w:pPr>
        <w:jc w:val="both"/>
        <w:rPr>
          <w:rFonts w:cs="Times New Roman"/>
          <w:szCs w:val="28"/>
          <w:lang w:val="ru-RU"/>
        </w:rPr>
      </w:pPr>
      <w:r w:rsidRPr="00684EB1">
        <w:rPr>
          <w:rFonts w:cs="Times New Roman"/>
          <w:szCs w:val="28"/>
          <w:lang w:val="ru-RU"/>
        </w:rPr>
        <w:t xml:space="preserve">Ожидаемый результат: развитие творческого применения </w:t>
      </w:r>
      <w:r w:rsidR="006F52BA">
        <w:rPr>
          <w:rFonts w:cs="Times New Roman"/>
          <w:szCs w:val="28"/>
          <w:lang w:val="ru-RU"/>
        </w:rPr>
        <w:t>английского</w:t>
      </w:r>
      <w:r w:rsidRPr="00684EB1">
        <w:rPr>
          <w:rFonts w:cs="Times New Roman"/>
          <w:szCs w:val="28"/>
          <w:lang w:val="ru-RU"/>
        </w:rPr>
        <w:t xml:space="preserve"> языка, навыков самовыражения, командной работы и публичного выступления.</w:t>
      </w:r>
    </w:p>
    <w:p w14:paraId="7F35F55C" w14:textId="77777777" w:rsidR="00B9286B" w:rsidRPr="00684EB1" w:rsidRDefault="00BE1021" w:rsidP="00F7265A">
      <w:pPr>
        <w:pStyle w:val="31"/>
        <w:spacing w:before="0" w:after="0"/>
        <w:ind w:firstLine="709"/>
        <w:rPr>
          <w:rFonts w:cs="Times New Roman"/>
          <w:szCs w:val="28"/>
          <w:lang w:val="ru-RU"/>
        </w:rPr>
      </w:pPr>
      <w:r w:rsidRPr="00684EB1">
        <w:rPr>
          <w:rFonts w:eastAsia="Times New Roman" w:cs="Times New Roman"/>
          <w:szCs w:val="28"/>
          <w:lang w:val="ru-RU"/>
        </w:rPr>
        <w:t>Языковой медиапродукт</w:t>
      </w:r>
    </w:p>
    <w:p w14:paraId="5412B93D" w14:textId="6403FDA8" w:rsidR="00B9286B" w:rsidRPr="00684EB1" w:rsidRDefault="00BE1021" w:rsidP="00F7265A">
      <w:pPr>
        <w:jc w:val="both"/>
        <w:rPr>
          <w:rFonts w:cs="Times New Roman"/>
          <w:szCs w:val="28"/>
          <w:lang w:val="ru-RU"/>
        </w:rPr>
      </w:pPr>
      <w:r w:rsidRPr="00684EB1">
        <w:rPr>
          <w:rFonts w:cs="Times New Roman"/>
          <w:szCs w:val="28"/>
          <w:lang w:val="ru-RU"/>
        </w:rPr>
        <w:t xml:space="preserve">ориентирован на создание простого информационного, творческого или медийного продукта на </w:t>
      </w:r>
      <w:r w:rsidR="006F52BA">
        <w:rPr>
          <w:rFonts w:cs="Times New Roman"/>
          <w:szCs w:val="28"/>
          <w:lang w:val="ru-RU"/>
        </w:rPr>
        <w:t>английском</w:t>
      </w:r>
      <w:r w:rsidRPr="00684EB1">
        <w:rPr>
          <w:rFonts w:cs="Times New Roman"/>
          <w:szCs w:val="28"/>
          <w:lang w:val="ru-RU"/>
        </w:rPr>
        <w:t xml:space="preserve"> языке с использованием доступных средств Организации.</w:t>
      </w:r>
    </w:p>
    <w:p w14:paraId="6D594BDF" w14:textId="6F177A10" w:rsidR="00B9286B" w:rsidRPr="00684EB1" w:rsidRDefault="00BE1021" w:rsidP="00F7265A">
      <w:pPr>
        <w:jc w:val="both"/>
        <w:rPr>
          <w:rFonts w:cs="Times New Roman"/>
          <w:szCs w:val="28"/>
          <w:lang w:val="ru-RU"/>
        </w:rPr>
      </w:pPr>
      <w:r w:rsidRPr="00684EB1">
        <w:rPr>
          <w:rFonts w:cs="Times New Roman"/>
          <w:szCs w:val="28"/>
          <w:lang w:val="ru-RU"/>
        </w:rPr>
        <w:t xml:space="preserve">Возможные формы реализации: фотолетопись смены с подписями на </w:t>
      </w:r>
      <w:r w:rsidR="006F52BA">
        <w:rPr>
          <w:rFonts w:cs="Times New Roman"/>
          <w:szCs w:val="28"/>
          <w:lang w:val="ru-RU"/>
        </w:rPr>
        <w:t>английском</w:t>
      </w:r>
      <w:r w:rsidRPr="00684EB1">
        <w:rPr>
          <w:rFonts w:cs="Times New Roman"/>
          <w:szCs w:val="28"/>
          <w:lang w:val="ru-RU"/>
        </w:rPr>
        <w:t xml:space="preserve"> языке, </w:t>
      </w:r>
      <w:proofErr w:type="spellStart"/>
      <w:r w:rsidRPr="00684EB1">
        <w:rPr>
          <w:rFonts w:cs="Times New Roman"/>
          <w:szCs w:val="28"/>
          <w:lang w:val="ru-RU"/>
        </w:rPr>
        <w:t>медиадневник</w:t>
      </w:r>
      <w:proofErr w:type="spellEnd"/>
      <w:r w:rsidRPr="00684EB1">
        <w:rPr>
          <w:rFonts w:cs="Times New Roman"/>
          <w:szCs w:val="28"/>
          <w:lang w:val="ru-RU"/>
        </w:rPr>
        <w:t xml:space="preserve"> отряда, интервью, аудиосообщение, подкаст, постер, мини-газета, короткое видео, информационная карточка, презентация «Наш </w:t>
      </w:r>
      <w:r w:rsidR="002B0A03" w:rsidRPr="00FD4D4F">
        <w:rPr>
          <w:rFonts w:cs="Times New Roman"/>
          <w:szCs w:val="28"/>
          <w:lang w:val="ru-RU"/>
        </w:rPr>
        <w:t>ДО</w:t>
      </w:r>
      <w:r w:rsidR="006F52BA">
        <w:rPr>
          <w:rFonts w:cs="Times New Roman"/>
          <w:szCs w:val="28"/>
          <w:lang w:val="ru-RU"/>
        </w:rPr>
        <w:t>Л</w:t>
      </w:r>
      <w:r w:rsidRPr="00684EB1">
        <w:rPr>
          <w:rFonts w:cs="Times New Roman"/>
          <w:szCs w:val="28"/>
          <w:lang w:val="ru-RU"/>
        </w:rPr>
        <w:t xml:space="preserve"> на </w:t>
      </w:r>
      <w:r w:rsidR="006F52BA">
        <w:rPr>
          <w:rFonts w:cs="Times New Roman"/>
          <w:szCs w:val="28"/>
          <w:lang w:val="ru-RU"/>
        </w:rPr>
        <w:t>английском</w:t>
      </w:r>
      <w:r w:rsidRPr="00684EB1">
        <w:rPr>
          <w:rFonts w:cs="Times New Roman"/>
          <w:szCs w:val="28"/>
          <w:lang w:val="ru-RU"/>
        </w:rPr>
        <w:t xml:space="preserve"> языке».</w:t>
      </w:r>
    </w:p>
    <w:p w14:paraId="15C0ADBD" w14:textId="78890ED6" w:rsidR="00B9286B" w:rsidRPr="00684EB1" w:rsidRDefault="00BE1021" w:rsidP="00F7265A">
      <w:pPr>
        <w:jc w:val="both"/>
        <w:rPr>
          <w:rFonts w:cs="Times New Roman"/>
          <w:szCs w:val="28"/>
          <w:lang w:val="ru-RU"/>
        </w:rPr>
      </w:pPr>
      <w:r w:rsidRPr="00684EB1">
        <w:rPr>
          <w:rFonts w:cs="Times New Roman"/>
          <w:szCs w:val="28"/>
          <w:lang w:val="ru-RU"/>
        </w:rPr>
        <w:t xml:space="preserve">Ожидаемый результат: развитие умения использовать </w:t>
      </w:r>
      <w:r w:rsidR="006F52BA">
        <w:rPr>
          <w:rFonts w:cs="Times New Roman"/>
          <w:szCs w:val="28"/>
          <w:lang w:val="ru-RU"/>
        </w:rPr>
        <w:t>английский</w:t>
      </w:r>
      <w:r w:rsidRPr="00684EB1">
        <w:rPr>
          <w:rFonts w:cs="Times New Roman"/>
          <w:szCs w:val="28"/>
          <w:lang w:val="ru-RU"/>
        </w:rPr>
        <w:t xml:space="preserve"> язык для создания простого информационного продукта, представления идеи и командной презентации.</w:t>
      </w:r>
    </w:p>
    <w:p w14:paraId="1BD5EBBA" w14:textId="77777777" w:rsidR="00B9286B" w:rsidRPr="00684EB1" w:rsidRDefault="00BE1021" w:rsidP="00F7265A">
      <w:pPr>
        <w:pStyle w:val="31"/>
        <w:spacing w:before="0" w:after="0"/>
        <w:ind w:firstLine="709"/>
        <w:rPr>
          <w:rFonts w:cs="Times New Roman"/>
          <w:szCs w:val="28"/>
          <w:lang w:val="ru-RU"/>
        </w:rPr>
      </w:pPr>
      <w:r w:rsidRPr="00684EB1">
        <w:rPr>
          <w:rFonts w:eastAsia="Times New Roman" w:cs="Times New Roman"/>
          <w:szCs w:val="28"/>
          <w:lang w:val="ru-RU"/>
        </w:rPr>
        <w:t>Итоговый языковой проект</w:t>
      </w:r>
    </w:p>
    <w:p w14:paraId="78C0FDA8" w14:textId="258097EB" w:rsidR="00B9286B" w:rsidRPr="00684EB1" w:rsidRDefault="00BE1021" w:rsidP="00F7265A">
      <w:pPr>
        <w:jc w:val="both"/>
        <w:rPr>
          <w:rFonts w:cs="Times New Roman"/>
          <w:szCs w:val="28"/>
          <w:lang w:val="ru-RU"/>
        </w:rPr>
      </w:pPr>
      <w:r w:rsidRPr="00684EB1">
        <w:rPr>
          <w:rFonts w:cs="Times New Roman"/>
          <w:szCs w:val="28"/>
          <w:lang w:val="ru-RU"/>
        </w:rPr>
        <w:t xml:space="preserve">предусматривает подготовку командного или индивидуального продукта, отражающего освоение участниками словаря, фраз, речевых ситуаций, культурного содержания и творческого применения </w:t>
      </w:r>
      <w:r w:rsidR="00EE33BD">
        <w:rPr>
          <w:rFonts w:cs="Times New Roman"/>
          <w:szCs w:val="28"/>
          <w:lang w:val="ru-RU"/>
        </w:rPr>
        <w:t>английского</w:t>
      </w:r>
      <w:r w:rsidRPr="00684EB1">
        <w:rPr>
          <w:rFonts w:cs="Times New Roman"/>
          <w:szCs w:val="28"/>
          <w:lang w:val="ru-RU"/>
        </w:rPr>
        <w:t xml:space="preserve"> языка.</w:t>
      </w:r>
    </w:p>
    <w:p w14:paraId="1ED013FD" w14:textId="5D5ED8A0" w:rsidR="00B9286B" w:rsidRPr="00684EB1" w:rsidRDefault="00BE1021" w:rsidP="00F7265A">
      <w:pPr>
        <w:jc w:val="both"/>
        <w:rPr>
          <w:rFonts w:cs="Times New Roman"/>
          <w:szCs w:val="28"/>
          <w:lang w:val="ru-RU"/>
        </w:rPr>
      </w:pPr>
      <w:r w:rsidRPr="00684EB1">
        <w:rPr>
          <w:rFonts w:cs="Times New Roman"/>
          <w:szCs w:val="28"/>
          <w:lang w:val="ru-RU"/>
        </w:rPr>
        <w:t xml:space="preserve">Возможные формы реализации: языковой портфель, сценка, мини-спектакль, песня, постер, медиапродукт, словарь </w:t>
      </w:r>
      <w:r w:rsidR="002B0A03" w:rsidRPr="00FD4D4F">
        <w:rPr>
          <w:rFonts w:cs="Times New Roman"/>
          <w:szCs w:val="28"/>
          <w:lang w:val="ru-RU"/>
        </w:rPr>
        <w:t>ДО</w:t>
      </w:r>
      <w:r w:rsidR="006F52BA">
        <w:rPr>
          <w:rFonts w:cs="Times New Roman"/>
          <w:szCs w:val="28"/>
          <w:lang w:val="ru-RU"/>
        </w:rPr>
        <w:t>Л</w:t>
      </w:r>
      <w:r w:rsidRPr="00684EB1">
        <w:rPr>
          <w:rFonts w:cs="Times New Roman"/>
          <w:szCs w:val="28"/>
          <w:lang w:val="ru-RU"/>
        </w:rPr>
        <w:t xml:space="preserve">, путеводитель по лагерю на </w:t>
      </w:r>
      <w:r w:rsidR="00EE33BD">
        <w:rPr>
          <w:rFonts w:cs="Times New Roman"/>
          <w:szCs w:val="28"/>
          <w:lang w:val="ru-RU"/>
        </w:rPr>
        <w:t>английском</w:t>
      </w:r>
      <w:r w:rsidRPr="00684EB1">
        <w:rPr>
          <w:rFonts w:cs="Times New Roman"/>
          <w:szCs w:val="28"/>
          <w:lang w:val="ru-RU"/>
        </w:rPr>
        <w:t xml:space="preserve"> языке, командная презентация, выставка, фестиваль достижений языковой смены.</w:t>
      </w:r>
    </w:p>
    <w:p w14:paraId="2F9B916D" w14:textId="0674A046" w:rsidR="00B9286B" w:rsidRPr="00684EB1" w:rsidRDefault="00BE1021" w:rsidP="00F7265A">
      <w:pPr>
        <w:jc w:val="both"/>
        <w:rPr>
          <w:rFonts w:cs="Times New Roman"/>
          <w:szCs w:val="28"/>
          <w:lang w:val="ru-RU"/>
        </w:rPr>
      </w:pPr>
      <w:r w:rsidRPr="00684EB1">
        <w:rPr>
          <w:rFonts w:cs="Times New Roman"/>
          <w:szCs w:val="28"/>
          <w:lang w:val="ru-RU"/>
        </w:rPr>
        <w:t xml:space="preserve">Ожидаемый результат: закрепление языкового опыта, развитие уверенности в использовании </w:t>
      </w:r>
      <w:r w:rsidR="00EE33BD">
        <w:rPr>
          <w:rFonts w:cs="Times New Roman"/>
          <w:szCs w:val="28"/>
          <w:lang w:val="ru-RU"/>
        </w:rPr>
        <w:t>английского</w:t>
      </w:r>
      <w:r w:rsidRPr="00684EB1">
        <w:rPr>
          <w:rFonts w:cs="Times New Roman"/>
          <w:szCs w:val="28"/>
          <w:lang w:val="ru-RU"/>
        </w:rPr>
        <w:t xml:space="preserve"> языка и представление личных или командных достижений.</w:t>
      </w:r>
    </w:p>
    <w:p w14:paraId="7E26C521"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Обоснование актуальности Программы</w:t>
      </w:r>
    </w:p>
    <w:p w14:paraId="30658E95" w14:textId="77777777" w:rsidR="00B9286B" w:rsidRPr="00684EB1" w:rsidRDefault="00BE1021" w:rsidP="00F7265A">
      <w:pPr>
        <w:jc w:val="both"/>
        <w:rPr>
          <w:rFonts w:cs="Times New Roman"/>
          <w:szCs w:val="28"/>
          <w:lang w:val="ru-RU"/>
        </w:rPr>
      </w:pPr>
      <w:r w:rsidRPr="00684EB1">
        <w:rPr>
          <w:rFonts w:cs="Times New Roman"/>
          <w:szCs w:val="28"/>
          <w:lang w:val="ru-RU"/>
        </w:rPr>
        <w:t xml:space="preserve">Актуальность Программы обусловлена необходимостью организации безопасного, содержательного и доступного летнего отдыха детей, сочетающего </w:t>
      </w:r>
      <w:r w:rsidRPr="00684EB1">
        <w:rPr>
          <w:rFonts w:cs="Times New Roman"/>
          <w:szCs w:val="28"/>
          <w:lang w:val="ru-RU"/>
        </w:rPr>
        <w:lastRenderedPageBreak/>
        <w:t>оздоровление, воспитание, развитие коммуникативных навыков, языковой культуры, межкультурного уважения и позитивной социализации.</w:t>
      </w:r>
    </w:p>
    <w:p w14:paraId="431BACE4" w14:textId="77777777" w:rsidR="00B9286B" w:rsidRPr="00684EB1" w:rsidRDefault="00BE1021" w:rsidP="00F7265A">
      <w:pPr>
        <w:jc w:val="both"/>
        <w:rPr>
          <w:rFonts w:cs="Times New Roman"/>
          <w:szCs w:val="28"/>
          <w:lang w:val="ru-RU"/>
        </w:rPr>
      </w:pPr>
      <w:r w:rsidRPr="00684EB1">
        <w:rPr>
          <w:rFonts w:cs="Times New Roman"/>
          <w:szCs w:val="28"/>
          <w:lang w:val="ru-RU"/>
        </w:rPr>
        <w:t>Современные дети нуждаются в увеличении двигательной активности, живом общении, эмоциональном восстановлении, развитии самостоятельности, командной работы, речевой уверенности, культуры диалога, уважения к государственному языку, родному языку и языкам других народов. При этом особую значимость приобретает воспитательная работа, направленная на формирование гражданской ответственности, патриотизма, уважения к национальным ценностям, культуре, труду, окружающей среде и безопасному поведению.</w:t>
      </w:r>
    </w:p>
    <w:p w14:paraId="17C47A9A" w14:textId="62390738" w:rsidR="00B9286B" w:rsidRPr="00684EB1" w:rsidRDefault="00BE1021" w:rsidP="00F7265A">
      <w:pPr>
        <w:jc w:val="both"/>
        <w:rPr>
          <w:rFonts w:cs="Times New Roman"/>
          <w:szCs w:val="28"/>
          <w:lang w:val="ru-RU"/>
        </w:rPr>
      </w:pPr>
      <w:r w:rsidRPr="00684EB1">
        <w:rPr>
          <w:rFonts w:cs="Times New Roman"/>
          <w:szCs w:val="28"/>
          <w:lang w:val="ru-RU"/>
        </w:rPr>
        <w:t>Содержание Программы соотносится с основными подходами Единой программы воспитания «</w:t>
      </w:r>
      <w:proofErr w:type="spellStart"/>
      <w:r w:rsidRPr="00684EB1">
        <w:rPr>
          <w:rFonts w:cs="Times New Roman"/>
          <w:szCs w:val="28"/>
          <w:lang w:val="ru-RU"/>
        </w:rPr>
        <w:t>Адал</w:t>
      </w:r>
      <w:proofErr w:type="spellEnd"/>
      <w:r w:rsidRPr="00684EB1">
        <w:rPr>
          <w:rFonts w:cs="Times New Roman"/>
          <w:szCs w:val="28"/>
          <w:lang w:val="ru-RU"/>
        </w:rPr>
        <w:t xml:space="preserve"> </w:t>
      </w:r>
      <w:proofErr w:type="spellStart"/>
      <w:r w:rsidRPr="00684EB1">
        <w:rPr>
          <w:rFonts w:cs="Times New Roman"/>
          <w:szCs w:val="28"/>
          <w:lang w:val="ru-RU"/>
        </w:rPr>
        <w:t>азамат</w:t>
      </w:r>
      <w:proofErr w:type="spellEnd"/>
      <w:r w:rsidRPr="00684EB1">
        <w:rPr>
          <w:rFonts w:cs="Times New Roman"/>
          <w:szCs w:val="28"/>
          <w:lang w:val="ru-RU"/>
        </w:rPr>
        <w:t xml:space="preserve">», предусматривающей формирование честного, ответственного, трудолюбивого, патриотичного и социально активного гражданина. В условиях языкового </w:t>
      </w:r>
      <w:r w:rsidR="002B0A03" w:rsidRPr="00FD4D4F">
        <w:rPr>
          <w:rFonts w:cs="Times New Roman"/>
          <w:szCs w:val="28"/>
          <w:lang w:val="ru-RU"/>
        </w:rPr>
        <w:t>ДО</w:t>
      </w:r>
      <w:r w:rsidR="00EE33BD">
        <w:rPr>
          <w:rFonts w:cs="Times New Roman"/>
          <w:szCs w:val="28"/>
          <w:lang w:val="ru-RU"/>
        </w:rPr>
        <w:t>Л</w:t>
      </w:r>
      <w:r w:rsidRPr="00684EB1">
        <w:rPr>
          <w:rFonts w:cs="Times New Roman"/>
          <w:szCs w:val="28"/>
          <w:lang w:val="ru-RU"/>
        </w:rPr>
        <w:t xml:space="preserve"> данные воспитательные ориентиры реализуются через культуру уважительного общения, командные языковые проекты, межкультурные диалоги, коллективные творческие дела, социально значимые задания и ежедневную практику речевого этикета.</w:t>
      </w:r>
    </w:p>
    <w:p w14:paraId="67A01C44" w14:textId="1C3CDF93" w:rsidR="00B9286B" w:rsidRPr="00684EB1" w:rsidRDefault="00BE1021" w:rsidP="00F7265A">
      <w:pPr>
        <w:jc w:val="both"/>
        <w:rPr>
          <w:rFonts w:cs="Times New Roman"/>
          <w:szCs w:val="28"/>
          <w:lang w:val="ru-RU"/>
        </w:rPr>
      </w:pPr>
      <w:r w:rsidRPr="00684EB1">
        <w:rPr>
          <w:rFonts w:cs="Times New Roman"/>
          <w:szCs w:val="28"/>
          <w:lang w:val="ru-RU"/>
        </w:rPr>
        <w:t xml:space="preserve">Сезонный </w:t>
      </w:r>
      <w:r w:rsidR="002B0A03" w:rsidRPr="00FD4D4F">
        <w:rPr>
          <w:rFonts w:cs="Times New Roman"/>
          <w:szCs w:val="28"/>
          <w:lang w:val="ru-RU"/>
        </w:rPr>
        <w:t>ДО</w:t>
      </w:r>
      <w:r w:rsidR="00EE33BD">
        <w:rPr>
          <w:rFonts w:cs="Times New Roman"/>
          <w:szCs w:val="28"/>
          <w:lang w:val="ru-RU"/>
        </w:rPr>
        <w:t>Л</w:t>
      </w:r>
      <w:r w:rsidRPr="00684EB1">
        <w:rPr>
          <w:rFonts w:cs="Times New Roman"/>
          <w:szCs w:val="28"/>
          <w:lang w:val="ru-RU"/>
        </w:rPr>
        <w:t xml:space="preserve"> является благоприятной средой для языковой практики, поскольку обеспечивает временный детский коллектив, режим дня, активное пребывание на свежем воздухе, разнообразие видов деятельности и возможность применять язык в игровых, творческих, бытовых, проектных и реальных коммуникативных ситуациях.</w:t>
      </w:r>
    </w:p>
    <w:p w14:paraId="046950FF" w14:textId="77159B66" w:rsidR="00B9286B" w:rsidRPr="00684EB1" w:rsidRDefault="00BE1021" w:rsidP="00F7265A">
      <w:pPr>
        <w:jc w:val="both"/>
        <w:rPr>
          <w:rFonts w:cs="Times New Roman"/>
          <w:szCs w:val="28"/>
          <w:lang w:val="ru-RU"/>
        </w:rPr>
      </w:pPr>
      <w:r w:rsidRPr="00684EB1">
        <w:rPr>
          <w:rFonts w:cs="Times New Roman"/>
          <w:szCs w:val="28"/>
          <w:lang w:val="ru-RU"/>
        </w:rPr>
        <w:t xml:space="preserve">Программа обеспечивает баланс образовательной и оздоровительной нагрузки и предусматривает возможность адаптации содержания к условиям конкретного </w:t>
      </w:r>
      <w:r w:rsidR="002B0A03" w:rsidRPr="00FD4D4F">
        <w:rPr>
          <w:rFonts w:cs="Times New Roman"/>
          <w:szCs w:val="28"/>
          <w:lang w:val="ru-RU"/>
        </w:rPr>
        <w:t>ДО</w:t>
      </w:r>
      <w:r w:rsidR="00EE33BD">
        <w:rPr>
          <w:rFonts w:cs="Times New Roman"/>
          <w:szCs w:val="28"/>
          <w:lang w:val="ru-RU"/>
        </w:rPr>
        <w:t>Л</w:t>
      </w:r>
      <w:r w:rsidRPr="00684EB1">
        <w:rPr>
          <w:rFonts w:cs="Times New Roman"/>
          <w:szCs w:val="28"/>
          <w:lang w:val="ru-RU"/>
        </w:rPr>
        <w:t>, возрасту участников, языковому уровню, климатическим особенностям местности, кадровому и материально-техническому обеспечению.</w:t>
      </w:r>
    </w:p>
    <w:p w14:paraId="5754F684"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Характеристика целевой аудитории</w:t>
      </w:r>
    </w:p>
    <w:p w14:paraId="71820269" w14:textId="0153F0B1" w:rsidR="00B9286B" w:rsidRPr="00684EB1" w:rsidRDefault="00831094" w:rsidP="00F7265A">
      <w:pPr>
        <w:jc w:val="both"/>
        <w:rPr>
          <w:rFonts w:cs="Times New Roman"/>
          <w:szCs w:val="28"/>
          <w:lang w:val="ru-RU"/>
        </w:rPr>
      </w:pPr>
      <w:r w:rsidRPr="00831094">
        <w:rPr>
          <w:rFonts w:cs="Times New Roman"/>
          <w:szCs w:val="28"/>
          <w:lang w:val="ru-RU"/>
        </w:rPr>
        <w:t>Целевой аудиторией Программы являются несовершеннолетние в возрасте от 7-1</w:t>
      </w:r>
      <w:r w:rsidR="00EE33BD">
        <w:rPr>
          <w:rFonts w:cs="Times New Roman"/>
          <w:szCs w:val="28"/>
          <w:lang w:val="ru-RU"/>
        </w:rPr>
        <w:t>5</w:t>
      </w:r>
      <w:r w:rsidRPr="00831094">
        <w:rPr>
          <w:rFonts w:cs="Times New Roman"/>
          <w:szCs w:val="28"/>
          <w:lang w:val="ru-RU"/>
        </w:rPr>
        <w:t xml:space="preserve"> лет, участвующие в сезонной смене</w:t>
      </w:r>
      <w:r w:rsidR="00BF786A">
        <w:rPr>
          <w:rFonts w:cs="Times New Roman"/>
          <w:szCs w:val="28"/>
          <w:lang w:val="ru-RU"/>
        </w:rPr>
        <w:t xml:space="preserve"> ДО</w:t>
      </w:r>
      <w:r w:rsidR="00EE33BD">
        <w:rPr>
          <w:rFonts w:cs="Times New Roman"/>
          <w:szCs w:val="28"/>
          <w:lang w:val="ru-RU"/>
        </w:rPr>
        <w:t>Л</w:t>
      </w:r>
      <w:r w:rsidR="00BE1021" w:rsidRPr="00684EB1">
        <w:rPr>
          <w:rFonts w:cs="Times New Roman"/>
          <w:szCs w:val="28"/>
          <w:lang w:val="ru-RU"/>
        </w:rPr>
        <w:t>.</w:t>
      </w:r>
    </w:p>
    <w:p w14:paraId="23A37BE5" w14:textId="77777777" w:rsidR="00B9286B" w:rsidRPr="00684EB1" w:rsidRDefault="00BE1021" w:rsidP="00F7265A">
      <w:pPr>
        <w:jc w:val="both"/>
        <w:rPr>
          <w:rFonts w:cs="Times New Roman"/>
          <w:szCs w:val="28"/>
          <w:lang w:val="ru-RU"/>
        </w:rPr>
      </w:pPr>
      <w:r w:rsidRPr="00684EB1">
        <w:rPr>
          <w:rFonts w:cs="Times New Roman"/>
          <w:szCs w:val="28"/>
          <w:lang w:val="ru-RU"/>
        </w:rPr>
        <w:t>Программа учитывает различия в языковой подготовке, интересах, коммуникативном опыте, физическом развитии и личностных особенностях участников. Формы работы подбираются таким образом, чтобы каждый ребенок мог быть вовлечен в посильную языковую деятельность и получить ситуацию успеха.</w:t>
      </w:r>
    </w:p>
    <w:p w14:paraId="51D4BC82" w14:textId="77777777" w:rsidR="00B9286B" w:rsidRPr="00684EB1" w:rsidRDefault="00BE1021" w:rsidP="00F7265A">
      <w:pPr>
        <w:jc w:val="both"/>
        <w:rPr>
          <w:rFonts w:cs="Times New Roman"/>
          <w:szCs w:val="28"/>
          <w:lang w:val="ru-RU"/>
        </w:rPr>
      </w:pPr>
      <w:r w:rsidRPr="00684EB1">
        <w:rPr>
          <w:rFonts w:cs="Times New Roman"/>
          <w:szCs w:val="28"/>
          <w:lang w:val="ru-RU"/>
        </w:rPr>
        <w:t>При необходимости Организация адаптирует отдельные виды деятельности для детей с особыми образовательными потребностями с учетом рекомендаций специалистов, медицинских показаний, возможностей среды и согласования с законными представителями.</w:t>
      </w:r>
    </w:p>
    <w:p w14:paraId="6950A988"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Новизна и отличительные особенности Программы</w:t>
      </w:r>
    </w:p>
    <w:p w14:paraId="5684AC3C" w14:textId="5DB2CC11" w:rsidR="00B9286B" w:rsidRPr="00684EB1" w:rsidRDefault="00BE1021" w:rsidP="00F7265A">
      <w:pPr>
        <w:jc w:val="both"/>
        <w:rPr>
          <w:rFonts w:cs="Times New Roman"/>
          <w:szCs w:val="28"/>
          <w:lang w:val="ru-RU"/>
        </w:rPr>
      </w:pPr>
      <w:r w:rsidRPr="00684EB1">
        <w:rPr>
          <w:rFonts w:cs="Times New Roman"/>
          <w:szCs w:val="28"/>
          <w:lang w:val="ru-RU"/>
        </w:rPr>
        <w:t xml:space="preserve">Новизна Программы заключается в комплексном объединении языковой, межкультурной, воспитательной, проектной, творческой и оздоровительной </w:t>
      </w:r>
      <w:r w:rsidRPr="00684EB1">
        <w:rPr>
          <w:rFonts w:cs="Times New Roman"/>
          <w:szCs w:val="28"/>
          <w:lang w:val="ru-RU"/>
        </w:rPr>
        <w:lastRenderedPageBreak/>
        <w:t>деятельности в рамках одной 1</w:t>
      </w:r>
      <w:r w:rsidR="00EE33BD">
        <w:rPr>
          <w:rFonts w:cs="Times New Roman"/>
          <w:szCs w:val="28"/>
          <w:lang w:val="ru-RU"/>
        </w:rPr>
        <w:t>0</w:t>
      </w:r>
      <w:r w:rsidRPr="00684EB1">
        <w:rPr>
          <w:rFonts w:cs="Times New Roman"/>
          <w:szCs w:val="28"/>
          <w:lang w:val="ru-RU"/>
        </w:rPr>
        <w:t>-дневной смены при сохранении требований к двум обязательным модулям: образовательному и оздоровительному.</w:t>
      </w:r>
    </w:p>
    <w:p w14:paraId="3AD04DDE" w14:textId="57147875" w:rsidR="00B9286B" w:rsidRPr="00684EB1" w:rsidRDefault="00BE1021" w:rsidP="00F7265A">
      <w:pPr>
        <w:jc w:val="both"/>
        <w:rPr>
          <w:rFonts w:cs="Times New Roman"/>
          <w:szCs w:val="28"/>
          <w:lang w:val="ru-RU"/>
        </w:rPr>
      </w:pPr>
      <w:r w:rsidRPr="00684EB1">
        <w:rPr>
          <w:rFonts w:cs="Times New Roman"/>
          <w:szCs w:val="28"/>
          <w:lang w:val="ru-RU"/>
        </w:rPr>
        <w:t xml:space="preserve">• возможность адаптации содержания к языковому профилю конкретного </w:t>
      </w:r>
      <w:r w:rsidR="002B0A03" w:rsidRPr="00FD4D4F">
        <w:rPr>
          <w:rFonts w:cs="Times New Roman"/>
          <w:szCs w:val="28"/>
          <w:lang w:val="ru-RU"/>
        </w:rPr>
        <w:t>ДО</w:t>
      </w:r>
      <w:r w:rsidR="00EE33BD">
        <w:rPr>
          <w:rFonts w:cs="Times New Roman"/>
          <w:szCs w:val="28"/>
          <w:lang w:val="ru-RU"/>
        </w:rPr>
        <w:t>Л</w:t>
      </w:r>
      <w:r w:rsidRPr="00684EB1">
        <w:rPr>
          <w:rFonts w:cs="Times New Roman"/>
          <w:szCs w:val="28"/>
          <w:lang w:val="ru-RU"/>
        </w:rPr>
        <w:t>;</w:t>
      </w:r>
    </w:p>
    <w:p w14:paraId="64480FD8" w14:textId="77777777" w:rsidR="00B9286B" w:rsidRPr="00684EB1" w:rsidRDefault="00BE1021" w:rsidP="00F7265A">
      <w:pPr>
        <w:jc w:val="both"/>
        <w:rPr>
          <w:rFonts w:cs="Times New Roman"/>
          <w:szCs w:val="28"/>
          <w:lang w:val="ru-RU"/>
        </w:rPr>
      </w:pPr>
      <w:r w:rsidRPr="00684EB1">
        <w:rPr>
          <w:rFonts w:cs="Times New Roman"/>
          <w:szCs w:val="28"/>
          <w:lang w:val="ru-RU"/>
        </w:rPr>
        <w:t>• реализация языковой практики с использованием доступных ресурсов Организации;</w:t>
      </w:r>
    </w:p>
    <w:p w14:paraId="3B94B546" w14:textId="77777777" w:rsidR="00B9286B" w:rsidRPr="00684EB1" w:rsidRDefault="00BE1021" w:rsidP="00F7265A">
      <w:pPr>
        <w:jc w:val="both"/>
        <w:rPr>
          <w:rFonts w:cs="Times New Roman"/>
          <w:szCs w:val="28"/>
          <w:lang w:val="ru-RU"/>
        </w:rPr>
      </w:pPr>
      <w:r w:rsidRPr="00684EB1">
        <w:rPr>
          <w:rFonts w:cs="Times New Roman"/>
          <w:szCs w:val="28"/>
          <w:lang w:val="ru-RU"/>
        </w:rPr>
        <w:t>• возможность выбора одного языкового профиля смены: казахского, английского, немецкого, китайского, французского или иного языка с учетом условий Организации;</w:t>
      </w:r>
    </w:p>
    <w:p w14:paraId="52FB162B" w14:textId="77777777" w:rsidR="00B9286B" w:rsidRPr="00684EB1" w:rsidRDefault="00BE1021" w:rsidP="00F7265A">
      <w:pPr>
        <w:jc w:val="both"/>
        <w:rPr>
          <w:rFonts w:cs="Times New Roman"/>
          <w:szCs w:val="28"/>
          <w:lang w:val="ru-RU"/>
        </w:rPr>
      </w:pPr>
      <w:r w:rsidRPr="00684EB1">
        <w:rPr>
          <w:rFonts w:cs="Times New Roman"/>
          <w:szCs w:val="28"/>
          <w:lang w:val="ru-RU"/>
        </w:rPr>
        <w:t>• ориентация на живое общение, преодоление языкового барьера и культуру речевого поведения;</w:t>
      </w:r>
    </w:p>
    <w:p w14:paraId="058E645D" w14:textId="77777777" w:rsidR="00B9286B" w:rsidRPr="00684EB1" w:rsidRDefault="00BE1021" w:rsidP="00F7265A">
      <w:pPr>
        <w:jc w:val="both"/>
        <w:rPr>
          <w:rFonts w:cs="Times New Roman"/>
          <w:szCs w:val="28"/>
          <w:lang w:val="ru-RU"/>
        </w:rPr>
      </w:pPr>
      <w:r w:rsidRPr="00684EB1">
        <w:rPr>
          <w:rFonts w:cs="Times New Roman"/>
          <w:szCs w:val="28"/>
          <w:lang w:val="ru-RU"/>
        </w:rPr>
        <w:t>• сочетание языковой практики с играми, творчеством, проектами, спортом и воспитательными мероприятиями;</w:t>
      </w:r>
    </w:p>
    <w:p w14:paraId="42ACF71C" w14:textId="77777777" w:rsidR="00B9286B" w:rsidRPr="00684EB1" w:rsidRDefault="00BE1021" w:rsidP="00F7265A">
      <w:pPr>
        <w:jc w:val="both"/>
        <w:rPr>
          <w:rFonts w:cs="Times New Roman"/>
          <w:szCs w:val="28"/>
          <w:lang w:val="ru-RU"/>
        </w:rPr>
      </w:pPr>
      <w:r w:rsidRPr="00684EB1">
        <w:rPr>
          <w:rFonts w:cs="Times New Roman"/>
          <w:szCs w:val="28"/>
          <w:lang w:val="ru-RU"/>
        </w:rPr>
        <w:t>• реализация ценностей «</w:t>
      </w:r>
      <w:proofErr w:type="spellStart"/>
      <w:r w:rsidRPr="00684EB1">
        <w:rPr>
          <w:rFonts w:cs="Times New Roman"/>
          <w:szCs w:val="28"/>
          <w:lang w:val="ru-RU"/>
        </w:rPr>
        <w:t>Адал</w:t>
      </w:r>
      <w:proofErr w:type="spellEnd"/>
      <w:r w:rsidRPr="00684EB1">
        <w:rPr>
          <w:rFonts w:cs="Times New Roman"/>
          <w:szCs w:val="28"/>
          <w:lang w:val="ru-RU"/>
        </w:rPr>
        <w:t xml:space="preserve"> </w:t>
      </w:r>
      <w:proofErr w:type="spellStart"/>
      <w:r w:rsidRPr="00684EB1">
        <w:rPr>
          <w:rFonts w:cs="Times New Roman"/>
          <w:szCs w:val="28"/>
          <w:lang w:val="ru-RU"/>
        </w:rPr>
        <w:t>азамат</w:t>
      </w:r>
      <w:proofErr w:type="spellEnd"/>
      <w:r w:rsidRPr="00684EB1">
        <w:rPr>
          <w:rFonts w:cs="Times New Roman"/>
          <w:szCs w:val="28"/>
          <w:lang w:val="ru-RU"/>
        </w:rPr>
        <w:t>» через уважительное общение, честную командную работу, ответственность за общее дело и межкультурный диалог;</w:t>
      </w:r>
    </w:p>
    <w:p w14:paraId="0090D746" w14:textId="696AFE01" w:rsidR="00B9286B" w:rsidRDefault="00BE1021" w:rsidP="00F7265A">
      <w:pPr>
        <w:jc w:val="both"/>
        <w:rPr>
          <w:rFonts w:cs="Times New Roman"/>
          <w:szCs w:val="28"/>
          <w:lang w:val="ru-RU"/>
        </w:rPr>
      </w:pPr>
      <w:r w:rsidRPr="00684EB1">
        <w:rPr>
          <w:rFonts w:cs="Times New Roman"/>
          <w:szCs w:val="28"/>
          <w:lang w:val="ru-RU"/>
        </w:rPr>
        <w:t>• измеримость ожидаемых результатов и возможность мониторинга по итогам смены.</w:t>
      </w:r>
    </w:p>
    <w:p w14:paraId="489F4A19" w14:textId="77777777" w:rsidR="003E499A" w:rsidRPr="00684EB1" w:rsidRDefault="003E499A" w:rsidP="00F7265A">
      <w:pPr>
        <w:ind w:firstLine="425"/>
        <w:jc w:val="both"/>
        <w:rPr>
          <w:rFonts w:cs="Times New Roman"/>
          <w:szCs w:val="28"/>
          <w:lang w:val="ru-RU"/>
        </w:rPr>
      </w:pPr>
    </w:p>
    <w:tbl>
      <w:tblPr>
        <w:tblStyle w:val="aff0"/>
        <w:tblW w:w="0" w:type="auto"/>
        <w:jc w:val="center"/>
        <w:tblLook w:val="04A0" w:firstRow="1" w:lastRow="0" w:firstColumn="1" w:lastColumn="0" w:noHBand="0" w:noVBand="1"/>
      </w:tblPr>
      <w:tblGrid>
        <w:gridCol w:w="2343"/>
        <w:gridCol w:w="2428"/>
        <w:gridCol w:w="2429"/>
        <w:gridCol w:w="2429"/>
      </w:tblGrid>
      <w:tr w:rsidR="00B9286B" w:rsidRPr="00684EB1" w14:paraId="035866D4" w14:textId="77777777">
        <w:trPr>
          <w:tblHeader/>
          <w:jc w:val="center"/>
        </w:trPr>
        <w:tc>
          <w:tcPr>
            <w:tcW w:w="1701" w:type="dxa"/>
            <w:shd w:val="clear" w:color="auto" w:fill="D9EAD3"/>
            <w:vAlign w:val="center"/>
          </w:tcPr>
          <w:p w14:paraId="4F9F53B3"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Направление</w:t>
            </w:r>
            <w:proofErr w:type="spellEnd"/>
          </w:p>
        </w:tc>
        <w:tc>
          <w:tcPr>
            <w:tcW w:w="2835" w:type="dxa"/>
            <w:shd w:val="clear" w:color="auto" w:fill="D9EAD3"/>
            <w:vAlign w:val="center"/>
          </w:tcPr>
          <w:p w14:paraId="2E5AC781"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Содержание</w:t>
            </w:r>
            <w:proofErr w:type="spellEnd"/>
            <w:r w:rsidRPr="00684EB1">
              <w:rPr>
                <w:rFonts w:cs="Times New Roman"/>
                <w:b/>
                <w:szCs w:val="28"/>
              </w:rPr>
              <w:t xml:space="preserve"> </w:t>
            </w:r>
            <w:proofErr w:type="spellStart"/>
            <w:r w:rsidRPr="00684EB1">
              <w:rPr>
                <w:rFonts w:cs="Times New Roman"/>
                <w:b/>
                <w:szCs w:val="28"/>
              </w:rPr>
              <w:t>деятельности</w:t>
            </w:r>
            <w:proofErr w:type="spellEnd"/>
          </w:p>
        </w:tc>
        <w:tc>
          <w:tcPr>
            <w:tcW w:w="2835" w:type="dxa"/>
            <w:shd w:val="clear" w:color="auto" w:fill="D9EAD3"/>
            <w:vAlign w:val="center"/>
          </w:tcPr>
          <w:p w14:paraId="6BA47E1F"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Формы</w:t>
            </w:r>
            <w:proofErr w:type="spellEnd"/>
            <w:r w:rsidRPr="00684EB1">
              <w:rPr>
                <w:rFonts w:cs="Times New Roman"/>
                <w:b/>
                <w:szCs w:val="28"/>
              </w:rPr>
              <w:t xml:space="preserve"> </w:t>
            </w:r>
            <w:proofErr w:type="spellStart"/>
            <w:r w:rsidRPr="00684EB1">
              <w:rPr>
                <w:rFonts w:cs="Times New Roman"/>
                <w:b/>
                <w:szCs w:val="28"/>
              </w:rPr>
              <w:t>реализации</w:t>
            </w:r>
            <w:proofErr w:type="spellEnd"/>
          </w:p>
        </w:tc>
        <w:tc>
          <w:tcPr>
            <w:tcW w:w="2268" w:type="dxa"/>
            <w:shd w:val="clear" w:color="auto" w:fill="D9EAD3"/>
            <w:vAlign w:val="center"/>
          </w:tcPr>
          <w:p w14:paraId="2087586F"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Ожидаемый</w:t>
            </w:r>
            <w:proofErr w:type="spellEnd"/>
            <w:r w:rsidRPr="00684EB1">
              <w:rPr>
                <w:rFonts w:cs="Times New Roman"/>
                <w:b/>
                <w:szCs w:val="28"/>
              </w:rPr>
              <w:t xml:space="preserve"> </w:t>
            </w:r>
            <w:proofErr w:type="spellStart"/>
            <w:r w:rsidRPr="00684EB1">
              <w:rPr>
                <w:rFonts w:cs="Times New Roman"/>
                <w:b/>
                <w:szCs w:val="28"/>
              </w:rPr>
              <w:t>результат</w:t>
            </w:r>
            <w:proofErr w:type="spellEnd"/>
          </w:p>
        </w:tc>
      </w:tr>
      <w:tr w:rsidR="00B9286B" w:rsidRPr="00F7265A" w14:paraId="21463C95" w14:textId="77777777">
        <w:trPr>
          <w:jc w:val="center"/>
        </w:trPr>
        <w:tc>
          <w:tcPr>
            <w:tcW w:w="1701" w:type="dxa"/>
          </w:tcPr>
          <w:p w14:paraId="716D97F2" w14:textId="77777777" w:rsidR="00B9286B" w:rsidRPr="00684EB1" w:rsidRDefault="00BE1021" w:rsidP="00F7265A">
            <w:pPr>
              <w:ind w:firstLine="0"/>
              <w:rPr>
                <w:rFonts w:cs="Times New Roman"/>
                <w:szCs w:val="28"/>
              </w:rPr>
            </w:pPr>
            <w:proofErr w:type="spellStart"/>
            <w:r w:rsidRPr="00684EB1">
              <w:rPr>
                <w:rFonts w:cs="Times New Roman"/>
                <w:szCs w:val="28"/>
              </w:rPr>
              <w:t>Изучаемый</w:t>
            </w:r>
            <w:proofErr w:type="spellEnd"/>
            <w:r w:rsidRPr="00684EB1">
              <w:rPr>
                <w:rFonts w:cs="Times New Roman"/>
                <w:szCs w:val="28"/>
              </w:rPr>
              <w:t xml:space="preserve"> </w:t>
            </w:r>
            <w:proofErr w:type="spellStart"/>
            <w:r w:rsidRPr="00684EB1">
              <w:rPr>
                <w:rFonts w:cs="Times New Roman"/>
                <w:szCs w:val="28"/>
              </w:rPr>
              <w:t>язык</w:t>
            </w:r>
            <w:proofErr w:type="spellEnd"/>
          </w:p>
        </w:tc>
        <w:tc>
          <w:tcPr>
            <w:tcW w:w="2835" w:type="dxa"/>
          </w:tcPr>
          <w:p w14:paraId="146B2351" w14:textId="0A96C031" w:rsidR="00B9286B" w:rsidRPr="00684EB1" w:rsidRDefault="00BE1021" w:rsidP="00F7265A">
            <w:pPr>
              <w:ind w:firstLine="0"/>
              <w:rPr>
                <w:rFonts w:cs="Times New Roman"/>
                <w:szCs w:val="28"/>
                <w:lang w:val="ru-RU"/>
              </w:rPr>
            </w:pPr>
            <w:r w:rsidRPr="00684EB1">
              <w:rPr>
                <w:rFonts w:cs="Times New Roman"/>
                <w:szCs w:val="28"/>
                <w:lang w:val="ru-RU"/>
              </w:rPr>
              <w:t xml:space="preserve">Коммуникация, словарь, речевой этикет, культура общения на </w:t>
            </w:r>
            <w:r w:rsidR="00EE33BD">
              <w:rPr>
                <w:rFonts w:cs="Times New Roman"/>
                <w:szCs w:val="28"/>
                <w:lang w:val="ru-RU"/>
              </w:rPr>
              <w:t>английском</w:t>
            </w:r>
            <w:r w:rsidRPr="00684EB1">
              <w:rPr>
                <w:rFonts w:cs="Times New Roman"/>
                <w:szCs w:val="28"/>
                <w:lang w:val="ru-RU"/>
              </w:rPr>
              <w:t xml:space="preserve"> языке</w:t>
            </w:r>
          </w:p>
        </w:tc>
        <w:tc>
          <w:tcPr>
            <w:tcW w:w="2835" w:type="dxa"/>
          </w:tcPr>
          <w:p w14:paraId="6D368C67" w14:textId="77777777" w:rsidR="00B9286B" w:rsidRPr="00684EB1" w:rsidRDefault="00BE1021" w:rsidP="00F7265A">
            <w:pPr>
              <w:ind w:firstLine="0"/>
              <w:rPr>
                <w:rFonts w:cs="Times New Roman"/>
                <w:szCs w:val="28"/>
                <w:lang w:val="ru-RU"/>
              </w:rPr>
            </w:pPr>
            <w:r w:rsidRPr="00684EB1">
              <w:rPr>
                <w:rFonts w:cs="Times New Roman"/>
                <w:szCs w:val="28"/>
                <w:lang w:val="ru-RU"/>
              </w:rPr>
              <w:t>Игры, диалоги, карточки фраз, творческие задания, мини-проекты</w:t>
            </w:r>
          </w:p>
        </w:tc>
        <w:tc>
          <w:tcPr>
            <w:tcW w:w="2268" w:type="dxa"/>
          </w:tcPr>
          <w:p w14:paraId="60B52B2D" w14:textId="721767AA" w:rsidR="00B9286B" w:rsidRPr="00684EB1" w:rsidRDefault="00BE1021" w:rsidP="00F7265A">
            <w:pPr>
              <w:ind w:firstLine="0"/>
              <w:rPr>
                <w:rFonts w:cs="Times New Roman"/>
                <w:szCs w:val="28"/>
                <w:lang w:val="ru-RU"/>
              </w:rPr>
            </w:pPr>
            <w:r w:rsidRPr="00684EB1">
              <w:rPr>
                <w:rFonts w:cs="Times New Roman"/>
                <w:szCs w:val="28"/>
                <w:lang w:val="ru-RU"/>
              </w:rPr>
              <w:t xml:space="preserve">Интерес к </w:t>
            </w:r>
            <w:r w:rsidR="00EE33BD">
              <w:rPr>
                <w:rFonts w:cs="Times New Roman"/>
                <w:szCs w:val="28"/>
                <w:lang w:val="ru-RU"/>
              </w:rPr>
              <w:t>английскому</w:t>
            </w:r>
            <w:r w:rsidRPr="00684EB1">
              <w:rPr>
                <w:rFonts w:cs="Times New Roman"/>
                <w:szCs w:val="28"/>
                <w:lang w:val="ru-RU"/>
              </w:rPr>
              <w:t xml:space="preserve"> языку и культуре общения</w:t>
            </w:r>
          </w:p>
        </w:tc>
      </w:tr>
      <w:tr w:rsidR="00B9286B" w:rsidRPr="00F7265A" w14:paraId="4B471DB5" w14:textId="77777777">
        <w:trPr>
          <w:jc w:val="center"/>
        </w:trPr>
        <w:tc>
          <w:tcPr>
            <w:tcW w:w="1701" w:type="dxa"/>
          </w:tcPr>
          <w:p w14:paraId="1E8EF4CD" w14:textId="77777777" w:rsidR="00B9286B" w:rsidRPr="00684EB1" w:rsidRDefault="00BE1021" w:rsidP="00F7265A">
            <w:pPr>
              <w:ind w:firstLine="0"/>
              <w:rPr>
                <w:rFonts w:cs="Times New Roman"/>
                <w:szCs w:val="28"/>
              </w:rPr>
            </w:pPr>
            <w:proofErr w:type="spellStart"/>
            <w:r w:rsidRPr="00684EB1">
              <w:rPr>
                <w:rFonts w:cs="Times New Roman"/>
                <w:szCs w:val="28"/>
              </w:rPr>
              <w:t>Разговорная</w:t>
            </w:r>
            <w:proofErr w:type="spellEnd"/>
            <w:r w:rsidRPr="00684EB1">
              <w:rPr>
                <w:rFonts w:cs="Times New Roman"/>
                <w:szCs w:val="28"/>
              </w:rPr>
              <w:t xml:space="preserve"> </w:t>
            </w:r>
            <w:proofErr w:type="spellStart"/>
            <w:r w:rsidRPr="00684EB1">
              <w:rPr>
                <w:rFonts w:cs="Times New Roman"/>
                <w:szCs w:val="28"/>
              </w:rPr>
              <w:t>практика</w:t>
            </w:r>
            <w:proofErr w:type="spellEnd"/>
          </w:p>
        </w:tc>
        <w:tc>
          <w:tcPr>
            <w:tcW w:w="2835" w:type="dxa"/>
          </w:tcPr>
          <w:p w14:paraId="6D5219B0" w14:textId="77777777" w:rsidR="00B9286B" w:rsidRPr="00684EB1" w:rsidRDefault="00BE1021" w:rsidP="00F7265A">
            <w:pPr>
              <w:ind w:firstLine="0"/>
              <w:rPr>
                <w:rFonts w:cs="Times New Roman"/>
                <w:szCs w:val="28"/>
                <w:lang w:val="ru-RU"/>
              </w:rPr>
            </w:pPr>
            <w:r w:rsidRPr="00684EB1">
              <w:rPr>
                <w:rFonts w:cs="Times New Roman"/>
                <w:szCs w:val="28"/>
                <w:lang w:val="ru-RU"/>
              </w:rPr>
              <w:t>Говорение, аудирование, вопросы, ответы и бытовые ситуации</w:t>
            </w:r>
          </w:p>
        </w:tc>
        <w:tc>
          <w:tcPr>
            <w:tcW w:w="2835" w:type="dxa"/>
          </w:tcPr>
          <w:p w14:paraId="01B05E24" w14:textId="77777777" w:rsidR="00B9286B" w:rsidRPr="00684EB1" w:rsidRDefault="00BE1021" w:rsidP="00F7265A">
            <w:pPr>
              <w:ind w:firstLine="0"/>
              <w:rPr>
                <w:rFonts w:cs="Times New Roman"/>
                <w:szCs w:val="28"/>
                <w:lang w:val="ru-RU"/>
              </w:rPr>
            </w:pPr>
            <w:r w:rsidRPr="00684EB1">
              <w:rPr>
                <w:rFonts w:cs="Times New Roman"/>
                <w:szCs w:val="28"/>
                <w:lang w:val="ru-RU"/>
              </w:rPr>
              <w:t>Языковые клубы, интервью, ролевые игры, коммуникативные квесты</w:t>
            </w:r>
          </w:p>
        </w:tc>
        <w:tc>
          <w:tcPr>
            <w:tcW w:w="2268" w:type="dxa"/>
          </w:tcPr>
          <w:p w14:paraId="66183F73" w14:textId="397D1830" w:rsidR="00B9286B" w:rsidRPr="00684EB1" w:rsidRDefault="00BE1021" w:rsidP="00F7265A">
            <w:pPr>
              <w:ind w:firstLine="0"/>
              <w:rPr>
                <w:rFonts w:cs="Times New Roman"/>
                <w:szCs w:val="28"/>
                <w:lang w:val="ru-RU"/>
              </w:rPr>
            </w:pPr>
            <w:r w:rsidRPr="00684EB1">
              <w:rPr>
                <w:rFonts w:cs="Times New Roman"/>
                <w:szCs w:val="28"/>
                <w:lang w:val="ru-RU"/>
              </w:rPr>
              <w:t xml:space="preserve">Уверенность в простом общении на </w:t>
            </w:r>
            <w:r w:rsidR="00EE33BD">
              <w:rPr>
                <w:rFonts w:cs="Times New Roman"/>
                <w:szCs w:val="28"/>
                <w:lang w:val="ru-RU"/>
              </w:rPr>
              <w:t>английском</w:t>
            </w:r>
            <w:r w:rsidRPr="00684EB1">
              <w:rPr>
                <w:rFonts w:cs="Times New Roman"/>
                <w:szCs w:val="28"/>
                <w:lang w:val="ru-RU"/>
              </w:rPr>
              <w:t xml:space="preserve"> языке</w:t>
            </w:r>
          </w:p>
        </w:tc>
      </w:tr>
      <w:tr w:rsidR="00B9286B" w:rsidRPr="00F7265A" w14:paraId="3A18448C" w14:textId="77777777">
        <w:trPr>
          <w:jc w:val="center"/>
        </w:trPr>
        <w:tc>
          <w:tcPr>
            <w:tcW w:w="1701" w:type="dxa"/>
          </w:tcPr>
          <w:p w14:paraId="024B8E10" w14:textId="77777777" w:rsidR="00B9286B" w:rsidRPr="00684EB1" w:rsidRDefault="00BE1021" w:rsidP="00F7265A">
            <w:pPr>
              <w:ind w:firstLine="0"/>
              <w:rPr>
                <w:rFonts w:cs="Times New Roman"/>
                <w:szCs w:val="28"/>
              </w:rPr>
            </w:pPr>
            <w:proofErr w:type="spellStart"/>
            <w:r w:rsidRPr="00684EB1">
              <w:rPr>
                <w:rFonts w:cs="Times New Roman"/>
                <w:szCs w:val="28"/>
              </w:rPr>
              <w:t>Социокультурное</w:t>
            </w:r>
            <w:proofErr w:type="spellEnd"/>
            <w:r w:rsidRPr="00684EB1">
              <w:rPr>
                <w:rFonts w:cs="Times New Roman"/>
                <w:szCs w:val="28"/>
              </w:rPr>
              <w:t xml:space="preserve"> </w:t>
            </w:r>
            <w:proofErr w:type="spellStart"/>
            <w:r w:rsidRPr="00684EB1">
              <w:rPr>
                <w:rFonts w:cs="Times New Roman"/>
                <w:szCs w:val="28"/>
              </w:rPr>
              <w:t>содержание</w:t>
            </w:r>
            <w:proofErr w:type="spellEnd"/>
          </w:p>
        </w:tc>
        <w:tc>
          <w:tcPr>
            <w:tcW w:w="2835" w:type="dxa"/>
          </w:tcPr>
          <w:p w14:paraId="27959F1B" w14:textId="77777777" w:rsidR="00B9286B" w:rsidRPr="00684EB1" w:rsidRDefault="00BE1021" w:rsidP="00F7265A">
            <w:pPr>
              <w:ind w:firstLine="0"/>
              <w:rPr>
                <w:rFonts w:cs="Times New Roman"/>
                <w:szCs w:val="28"/>
                <w:lang w:val="ru-RU"/>
              </w:rPr>
            </w:pPr>
            <w:r w:rsidRPr="00684EB1">
              <w:rPr>
                <w:rFonts w:cs="Times New Roman"/>
                <w:szCs w:val="28"/>
                <w:lang w:val="ru-RU"/>
              </w:rPr>
              <w:t>Культурный контекст, речевой этикет, традиции и нормы общения</w:t>
            </w:r>
          </w:p>
        </w:tc>
        <w:tc>
          <w:tcPr>
            <w:tcW w:w="2835" w:type="dxa"/>
          </w:tcPr>
          <w:p w14:paraId="3205977E" w14:textId="77777777" w:rsidR="00B9286B" w:rsidRPr="00684EB1" w:rsidRDefault="00BE1021" w:rsidP="00F7265A">
            <w:pPr>
              <w:ind w:firstLine="0"/>
              <w:rPr>
                <w:rFonts w:cs="Times New Roman"/>
                <w:szCs w:val="28"/>
                <w:lang w:val="ru-RU"/>
              </w:rPr>
            </w:pPr>
            <w:r w:rsidRPr="00684EB1">
              <w:rPr>
                <w:rFonts w:cs="Times New Roman"/>
                <w:szCs w:val="28"/>
                <w:lang w:val="ru-RU"/>
              </w:rPr>
              <w:t>Культурные станции, викторины, карты, мини-исследования</w:t>
            </w:r>
          </w:p>
        </w:tc>
        <w:tc>
          <w:tcPr>
            <w:tcW w:w="2268" w:type="dxa"/>
          </w:tcPr>
          <w:p w14:paraId="1B918E99" w14:textId="77777777" w:rsidR="00B9286B" w:rsidRPr="00684EB1" w:rsidRDefault="00BE1021" w:rsidP="00F7265A">
            <w:pPr>
              <w:ind w:firstLine="0"/>
              <w:rPr>
                <w:rFonts w:cs="Times New Roman"/>
                <w:szCs w:val="28"/>
                <w:lang w:val="ru-RU"/>
              </w:rPr>
            </w:pPr>
            <w:r w:rsidRPr="00684EB1">
              <w:rPr>
                <w:rFonts w:cs="Times New Roman"/>
                <w:szCs w:val="28"/>
                <w:lang w:val="ru-RU"/>
              </w:rPr>
              <w:t>Уважение к культуре и нормам речевого поведения</w:t>
            </w:r>
          </w:p>
        </w:tc>
      </w:tr>
      <w:tr w:rsidR="00B9286B" w:rsidRPr="00684EB1" w14:paraId="114EFD0E" w14:textId="77777777">
        <w:trPr>
          <w:jc w:val="center"/>
        </w:trPr>
        <w:tc>
          <w:tcPr>
            <w:tcW w:w="1701" w:type="dxa"/>
          </w:tcPr>
          <w:p w14:paraId="500A74D7" w14:textId="77777777" w:rsidR="00B9286B" w:rsidRPr="00684EB1" w:rsidRDefault="00BE1021" w:rsidP="00F7265A">
            <w:pPr>
              <w:ind w:firstLine="0"/>
              <w:rPr>
                <w:rFonts w:cs="Times New Roman"/>
                <w:szCs w:val="28"/>
              </w:rPr>
            </w:pPr>
            <w:proofErr w:type="spellStart"/>
            <w:r w:rsidRPr="00684EB1">
              <w:rPr>
                <w:rFonts w:cs="Times New Roman"/>
                <w:szCs w:val="28"/>
              </w:rPr>
              <w:t>Творческая</w:t>
            </w:r>
            <w:proofErr w:type="spellEnd"/>
            <w:r w:rsidRPr="00684EB1">
              <w:rPr>
                <w:rFonts w:cs="Times New Roman"/>
                <w:szCs w:val="28"/>
              </w:rPr>
              <w:t xml:space="preserve"> </w:t>
            </w:r>
            <w:proofErr w:type="spellStart"/>
            <w:r w:rsidRPr="00684EB1">
              <w:rPr>
                <w:rFonts w:cs="Times New Roman"/>
                <w:szCs w:val="28"/>
              </w:rPr>
              <w:t>языковая</w:t>
            </w:r>
            <w:proofErr w:type="spellEnd"/>
            <w:r w:rsidRPr="00684EB1">
              <w:rPr>
                <w:rFonts w:cs="Times New Roman"/>
                <w:szCs w:val="28"/>
              </w:rPr>
              <w:t xml:space="preserve"> </w:t>
            </w:r>
            <w:proofErr w:type="spellStart"/>
            <w:r w:rsidRPr="00684EB1">
              <w:rPr>
                <w:rFonts w:cs="Times New Roman"/>
                <w:szCs w:val="28"/>
              </w:rPr>
              <w:t>деятельность</w:t>
            </w:r>
            <w:proofErr w:type="spellEnd"/>
          </w:p>
        </w:tc>
        <w:tc>
          <w:tcPr>
            <w:tcW w:w="2835" w:type="dxa"/>
          </w:tcPr>
          <w:p w14:paraId="3C314EF9" w14:textId="77777777" w:rsidR="00B9286B" w:rsidRPr="00684EB1" w:rsidRDefault="00BE1021" w:rsidP="00F7265A">
            <w:pPr>
              <w:ind w:firstLine="0"/>
              <w:rPr>
                <w:rFonts w:cs="Times New Roman"/>
                <w:szCs w:val="28"/>
                <w:lang w:val="ru-RU"/>
              </w:rPr>
            </w:pPr>
            <w:r w:rsidRPr="00684EB1">
              <w:rPr>
                <w:rFonts w:cs="Times New Roman"/>
                <w:szCs w:val="28"/>
                <w:lang w:val="ru-RU"/>
              </w:rPr>
              <w:t>Использование языка в песне, сценке, рассказе, комиксе и выступлении</w:t>
            </w:r>
          </w:p>
        </w:tc>
        <w:tc>
          <w:tcPr>
            <w:tcW w:w="2835" w:type="dxa"/>
          </w:tcPr>
          <w:p w14:paraId="4AAF6B64" w14:textId="77777777" w:rsidR="00B9286B" w:rsidRPr="00684EB1" w:rsidRDefault="00BE1021" w:rsidP="00F7265A">
            <w:pPr>
              <w:ind w:firstLine="0"/>
              <w:rPr>
                <w:rFonts w:cs="Times New Roman"/>
                <w:szCs w:val="28"/>
                <w:lang w:val="ru-RU"/>
              </w:rPr>
            </w:pPr>
            <w:r w:rsidRPr="00684EB1">
              <w:rPr>
                <w:rFonts w:cs="Times New Roman"/>
                <w:szCs w:val="28"/>
                <w:lang w:val="ru-RU"/>
              </w:rPr>
              <w:t xml:space="preserve">Театр, песни, </w:t>
            </w:r>
            <w:r w:rsidRPr="00684EB1">
              <w:rPr>
                <w:rFonts w:cs="Times New Roman"/>
                <w:szCs w:val="28"/>
              </w:rPr>
              <w:t>storytelling</w:t>
            </w:r>
            <w:r w:rsidRPr="00684EB1">
              <w:rPr>
                <w:rFonts w:cs="Times New Roman"/>
                <w:szCs w:val="28"/>
                <w:lang w:val="ru-RU"/>
              </w:rPr>
              <w:t>, творческие мастерские, постеры</w:t>
            </w:r>
          </w:p>
        </w:tc>
        <w:tc>
          <w:tcPr>
            <w:tcW w:w="2268" w:type="dxa"/>
          </w:tcPr>
          <w:p w14:paraId="46B7B95D" w14:textId="631A2176" w:rsidR="00B9286B" w:rsidRPr="00EE33BD" w:rsidRDefault="00BE1021" w:rsidP="00F7265A">
            <w:pPr>
              <w:ind w:firstLine="0"/>
              <w:rPr>
                <w:rFonts w:cs="Times New Roman"/>
                <w:szCs w:val="28"/>
                <w:lang w:val="kk-KZ"/>
              </w:rPr>
            </w:pPr>
            <w:proofErr w:type="spellStart"/>
            <w:r w:rsidRPr="00684EB1">
              <w:rPr>
                <w:rFonts w:cs="Times New Roman"/>
                <w:szCs w:val="28"/>
              </w:rPr>
              <w:t>Творческое</w:t>
            </w:r>
            <w:proofErr w:type="spellEnd"/>
            <w:r w:rsidRPr="00684EB1">
              <w:rPr>
                <w:rFonts w:cs="Times New Roman"/>
                <w:szCs w:val="28"/>
              </w:rPr>
              <w:t xml:space="preserve"> </w:t>
            </w:r>
            <w:proofErr w:type="spellStart"/>
            <w:r w:rsidRPr="00684EB1">
              <w:rPr>
                <w:rFonts w:cs="Times New Roman"/>
                <w:szCs w:val="28"/>
              </w:rPr>
              <w:t>применение</w:t>
            </w:r>
            <w:proofErr w:type="spellEnd"/>
            <w:r w:rsidRPr="00684EB1">
              <w:rPr>
                <w:rFonts w:cs="Times New Roman"/>
                <w:szCs w:val="28"/>
              </w:rPr>
              <w:t xml:space="preserve"> </w:t>
            </w:r>
            <w:r w:rsidR="00EE33BD">
              <w:rPr>
                <w:rFonts w:cs="Times New Roman"/>
                <w:szCs w:val="28"/>
                <w:lang w:val="kk-KZ"/>
              </w:rPr>
              <w:t>английского</w:t>
            </w:r>
            <w:r w:rsidRPr="00684EB1">
              <w:rPr>
                <w:rFonts w:cs="Times New Roman"/>
                <w:szCs w:val="28"/>
              </w:rPr>
              <w:t xml:space="preserve"> </w:t>
            </w:r>
            <w:proofErr w:type="spellStart"/>
            <w:r w:rsidRPr="00684EB1">
              <w:rPr>
                <w:rFonts w:cs="Times New Roman"/>
                <w:szCs w:val="28"/>
              </w:rPr>
              <w:t>языка</w:t>
            </w:r>
            <w:proofErr w:type="spellEnd"/>
          </w:p>
        </w:tc>
      </w:tr>
      <w:tr w:rsidR="00B9286B" w:rsidRPr="00F7265A" w14:paraId="26D7B23F" w14:textId="77777777">
        <w:trPr>
          <w:jc w:val="center"/>
        </w:trPr>
        <w:tc>
          <w:tcPr>
            <w:tcW w:w="1701" w:type="dxa"/>
          </w:tcPr>
          <w:p w14:paraId="1E4EB484" w14:textId="77777777" w:rsidR="00B9286B" w:rsidRPr="00684EB1" w:rsidRDefault="00BE1021" w:rsidP="00F7265A">
            <w:pPr>
              <w:ind w:firstLine="0"/>
              <w:rPr>
                <w:rFonts w:cs="Times New Roman"/>
                <w:szCs w:val="28"/>
              </w:rPr>
            </w:pPr>
            <w:proofErr w:type="spellStart"/>
            <w:r w:rsidRPr="00684EB1">
              <w:rPr>
                <w:rFonts w:cs="Times New Roman"/>
                <w:szCs w:val="28"/>
              </w:rPr>
              <w:lastRenderedPageBreak/>
              <w:t>Языковой</w:t>
            </w:r>
            <w:proofErr w:type="spellEnd"/>
            <w:r w:rsidRPr="00684EB1">
              <w:rPr>
                <w:rFonts w:cs="Times New Roman"/>
                <w:szCs w:val="28"/>
              </w:rPr>
              <w:t xml:space="preserve"> </w:t>
            </w:r>
            <w:proofErr w:type="spellStart"/>
            <w:r w:rsidRPr="00684EB1">
              <w:rPr>
                <w:rFonts w:cs="Times New Roman"/>
                <w:szCs w:val="28"/>
              </w:rPr>
              <w:t>медиапродукт</w:t>
            </w:r>
            <w:proofErr w:type="spellEnd"/>
          </w:p>
        </w:tc>
        <w:tc>
          <w:tcPr>
            <w:tcW w:w="2835" w:type="dxa"/>
          </w:tcPr>
          <w:p w14:paraId="4C6FE8CB" w14:textId="43762D6C" w:rsidR="00B9286B" w:rsidRPr="00684EB1" w:rsidRDefault="00BE1021" w:rsidP="00F7265A">
            <w:pPr>
              <w:ind w:firstLine="0"/>
              <w:rPr>
                <w:rFonts w:cs="Times New Roman"/>
                <w:szCs w:val="28"/>
                <w:lang w:val="ru-RU"/>
              </w:rPr>
            </w:pPr>
            <w:r w:rsidRPr="00684EB1">
              <w:rPr>
                <w:rFonts w:cs="Times New Roman"/>
                <w:szCs w:val="28"/>
                <w:lang w:val="ru-RU"/>
              </w:rPr>
              <w:t xml:space="preserve">Создание простого информационного продукта на </w:t>
            </w:r>
            <w:r w:rsidR="00EE33BD">
              <w:rPr>
                <w:rFonts w:cs="Times New Roman"/>
                <w:szCs w:val="28"/>
                <w:lang w:val="ru-RU"/>
              </w:rPr>
              <w:t>английском</w:t>
            </w:r>
            <w:r w:rsidRPr="00684EB1">
              <w:rPr>
                <w:rFonts w:cs="Times New Roman"/>
                <w:szCs w:val="28"/>
                <w:lang w:val="ru-RU"/>
              </w:rPr>
              <w:t xml:space="preserve"> языке</w:t>
            </w:r>
          </w:p>
        </w:tc>
        <w:tc>
          <w:tcPr>
            <w:tcW w:w="2835" w:type="dxa"/>
          </w:tcPr>
          <w:p w14:paraId="7C42A077" w14:textId="77777777" w:rsidR="00B9286B" w:rsidRPr="00684EB1" w:rsidRDefault="00BE1021" w:rsidP="00F7265A">
            <w:pPr>
              <w:ind w:firstLine="0"/>
              <w:rPr>
                <w:rFonts w:cs="Times New Roman"/>
                <w:szCs w:val="28"/>
                <w:lang w:val="ru-RU"/>
              </w:rPr>
            </w:pPr>
            <w:r w:rsidRPr="00684EB1">
              <w:rPr>
                <w:rFonts w:cs="Times New Roman"/>
                <w:szCs w:val="28"/>
                <w:lang w:val="ru-RU"/>
              </w:rPr>
              <w:t xml:space="preserve">Интервью, </w:t>
            </w:r>
            <w:proofErr w:type="spellStart"/>
            <w:r w:rsidRPr="00684EB1">
              <w:rPr>
                <w:rFonts w:cs="Times New Roman"/>
                <w:szCs w:val="28"/>
                <w:lang w:val="ru-RU"/>
              </w:rPr>
              <w:t>медиадневник</w:t>
            </w:r>
            <w:proofErr w:type="spellEnd"/>
            <w:r w:rsidRPr="00684EB1">
              <w:rPr>
                <w:rFonts w:cs="Times New Roman"/>
                <w:szCs w:val="28"/>
                <w:lang w:val="ru-RU"/>
              </w:rPr>
              <w:t>, постер, подкаст, мини-видео</w:t>
            </w:r>
          </w:p>
        </w:tc>
        <w:tc>
          <w:tcPr>
            <w:tcW w:w="2268" w:type="dxa"/>
          </w:tcPr>
          <w:p w14:paraId="2312E493" w14:textId="77777777" w:rsidR="00B9286B" w:rsidRPr="00684EB1" w:rsidRDefault="00BE1021" w:rsidP="00F7265A">
            <w:pPr>
              <w:ind w:firstLine="0"/>
              <w:rPr>
                <w:rFonts w:cs="Times New Roman"/>
                <w:szCs w:val="28"/>
                <w:lang w:val="ru-RU"/>
              </w:rPr>
            </w:pPr>
            <w:r w:rsidRPr="00684EB1">
              <w:rPr>
                <w:rFonts w:cs="Times New Roman"/>
                <w:szCs w:val="28"/>
                <w:lang w:val="ru-RU"/>
              </w:rPr>
              <w:t>Использование языка для представления информации</w:t>
            </w:r>
          </w:p>
        </w:tc>
      </w:tr>
      <w:tr w:rsidR="00B9286B" w:rsidRPr="00F7265A" w14:paraId="5A51D325" w14:textId="77777777">
        <w:trPr>
          <w:jc w:val="center"/>
        </w:trPr>
        <w:tc>
          <w:tcPr>
            <w:tcW w:w="1701" w:type="dxa"/>
          </w:tcPr>
          <w:p w14:paraId="3BDDE25E" w14:textId="77777777" w:rsidR="00B9286B" w:rsidRPr="00684EB1" w:rsidRDefault="00BE1021" w:rsidP="00F7265A">
            <w:pPr>
              <w:ind w:firstLine="0"/>
              <w:rPr>
                <w:rFonts w:cs="Times New Roman"/>
                <w:szCs w:val="28"/>
              </w:rPr>
            </w:pPr>
            <w:proofErr w:type="spellStart"/>
            <w:r w:rsidRPr="00684EB1">
              <w:rPr>
                <w:rFonts w:cs="Times New Roman"/>
                <w:szCs w:val="28"/>
              </w:rPr>
              <w:t>Языковой</w:t>
            </w:r>
            <w:proofErr w:type="spellEnd"/>
            <w:r w:rsidRPr="00684EB1">
              <w:rPr>
                <w:rFonts w:cs="Times New Roman"/>
                <w:szCs w:val="28"/>
              </w:rPr>
              <w:t xml:space="preserve"> </w:t>
            </w:r>
            <w:proofErr w:type="spellStart"/>
            <w:r w:rsidRPr="00684EB1">
              <w:rPr>
                <w:rFonts w:cs="Times New Roman"/>
                <w:szCs w:val="28"/>
              </w:rPr>
              <w:t>проект</w:t>
            </w:r>
            <w:proofErr w:type="spellEnd"/>
          </w:p>
        </w:tc>
        <w:tc>
          <w:tcPr>
            <w:tcW w:w="2835" w:type="dxa"/>
          </w:tcPr>
          <w:p w14:paraId="4A4214ED" w14:textId="77777777" w:rsidR="00B9286B" w:rsidRPr="00684EB1" w:rsidRDefault="00BE1021" w:rsidP="00F7265A">
            <w:pPr>
              <w:ind w:firstLine="0"/>
              <w:rPr>
                <w:rFonts w:cs="Times New Roman"/>
                <w:szCs w:val="28"/>
                <w:lang w:val="ru-RU"/>
              </w:rPr>
            </w:pPr>
            <w:r w:rsidRPr="00684EB1">
              <w:rPr>
                <w:rFonts w:cs="Times New Roman"/>
                <w:szCs w:val="28"/>
                <w:lang w:val="ru-RU"/>
              </w:rPr>
              <w:t>Командный продукт и публичная презентация</w:t>
            </w:r>
          </w:p>
        </w:tc>
        <w:tc>
          <w:tcPr>
            <w:tcW w:w="2835" w:type="dxa"/>
          </w:tcPr>
          <w:p w14:paraId="6429ADB3" w14:textId="77777777" w:rsidR="00B9286B" w:rsidRPr="00684EB1" w:rsidRDefault="00BE1021" w:rsidP="00F7265A">
            <w:pPr>
              <w:ind w:firstLine="0"/>
              <w:rPr>
                <w:rFonts w:cs="Times New Roman"/>
                <w:szCs w:val="28"/>
                <w:lang w:val="ru-RU"/>
              </w:rPr>
            </w:pPr>
            <w:r w:rsidRPr="00684EB1">
              <w:rPr>
                <w:rFonts w:cs="Times New Roman"/>
                <w:szCs w:val="28"/>
                <w:lang w:val="ru-RU"/>
              </w:rPr>
              <w:t>Портфель участника, презентации, фестиваль достижений языковой смены</w:t>
            </w:r>
          </w:p>
        </w:tc>
        <w:tc>
          <w:tcPr>
            <w:tcW w:w="2268" w:type="dxa"/>
          </w:tcPr>
          <w:p w14:paraId="2DF9918E" w14:textId="77777777" w:rsidR="00B9286B" w:rsidRPr="00684EB1" w:rsidRDefault="00BE1021" w:rsidP="00F7265A">
            <w:pPr>
              <w:ind w:firstLine="0"/>
              <w:rPr>
                <w:rFonts w:cs="Times New Roman"/>
                <w:szCs w:val="28"/>
                <w:lang w:val="ru-RU"/>
              </w:rPr>
            </w:pPr>
            <w:r w:rsidRPr="00684EB1">
              <w:rPr>
                <w:rFonts w:cs="Times New Roman"/>
                <w:szCs w:val="28"/>
                <w:lang w:val="ru-RU"/>
              </w:rPr>
              <w:t>Развитие проектных и коммуникативных навыков</w:t>
            </w:r>
          </w:p>
        </w:tc>
      </w:tr>
    </w:tbl>
    <w:p w14:paraId="68645EF3" w14:textId="77777777" w:rsidR="00F7265A" w:rsidRDefault="00F7265A" w:rsidP="00F7265A">
      <w:pPr>
        <w:pStyle w:val="1"/>
        <w:spacing w:before="0" w:after="0"/>
        <w:ind w:firstLine="720"/>
        <w:rPr>
          <w:rFonts w:eastAsia="Times New Roman" w:cs="Times New Roman"/>
          <w:lang w:val="ru-RU"/>
        </w:rPr>
      </w:pPr>
    </w:p>
    <w:p w14:paraId="03C07355" w14:textId="77777777" w:rsidR="00F7265A" w:rsidRDefault="00F7265A" w:rsidP="00F7265A">
      <w:pPr>
        <w:pStyle w:val="1"/>
        <w:spacing w:before="0" w:after="0"/>
        <w:ind w:firstLine="720"/>
        <w:rPr>
          <w:rFonts w:eastAsia="Times New Roman" w:cs="Times New Roman"/>
          <w:lang w:val="ru-RU"/>
        </w:rPr>
      </w:pPr>
    </w:p>
    <w:p w14:paraId="101E1520" w14:textId="6D9B8EC1" w:rsidR="00B9286B" w:rsidRPr="00684EB1" w:rsidRDefault="00BE1021" w:rsidP="00F7265A">
      <w:pPr>
        <w:pStyle w:val="1"/>
        <w:spacing w:before="0" w:after="0"/>
        <w:ind w:firstLine="720"/>
        <w:rPr>
          <w:rFonts w:cs="Times New Roman"/>
          <w:lang w:val="ru-RU"/>
        </w:rPr>
      </w:pPr>
      <w:r w:rsidRPr="00684EB1">
        <w:rPr>
          <w:rFonts w:eastAsia="Times New Roman" w:cs="Times New Roman"/>
          <w:lang w:val="ru-RU"/>
        </w:rPr>
        <w:t>Раздел 4. Цель, задачи и ожидаемые результаты</w:t>
      </w:r>
    </w:p>
    <w:p w14:paraId="6D1D2891"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Цель Программы</w:t>
      </w:r>
    </w:p>
    <w:p w14:paraId="12AA2882" w14:textId="225C902A" w:rsidR="00B9286B" w:rsidRPr="00684EB1" w:rsidRDefault="00BE1021" w:rsidP="00F7265A">
      <w:pPr>
        <w:jc w:val="both"/>
        <w:rPr>
          <w:rFonts w:cs="Times New Roman"/>
          <w:szCs w:val="28"/>
          <w:lang w:val="ru-RU"/>
        </w:rPr>
      </w:pPr>
      <w:r w:rsidRPr="00684EB1">
        <w:rPr>
          <w:rFonts w:cs="Times New Roman"/>
          <w:szCs w:val="28"/>
          <w:lang w:val="ru-RU"/>
        </w:rPr>
        <w:t xml:space="preserve">Создание образовательно-оздоровительной среды сезонного языкового </w:t>
      </w:r>
      <w:r w:rsidR="002B0A03" w:rsidRPr="00FD4D4F">
        <w:rPr>
          <w:rFonts w:cs="Times New Roman"/>
          <w:szCs w:val="28"/>
          <w:lang w:val="ru-RU"/>
        </w:rPr>
        <w:t>ДО</w:t>
      </w:r>
      <w:r w:rsidR="00EE33BD">
        <w:rPr>
          <w:rFonts w:cs="Times New Roman"/>
          <w:szCs w:val="28"/>
          <w:lang w:val="ru-RU"/>
        </w:rPr>
        <w:t>Л</w:t>
      </w:r>
      <w:r w:rsidRPr="00684EB1">
        <w:rPr>
          <w:rFonts w:cs="Times New Roman"/>
          <w:szCs w:val="28"/>
          <w:lang w:val="ru-RU"/>
        </w:rPr>
        <w:t>, направленной на укрепление физического и психоэмоционального здоровья несовершеннолетних, развитие их языковых, коммуникативных, межкультурных, творческих, проектных, социальных и личностных компетенций через языковую практику, межкультурное общение, творческую, игровую, проектную и оздоровительную деятельность, а также формирование ценностных ориентиров, соответствующих Единой программе воспитания «</w:t>
      </w:r>
      <w:proofErr w:type="spellStart"/>
      <w:r w:rsidRPr="00684EB1">
        <w:rPr>
          <w:rFonts w:cs="Times New Roman"/>
          <w:szCs w:val="28"/>
          <w:lang w:val="ru-RU"/>
        </w:rPr>
        <w:t>Адал</w:t>
      </w:r>
      <w:proofErr w:type="spellEnd"/>
      <w:r w:rsidRPr="00684EB1">
        <w:rPr>
          <w:rFonts w:cs="Times New Roman"/>
          <w:szCs w:val="28"/>
          <w:lang w:val="ru-RU"/>
        </w:rPr>
        <w:t xml:space="preserve"> </w:t>
      </w:r>
      <w:proofErr w:type="spellStart"/>
      <w:r w:rsidRPr="00684EB1">
        <w:rPr>
          <w:rFonts w:cs="Times New Roman"/>
          <w:szCs w:val="28"/>
          <w:lang w:val="ru-RU"/>
        </w:rPr>
        <w:t>азамат</w:t>
      </w:r>
      <w:proofErr w:type="spellEnd"/>
      <w:r w:rsidRPr="00684EB1">
        <w:rPr>
          <w:rFonts w:cs="Times New Roman"/>
          <w:szCs w:val="28"/>
          <w:lang w:val="ru-RU"/>
        </w:rPr>
        <w:t>».</w:t>
      </w:r>
    </w:p>
    <w:p w14:paraId="24E0B102" w14:textId="77777777" w:rsidR="00B9286B" w:rsidRPr="00684EB1" w:rsidRDefault="00BE1021" w:rsidP="00F7265A">
      <w:pPr>
        <w:jc w:val="both"/>
        <w:rPr>
          <w:rFonts w:cs="Times New Roman"/>
          <w:szCs w:val="28"/>
          <w:lang w:val="ru-RU"/>
        </w:rPr>
      </w:pPr>
      <w:r w:rsidRPr="00684EB1">
        <w:rPr>
          <w:rFonts w:cs="Times New Roman"/>
          <w:szCs w:val="28"/>
          <w:lang w:val="ru-RU"/>
        </w:rPr>
        <w:t>Программа ориентирована на воспитание честного, ответственного, трудолюбивого, патриотичного, инициативного и социально активного участника, способного уважать государственный язык, родной язык, национальные ценности, языковое и культурное многообразие, соблюдать культуру безопасного поведения, работать в команде и участвовать в созидательной деятельности.</w:t>
      </w:r>
    </w:p>
    <w:p w14:paraId="5AF372E4"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Задачи Программы</w:t>
      </w:r>
    </w:p>
    <w:p w14:paraId="488B7483" w14:textId="77777777" w:rsidR="00B9286B" w:rsidRPr="00684EB1" w:rsidRDefault="00BE1021" w:rsidP="00F7265A">
      <w:pPr>
        <w:jc w:val="both"/>
        <w:rPr>
          <w:rFonts w:cs="Times New Roman"/>
          <w:szCs w:val="28"/>
          <w:lang w:val="ru-RU"/>
        </w:rPr>
      </w:pPr>
      <w:r w:rsidRPr="00684EB1">
        <w:rPr>
          <w:rFonts w:cs="Times New Roman"/>
          <w:szCs w:val="28"/>
          <w:lang w:val="ru-RU"/>
        </w:rPr>
        <w:t>Задачи Программы реализуются через образовательный и оздоровительный модули.</w:t>
      </w:r>
    </w:p>
    <w:p w14:paraId="29019DB5" w14:textId="77777777" w:rsidR="00B9286B" w:rsidRPr="00684EB1" w:rsidRDefault="00BE1021" w:rsidP="00F7265A">
      <w:pPr>
        <w:pStyle w:val="31"/>
        <w:spacing w:before="0" w:after="0"/>
        <w:ind w:firstLine="709"/>
        <w:rPr>
          <w:rFonts w:cs="Times New Roman"/>
          <w:szCs w:val="28"/>
          <w:lang w:val="ru-RU"/>
        </w:rPr>
      </w:pPr>
      <w:r w:rsidRPr="00684EB1">
        <w:rPr>
          <w:rFonts w:eastAsia="Times New Roman" w:cs="Times New Roman"/>
          <w:szCs w:val="28"/>
          <w:lang w:val="ru-RU"/>
        </w:rPr>
        <w:t>Образовательные задачи</w:t>
      </w:r>
    </w:p>
    <w:p w14:paraId="3E0BF39C" w14:textId="77777777" w:rsidR="00B9286B" w:rsidRPr="00684EB1" w:rsidRDefault="00BE1021" w:rsidP="00F7265A">
      <w:pPr>
        <w:jc w:val="both"/>
        <w:rPr>
          <w:rFonts w:cs="Times New Roman"/>
          <w:szCs w:val="28"/>
          <w:lang w:val="ru-RU"/>
        </w:rPr>
      </w:pPr>
      <w:r w:rsidRPr="00684EB1">
        <w:rPr>
          <w:rFonts w:cs="Times New Roman"/>
          <w:szCs w:val="28"/>
          <w:lang w:val="ru-RU"/>
        </w:rPr>
        <w:t>1) Создать условия для развития языковой активности, речевой уверенности, познавательной инициативы, критического и творческого мышления участников.</w:t>
      </w:r>
    </w:p>
    <w:p w14:paraId="6B8D6CC1" w14:textId="77777777" w:rsidR="00B9286B" w:rsidRPr="00684EB1" w:rsidRDefault="00BE1021" w:rsidP="00F7265A">
      <w:pPr>
        <w:jc w:val="both"/>
        <w:rPr>
          <w:rFonts w:cs="Times New Roman"/>
          <w:szCs w:val="28"/>
          <w:lang w:val="ru-RU"/>
        </w:rPr>
      </w:pPr>
      <w:r w:rsidRPr="00684EB1">
        <w:rPr>
          <w:rFonts w:cs="Times New Roman"/>
          <w:szCs w:val="28"/>
          <w:lang w:val="ru-RU"/>
        </w:rPr>
        <w:t>2) Сформировать и расширить базовый словарный запас и речевые модели участников по темам повседневного общения, лагерной жизни, культуры, дружбы, природы, здоровья и совместной деятельности.</w:t>
      </w:r>
    </w:p>
    <w:p w14:paraId="2B921416" w14:textId="77777777" w:rsidR="00B9286B" w:rsidRPr="00684EB1" w:rsidRDefault="00BE1021" w:rsidP="00F7265A">
      <w:pPr>
        <w:jc w:val="both"/>
        <w:rPr>
          <w:rFonts w:cs="Times New Roman"/>
          <w:szCs w:val="28"/>
          <w:lang w:val="ru-RU"/>
        </w:rPr>
      </w:pPr>
      <w:r w:rsidRPr="00684EB1">
        <w:rPr>
          <w:rFonts w:cs="Times New Roman"/>
          <w:szCs w:val="28"/>
          <w:lang w:val="ru-RU"/>
        </w:rPr>
        <w:lastRenderedPageBreak/>
        <w:t>3) Развить навыки аудирования, говорения, чтения, письма и речевого взаимодействия в игровых, творческих, проектных и практических формах.</w:t>
      </w:r>
    </w:p>
    <w:p w14:paraId="1E196018" w14:textId="097E079A" w:rsidR="00B9286B" w:rsidRPr="00684EB1" w:rsidRDefault="00BE1021" w:rsidP="00F7265A">
      <w:pPr>
        <w:jc w:val="both"/>
        <w:rPr>
          <w:rFonts w:cs="Times New Roman"/>
          <w:szCs w:val="28"/>
          <w:lang w:val="ru-RU"/>
        </w:rPr>
      </w:pPr>
      <w:r w:rsidRPr="00684EB1">
        <w:rPr>
          <w:rFonts w:cs="Times New Roman"/>
          <w:szCs w:val="28"/>
          <w:lang w:val="ru-RU"/>
        </w:rPr>
        <w:t xml:space="preserve">4) Сформировать интерес к </w:t>
      </w:r>
      <w:r w:rsidR="003E14A4">
        <w:rPr>
          <w:rFonts w:cs="Times New Roman"/>
          <w:szCs w:val="28"/>
          <w:lang w:val="ru-RU"/>
        </w:rPr>
        <w:t>английскому</w:t>
      </w:r>
      <w:r w:rsidRPr="00684EB1">
        <w:rPr>
          <w:rFonts w:cs="Times New Roman"/>
          <w:szCs w:val="28"/>
          <w:lang w:val="ru-RU"/>
        </w:rPr>
        <w:t xml:space="preserve"> языку с учетом языкового профиля смены, уровня подготовки участников и возможностей Организации.</w:t>
      </w:r>
    </w:p>
    <w:p w14:paraId="4E8832DD" w14:textId="50299D09" w:rsidR="00B9286B" w:rsidRPr="00684EB1" w:rsidRDefault="00BE1021" w:rsidP="00F7265A">
      <w:pPr>
        <w:jc w:val="both"/>
        <w:rPr>
          <w:rFonts w:cs="Times New Roman"/>
          <w:szCs w:val="28"/>
          <w:lang w:val="ru-RU"/>
        </w:rPr>
      </w:pPr>
      <w:r w:rsidRPr="00684EB1">
        <w:rPr>
          <w:rFonts w:cs="Times New Roman"/>
          <w:szCs w:val="28"/>
          <w:lang w:val="ru-RU"/>
        </w:rPr>
        <w:t xml:space="preserve">5) Развить социокультурную компетентность, уважение к культуре общения, традициям, речевому этикету и ценностному содержанию, связанным с </w:t>
      </w:r>
      <w:r w:rsidR="003E14A4">
        <w:rPr>
          <w:rFonts w:cs="Times New Roman"/>
          <w:szCs w:val="28"/>
          <w:lang w:val="ru-RU"/>
        </w:rPr>
        <w:t>английским</w:t>
      </w:r>
      <w:r w:rsidRPr="00684EB1">
        <w:rPr>
          <w:rFonts w:cs="Times New Roman"/>
          <w:szCs w:val="28"/>
          <w:lang w:val="ru-RU"/>
        </w:rPr>
        <w:t xml:space="preserve"> языком.</w:t>
      </w:r>
    </w:p>
    <w:p w14:paraId="5A142053" w14:textId="77777777" w:rsidR="00B9286B" w:rsidRPr="00684EB1" w:rsidRDefault="00BE1021" w:rsidP="00F7265A">
      <w:pPr>
        <w:jc w:val="both"/>
        <w:rPr>
          <w:rFonts w:cs="Times New Roman"/>
          <w:szCs w:val="28"/>
          <w:lang w:val="ru-RU"/>
        </w:rPr>
      </w:pPr>
      <w:r w:rsidRPr="00684EB1">
        <w:rPr>
          <w:rFonts w:cs="Times New Roman"/>
          <w:szCs w:val="28"/>
          <w:lang w:val="ru-RU"/>
        </w:rPr>
        <w:t>6) Сформировать навыки командной работы, общения, лидерства, взаимопомощи, самостоятельности, речевого этикета и ответственности.</w:t>
      </w:r>
    </w:p>
    <w:p w14:paraId="5128FA66" w14:textId="77777777" w:rsidR="00B9286B" w:rsidRPr="00684EB1" w:rsidRDefault="00BE1021" w:rsidP="00F7265A">
      <w:pPr>
        <w:jc w:val="both"/>
        <w:rPr>
          <w:rFonts w:cs="Times New Roman"/>
          <w:szCs w:val="28"/>
          <w:lang w:val="ru-RU"/>
        </w:rPr>
      </w:pPr>
      <w:r w:rsidRPr="00684EB1">
        <w:rPr>
          <w:rFonts w:cs="Times New Roman"/>
          <w:szCs w:val="28"/>
          <w:lang w:val="ru-RU"/>
        </w:rPr>
        <w:t>7) Содействовать формированию гражданской ответственности, патриотизма, уважения к национальным ценностям, государственному языку, родному языку, культуре, труду, природе и общественным интересам в соответствии с воспитательными ориентирами Единой программы воспитания «</w:t>
      </w:r>
      <w:proofErr w:type="spellStart"/>
      <w:r w:rsidRPr="00684EB1">
        <w:rPr>
          <w:rFonts w:cs="Times New Roman"/>
          <w:szCs w:val="28"/>
          <w:lang w:val="ru-RU"/>
        </w:rPr>
        <w:t>Адал</w:t>
      </w:r>
      <w:proofErr w:type="spellEnd"/>
      <w:r w:rsidRPr="00684EB1">
        <w:rPr>
          <w:rFonts w:cs="Times New Roman"/>
          <w:szCs w:val="28"/>
          <w:lang w:val="ru-RU"/>
        </w:rPr>
        <w:t xml:space="preserve"> </w:t>
      </w:r>
      <w:proofErr w:type="spellStart"/>
      <w:r w:rsidRPr="00684EB1">
        <w:rPr>
          <w:rFonts w:cs="Times New Roman"/>
          <w:szCs w:val="28"/>
          <w:lang w:val="ru-RU"/>
        </w:rPr>
        <w:t>азамат</w:t>
      </w:r>
      <w:proofErr w:type="spellEnd"/>
      <w:r w:rsidRPr="00684EB1">
        <w:rPr>
          <w:rFonts w:cs="Times New Roman"/>
          <w:szCs w:val="28"/>
          <w:lang w:val="ru-RU"/>
        </w:rPr>
        <w:t>».</w:t>
      </w:r>
    </w:p>
    <w:p w14:paraId="2C1B0AA0" w14:textId="77777777" w:rsidR="00B9286B" w:rsidRPr="00684EB1" w:rsidRDefault="00BE1021" w:rsidP="00F7265A">
      <w:pPr>
        <w:jc w:val="both"/>
        <w:rPr>
          <w:rFonts w:cs="Times New Roman"/>
          <w:szCs w:val="28"/>
          <w:lang w:val="ru-RU"/>
        </w:rPr>
      </w:pPr>
      <w:r w:rsidRPr="00684EB1">
        <w:rPr>
          <w:rFonts w:cs="Times New Roman"/>
          <w:szCs w:val="28"/>
          <w:lang w:val="ru-RU"/>
        </w:rPr>
        <w:t>8) Обеспечить практическое освоение участниками ценностей честности, справедливости, ответственности, уважения, трудолюбия, межкультурного диалога и созидательного поведения через коллективные дела, языковые проекты, социальные инициативы и ежедневную культуру взаимодействия в лагере.</w:t>
      </w:r>
    </w:p>
    <w:p w14:paraId="2473615C" w14:textId="77777777" w:rsidR="00B9286B" w:rsidRPr="00684EB1" w:rsidRDefault="00BE1021" w:rsidP="00F7265A">
      <w:pPr>
        <w:pStyle w:val="31"/>
        <w:spacing w:before="0" w:after="0"/>
        <w:ind w:firstLine="709"/>
        <w:rPr>
          <w:rFonts w:cs="Times New Roman"/>
          <w:szCs w:val="28"/>
          <w:lang w:val="ru-RU"/>
        </w:rPr>
      </w:pPr>
      <w:r w:rsidRPr="00684EB1">
        <w:rPr>
          <w:rFonts w:eastAsia="Times New Roman" w:cs="Times New Roman"/>
          <w:szCs w:val="28"/>
          <w:lang w:val="ru-RU"/>
        </w:rPr>
        <w:t>Оздоровительные задачи</w:t>
      </w:r>
    </w:p>
    <w:p w14:paraId="796AD9F7" w14:textId="77777777" w:rsidR="00B9286B" w:rsidRPr="00684EB1" w:rsidRDefault="00BE1021" w:rsidP="00F7265A">
      <w:pPr>
        <w:jc w:val="both"/>
        <w:rPr>
          <w:rFonts w:cs="Times New Roman"/>
          <w:szCs w:val="28"/>
          <w:lang w:val="ru-RU"/>
        </w:rPr>
      </w:pPr>
      <w:r w:rsidRPr="00684EB1">
        <w:rPr>
          <w:rFonts w:cs="Times New Roman"/>
          <w:szCs w:val="28"/>
          <w:lang w:val="ru-RU"/>
        </w:rPr>
        <w:t>1) Создать условия для укрепления физического здоровья и повышения двигательной активности участников.</w:t>
      </w:r>
    </w:p>
    <w:p w14:paraId="1338C6E1" w14:textId="77777777" w:rsidR="00B9286B" w:rsidRPr="00684EB1" w:rsidRDefault="00BE1021" w:rsidP="00F7265A">
      <w:pPr>
        <w:jc w:val="both"/>
        <w:rPr>
          <w:rFonts w:cs="Times New Roman"/>
          <w:szCs w:val="28"/>
          <w:lang w:val="ru-RU"/>
        </w:rPr>
      </w:pPr>
      <w:r w:rsidRPr="00684EB1">
        <w:rPr>
          <w:rFonts w:cs="Times New Roman"/>
          <w:szCs w:val="28"/>
          <w:lang w:val="ru-RU"/>
        </w:rPr>
        <w:t>2) Обеспечить рациональное чередование активности, отдыха, питания, сна, образовательной и оздоровительной деятельности.</w:t>
      </w:r>
    </w:p>
    <w:p w14:paraId="043259D1" w14:textId="77777777" w:rsidR="00B9286B" w:rsidRPr="00684EB1" w:rsidRDefault="00BE1021" w:rsidP="00F7265A">
      <w:pPr>
        <w:jc w:val="both"/>
        <w:rPr>
          <w:rFonts w:cs="Times New Roman"/>
          <w:szCs w:val="28"/>
          <w:lang w:val="ru-RU"/>
        </w:rPr>
      </w:pPr>
      <w:r w:rsidRPr="00684EB1">
        <w:rPr>
          <w:rFonts w:cs="Times New Roman"/>
          <w:szCs w:val="28"/>
          <w:lang w:val="ru-RU"/>
        </w:rPr>
        <w:t>3) Сформировать устойчивую мотивацию к здоровому образу жизни, личной гигиене и безопасному поведению.</w:t>
      </w:r>
    </w:p>
    <w:p w14:paraId="1AAC639F" w14:textId="77777777" w:rsidR="00B9286B" w:rsidRPr="00684EB1" w:rsidRDefault="00BE1021" w:rsidP="00F7265A">
      <w:pPr>
        <w:jc w:val="both"/>
        <w:rPr>
          <w:rFonts w:cs="Times New Roman"/>
          <w:szCs w:val="28"/>
          <w:lang w:val="ru-RU"/>
        </w:rPr>
      </w:pPr>
      <w:r w:rsidRPr="00684EB1">
        <w:rPr>
          <w:rFonts w:cs="Times New Roman"/>
          <w:szCs w:val="28"/>
          <w:lang w:val="ru-RU"/>
        </w:rPr>
        <w:t>4) Развить выносливость, координацию, ловкость и командное взаимодействие через спортивные, подвижные и туристические мероприятия.</w:t>
      </w:r>
    </w:p>
    <w:p w14:paraId="6276832E" w14:textId="77777777" w:rsidR="00B9286B" w:rsidRPr="00684EB1" w:rsidRDefault="00BE1021" w:rsidP="00F7265A">
      <w:pPr>
        <w:jc w:val="both"/>
        <w:rPr>
          <w:rFonts w:cs="Times New Roman"/>
          <w:szCs w:val="28"/>
          <w:lang w:val="ru-RU"/>
        </w:rPr>
      </w:pPr>
      <w:r w:rsidRPr="00684EB1">
        <w:rPr>
          <w:rFonts w:cs="Times New Roman"/>
          <w:szCs w:val="28"/>
          <w:lang w:val="ru-RU"/>
        </w:rPr>
        <w:t>5) Обеспечить профилактику переутомления, эмоционального напряжения, языковой тревожности и конфликтных ситуаций.</w:t>
      </w:r>
    </w:p>
    <w:p w14:paraId="7793734B" w14:textId="77777777" w:rsidR="00B9286B" w:rsidRPr="00684EB1" w:rsidRDefault="00BE1021" w:rsidP="00F7265A">
      <w:pPr>
        <w:jc w:val="both"/>
        <w:rPr>
          <w:rFonts w:cs="Times New Roman"/>
          <w:szCs w:val="28"/>
          <w:lang w:val="ru-RU"/>
        </w:rPr>
      </w:pPr>
      <w:r w:rsidRPr="00684EB1">
        <w:rPr>
          <w:rFonts w:cs="Times New Roman"/>
          <w:szCs w:val="28"/>
          <w:lang w:val="ru-RU"/>
        </w:rPr>
        <w:t>6) Создать психологически безопасную, поддерживающую и доброжелательную среду пребывания детей, способствующую свободному и уважительному общению.</w:t>
      </w:r>
    </w:p>
    <w:p w14:paraId="6EBB008D" w14:textId="77777777" w:rsidR="00B9286B" w:rsidRPr="00684EB1" w:rsidRDefault="00BE1021" w:rsidP="00F7265A">
      <w:pPr>
        <w:jc w:val="both"/>
        <w:rPr>
          <w:rFonts w:cs="Times New Roman"/>
          <w:szCs w:val="28"/>
          <w:lang w:val="ru-RU"/>
        </w:rPr>
      </w:pPr>
      <w:r w:rsidRPr="00684EB1">
        <w:rPr>
          <w:rFonts w:cs="Times New Roman"/>
          <w:szCs w:val="28"/>
          <w:lang w:val="ru-RU"/>
        </w:rPr>
        <w:t>7) Сформировать навыки безопасного поведения в природной, бытовой, спортивной, социальной и информационной среде.</w:t>
      </w:r>
    </w:p>
    <w:p w14:paraId="17110840" w14:textId="536D9265" w:rsidR="00B9286B" w:rsidRPr="00684EB1" w:rsidRDefault="00BE1021" w:rsidP="00F7265A">
      <w:pPr>
        <w:jc w:val="both"/>
        <w:rPr>
          <w:rFonts w:cs="Times New Roman"/>
          <w:szCs w:val="28"/>
          <w:lang w:val="ru-RU"/>
        </w:rPr>
      </w:pPr>
      <w:r w:rsidRPr="00684EB1">
        <w:rPr>
          <w:rFonts w:cs="Times New Roman"/>
          <w:szCs w:val="28"/>
          <w:lang w:val="ru-RU"/>
        </w:rPr>
        <w:t xml:space="preserve">8) Содействовать формированию культуры заботы о себе и окружающих, уважительного общения, ответственного отношения к здоровью, режиму дня, общему пространству </w:t>
      </w:r>
      <w:r w:rsidR="002B0A03" w:rsidRPr="00FD4D4F">
        <w:rPr>
          <w:rFonts w:cs="Times New Roman"/>
          <w:szCs w:val="28"/>
          <w:lang w:val="ru-RU"/>
        </w:rPr>
        <w:t>ДО</w:t>
      </w:r>
      <w:r w:rsidR="003E14A4">
        <w:rPr>
          <w:rFonts w:cs="Times New Roman"/>
          <w:szCs w:val="28"/>
          <w:lang w:val="ru-RU"/>
        </w:rPr>
        <w:t>Л</w:t>
      </w:r>
      <w:r w:rsidRPr="00684EB1">
        <w:rPr>
          <w:rFonts w:cs="Times New Roman"/>
          <w:szCs w:val="28"/>
          <w:lang w:val="ru-RU"/>
        </w:rPr>
        <w:t xml:space="preserve"> и правилам совместного проживания как практического проявления ценностей «</w:t>
      </w:r>
      <w:proofErr w:type="spellStart"/>
      <w:r w:rsidRPr="00684EB1">
        <w:rPr>
          <w:rFonts w:cs="Times New Roman"/>
          <w:szCs w:val="28"/>
          <w:lang w:val="ru-RU"/>
        </w:rPr>
        <w:t>Адал</w:t>
      </w:r>
      <w:proofErr w:type="spellEnd"/>
      <w:r w:rsidRPr="00684EB1">
        <w:rPr>
          <w:rFonts w:cs="Times New Roman"/>
          <w:szCs w:val="28"/>
          <w:lang w:val="ru-RU"/>
        </w:rPr>
        <w:t xml:space="preserve"> </w:t>
      </w:r>
      <w:proofErr w:type="spellStart"/>
      <w:r w:rsidRPr="00684EB1">
        <w:rPr>
          <w:rFonts w:cs="Times New Roman"/>
          <w:szCs w:val="28"/>
          <w:lang w:val="ru-RU"/>
        </w:rPr>
        <w:t>азамат</w:t>
      </w:r>
      <w:proofErr w:type="spellEnd"/>
      <w:r w:rsidRPr="00684EB1">
        <w:rPr>
          <w:rFonts w:cs="Times New Roman"/>
          <w:szCs w:val="28"/>
          <w:lang w:val="ru-RU"/>
        </w:rPr>
        <w:t>».</w:t>
      </w:r>
    </w:p>
    <w:p w14:paraId="03764FCD" w14:textId="3706840F"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Ожидаемые результаты реализации Программы</w:t>
      </w:r>
      <w:r w:rsidR="00294933">
        <w:rPr>
          <w:rFonts w:eastAsia="Times New Roman" w:cs="Times New Roman"/>
          <w:szCs w:val="28"/>
          <w:lang w:val="ru-RU"/>
        </w:rPr>
        <w:t xml:space="preserve"> </w:t>
      </w:r>
    </w:p>
    <w:p w14:paraId="6CE02910" w14:textId="77777777" w:rsidR="00B9286B" w:rsidRPr="00684EB1" w:rsidRDefault="00BE1021" w:rsidP="00F7265A">
      <w:pPr>
        <w:jc w:val="both"/>
        <w:rPr>
          <w:rFonts w:cs="Times New Roman"/>
          <w:szCs w:val="28"/>
          <w:lang w:val="ru-RU"/>
        </w:rPr>
      </w:pPr>
      <w:r w:rsidRPr="00684EB1">
        <w:rPr>
          <w:rFonts w:cs="Times New Roman"/>
          <w:szCs w:val="28"/>
          <w:lang w:val="ru-RU"/>
        </w:rPr>
        <w:t xml:space="preserve">Ожидаемые результаты Программы являются измеримыми и проверяемыми по итогам смены на основе педагогического наблюдения, учета </w:t>
      </w:r>
      <w:r w:rsidRPr="00684EB1">
        <w:rPr>
          <w:rFonts w:cs="Times New Roman"/>
          <w:szCs w:val="28"/>
          <w:lang w:val="ru-RU"/>
        </w:rPr>
        <w:lastRenderedPageBreak/>
        <w:t>участия, анализа языковых и творческих продуктов, анкетирования, самооценки и рефлексии участников.</w:t>
      </w:r>
    </w:p>
    <w:p w14:paraId="6E94307D" w14:textId="77777777" w:rsidR="00B9286B" w:rsidRPr="00684EB1" w:rsidRDefault="00BE1021" w:rsidP="00F7265A">
      <w:pPr>
        <w:jc w:val="both"/>
        <w:rPr>
          <w:rFonts w:cs="Times New Roman"/>
          <w:szCs w:val="28"/>
          <w:lang w:val="ru-RU"/>
        </w:rPr>
      </w:pPr>
      <w:r w:rsidRPr="00684EB1">
        <w:rPr>
          <w:rFonts w:cs="Times New Roman"/>
          <w:szCs w:val="28"/>
          <w:lang w:val="ru-RU"/>
        </w:rPr>
        <w:t>1) 100% участников будут охвачены образовательной, воспитательной, языковой, спортивно-оздоровительной и досуговой деятельностью.</w:t>
      </w:r>
    </w:p>
    <w:p w14:paraId="461517FB" w14:textId="77777777" w:rsidR="00B9286B" w:rsidRPr="00684EB1" w:rsidRDefault="00BE1021" w:rsidP="00F7265A">
      <w:pPr>
        <w:jc w:val="both"/>
        <w:rPr>
          <w:rFonts w:cs="Times New Roman"/>
          <w:szCs w:val="28"/>
          <w:lang w:val="ru-RU"/>
        </w:rPr>
      </w:pPr>
      <w:r w:rsidRPr="00684EB1">
        <w:rPr>
          <w:rFonts w:cs="Times New Roman"/>
          <w:szCs w:val="28"/>
          <w:lang w:val="ru-RU"/>
        </w:rPr>
        <w:t>2) Не менее 90% участников примут участие в языковых играх, клубах, диалогах, квестах, творческих и проектных мероприятиях.</w:t>
      </w:r>
    </w:p>
    <w:p w14:paraId="3245D9AB" w14:textId="77777777" w:rsidR="00B9286B" w:rsidRPr="00684EB1" w:rsidRDefault="00BE1021" w:rsidP="00F7265A">
      <w:pPr>
        <w:jc w:val="both"/>
        <w:rPr>
          <w:rFonts w:cs="Times New Roman"/>
          <w:szCs w:val="28"/>
          <w:lang w:val="ru-RU"/>
        </w:rPr>
      </w:pPr>
      <w:r w:rsidRPr="00684EB1">
        <w:rPr>
          <w:rFonts w:cs="Times New Roman"/>
          <w:szCs w:val="28"/>
          <w:lang w:val="ru-RU"/>
        </w:rPr>
        <w:t>3) Не менее 85% участников проявят положительную динамику речевой уверенности, готовности к общению и участию в языковых активностях.</w:t>
      </w:r>
    </w:p>
    <w:p w14:paraId="3CBC34A9" w14:textId="77777777" w:rsidR="00B9286B" w:rsidRPr="00684EB1" w:rsidRDefault="00BE1021" w:rsidP="00F7265A">
      <w:pPr>
        <w:jc w:val="both"/>
        <w:rPr>
          <w:rFonts w:cs="Times New Roman"/>
          <w:szCs w:val="28"/>
          <w:lang w:val="ru-RU"/>
        </w:rPr>
      </w:pPr>
      <w:r w:rsidRPr="00684EB1">
        <w:rPr>
          <w:rFonts w:cs="Times New Roman"/>
          <w:szCs w:val="28"/>
          <w:lang w:val="ru-RU"/>
        </w:rPr>
        <w:t>4) Не менее 80% участников подготовят индивидуальный или командный языковой продукт: словарь смены, постер, диалог, интервью, сценку, песню, видеоролик, презентацию или проект.</w:t>
      </w:r>
    </w:p>
    <w:p w14:paraId="1B3D126F" w14:textId="5B99D1DF" w:rsidR="00B9286B" w:rsidRPr="00684EB1" w:rsidRDefault="00BE1021" w:rsidP="00F7265A">
      <w:pPr>
        <w:jc w:val="both"/>
        <w:rPr>
          <w:rFonts w:cs="Times New Roman"/>
          <w:szCs w:val="28"/>
          <w:lang w:val="ru-RU"/>
        </w:rPr>
      </w:pPr>
      <w:r w:rsidRPr="00684EB1">
        <w:rPr>
          <w:rFonts w:cs="Times New Roman"/>
          <w:szCs w:val="28"/>
          <w:lang w:val="ru-RU"/>
        </w:rPr>
        <w:t xml:space="preserve">5) Не менее 80% участников примут участие в мероприятиях, направленных на расширение словарного запаса, речевую практику и культуру общения на </w:t>
      </w:r>
      <w:r w:rsidR="003E14A4">
        <w:rPr>
          <w:rFonts w:cs="Times New Roman"/>
          <w:szCs w:val="28"/>
          <w:lang w:val="ru-RU"/>
        </w:rPr>
        <w:t>английском</w:t>
      </w:r>
      <w:r w:rsidRPr="00684EB1">
        <w:rPr>
          <w:rFonts w:cs="Times New Roman"/>
          <w:szCs w:val="28"/>
          <w:lang w:val="ru-RU"/>
        </w:rPr>
        <w:t xml:space="preserve"> языке.</w:t>
      </w:r>
    </w:p>
    <w:p w14:paraId="10F8FA67" w14:textId="5F876B04" w:rsidR="00B9286B" w:rsidRPr="00684EB1" w:rsidRDefault="00BE1021" w:rsidP="00F7265A">
      <w:pPr>
        <w:jc w:val="both"/>
        <w:rPr>
          <w:rFonts w:cs="Times New Roman"/>
          <w:szCs w:val="28"/>
          <w:lang w:val="ru-RU"/>
        </w:rPr>
      </w:pPr>
      <w:r w:rsidRPr="00684EB1">
        <w:rPr>
          <w:rFonts w:cs="Times New Roman"/>
          <w:szCs w:val="28"/>
          <w:lang w:val="ru-RU"/>
        </w:rPr>
        <w:t xml:space="preserve">6) Не менее 75% участников примут участие в творческих, игровых, медийных или проектных заданиях с использованием </w:t>
      </w:r>
      <w:r w:rsidR="003E14A4">
        <w:rPr>
          <w:rFonts w:cs="Times New Roman"/>
          <w:szCs w:val="28"/>
          <w:lang w:val="ru-RU"/>
        </w:rPr>
        <w:t>английского</w:t>
      </w:r>
      <w:r w:rsidRPr="00684EB1">
        <w:rPr>
          <w:rFonts w:cs="Times New Roman"/>
          <w:szCs w:val="28"/>
          <w:lang w:val="ru-RU"/>
        </w:rPr>
        <w:t xml:space="preserve"> языка.</w:t>
      </w:r>
    </w:p>
    <w:p w14:paraId="3AAAFF3C" w14:textId="77777777" w:rsidR="00B9286B" w:rsidRPr="00684EB1" w:rsidRDefault="00BE1021" w:rsidP="00F7265A">
      <w:pPr>
        <w:jc w:val="both"/>
        <w:rPr>
          <w:rFonts w:cs="Times New Roman"/>
          <w:szCs w:val="28"/>
          <w:lang w:val="ru-RU"/>
        </w:rPr>
      </w:pPr>
      <w:r w:rsidRPr="00684EB1">
        <w:rPr>
          <w:rFonts w:cs="Times New Roman"/>
          <w:szCs w:val="28"/>
          <w:lang w:val="ru-RU"/>
        </w:rPr>
        <w:t>7) Не менее 70% участников смогут использовать изученные слова, фразы и речевые модели в простых коммуникативных ситуациях, соответствующих теме смены.</w:t>
      </w:r>
    </w:p>
    <w:p w14:paraId="4D0E7504" w14:textId="77777777" w:rsidR="00B9286B" w:rsidRPr="00684EB1" w:rsidRDefault="00BE1021" w:rsidP="00F7265A">
      <w:pPr>
        <w:jc w:val="both"/>
        <w:rPr>
          <w:rFonts w:cs="Times New Roman"/>
          <w:szCs w:val="28"/>
          <w:lang w:val="ru-RU"/>
        </w:rPr>
      </w:pPr>
      <w:r w:rsidRPr="00684EB1">
        <w:rPr>
          <w:rFonts w:cs="Times New Roman"/>
          <w:szCs w:val="28"/>
          <w:lang w:val="ru-RU"/>
        </w:rPr>
        <w:t>8) Не менее 80% участников примут участие в разработке или презентации командного языкового проекта.</w:t>
      </w:r>
    </w:p>
    <w:p w14:paraId="3EABFA96" w14:textId="77777777" w:rsidR="00B9286B" w:rsidRPr="00684EB1" w:rsidRDefault="00BE1021" w:rsidP="00F7265A">
      <w:pPr>
        <w:jc w:val="both"/>
        <w:rPr>
          <w:rFonts w:cs="Times New Roman"/>
          <w:szCs w:val="28"/>
          <w:lang w:val="ru-RU"/>
        </w:rPr>
      </w:pPr>
      <w:r w:rsidRPr="00684EB1">
        <w:rPr>
          <w:rFonts w:cs="Times New Roman"/>
          <w:szCs w:val="28"/>
          <w:lang w:val="ru-RU"/>
        </w:rPr>
        <w:t>9) Не менее 85% участников продемонстрируют положительную динамику коммуникативных навыков, командного взаимодействия, ответственности и самостоятельности.</w:t>
      </w:r>
    </w:p>
    <w:p w14:paraId="66B9280D" w14:textId="77777777" w:rsidR="00B9286B" w:rsidRPr="00684EB1" w:rsidRDefault="00BE1021" w:rsidP="00F7265A">
      <w:pPr>
        <w:jc w:val="both"/>
        <w:rPr>
          <w:rFonts w:cs="Times New Roman"/>
          <w:szCs w:val="28"/>
          <w:lang w:val="ru-RU"/>
        </w:rPr>
      </w:pPr>
      <w:r w:rsidRPr="00684EB1">
        <w:rPr>
          <w:rFonts w:cs="Times New Roman"/>
          <w:szCs w:val="28"/>
          <w:lang w:val="ru-RU"/>
        </w:rPr>
        <w:t>10) Не менее 85% участников продемонстрируют положительную динамику эмоционального состояния, адаптации и психологического комфорта в условиях временного детского коллектива.</w:t>
      </w:r>
    </w:p>
    <w:p w14:paraId="68427993" w14:textId="77777777" w:rsidR="00B9286B" w:rsidRPr="00684EB1" w:rsidRDefault="00BE1021" w:rsidP="00F7265A">
      <w:pPr>
        <w:jc w:val="both"/>
        <w:rPr>
          <w:rFonts w:cs="Times New Roman"/>
          <w:szCs w:val="28"/>
          <w:lang w:val="ru-RU"/>
        </w:rPr>
      </w:pPr>
      <w:r w:rsidRPr="00684EB1">
        <w:rPr>
          <w:rFonts w:cs="Times New Roman"/>
          <w:szCs w:val="28"/>
          <w:lang w:val="ru-RU"/>
        </w:rPr>
        <w:t>11) Не менее 90% участников примут участие в спортивно-оздоровительных мероприятиях, подвижных играх, прогулках и активностях на свежем воздухе.</w:t>
      </w:r>
    </w:p>
    <w:p w14:paraId="593EEA19" w14:textId="77777777" w:rsidR="00B9286B" w:rsidRPr="00684EB1" w:rsidRDefault="00BE1021" w:rsidP="00F7265A">
      <w:pPr>
        <w:jc w:val="both"/>
        <w:rPr>
          <w:rFonts w:cs="Times New Roman"/>
          <w:szCs w:val="28"/>
          <w:lang w:val="ru-RU"/>
        </w:rPr>
      </w:pPr>
      <w:r w:rsidRPr="00684EB1">
        <w:rPr>
          <w:rFonts w:cs="Times New Roman"/>
          <w:szCs w:val="28"/>
          <w:lang w:val="ru-RU"/>
        </w:rPr>
        <w:t>12) Не менее 95% участников будут удовлетворены содержанием смены, условиями пребывания и организацией мероприятий.</w:t>
      </w:r>
    </w:p>
    <w:p w14:paraId="5DA797EC" w14:textId="77777777" w:rsidR="00B9286B" w:rsidRPr="00684EB1" w:rsidRDefault="00BE1021" w:rsidP="00F7265A">
      <w:pPr>
        <w:jc w:val="both"/>
        <w:rPr>
          <w:rFonts w:cs="Times New Roman"/>
          <w:szCs w:val="28"/>
          <w:lang w:val="ru-RU"/>
        </w:rPr>
      </w:pPr>
      <w:r w:rsidRPr="00684EB1">
        <w:rPr>
          <w:rFonts w:cs="Times New Roman"/>
          <w:szCs w:val="28"/>
          <w:lang w:val="ru-RU"/>
        </w:rPr>
        <w:t>13) 100% участников будут обеспечены безопасными условиями пребывания, медицинским сопровождением, психолого-педагогической поддержкой и условиями для полноценного отдыха и оздоровления.</w:t>
      </w:r>
    </w:p>
    <w:p w14:paraId="5112A813" w14:textId="77777777" w:rsidR="00F7265A" w:rsidRDefault="00F7265A" w:rsidP="00F7265A">
      <w:pPr>
        <w:pStyle w:val="1"/>
        <w:spacing w:before="0" w:after="0"/>
        <w:ind w:firstLine="709"/>
        <w:rPr>
          <w:rFonts w:eastAsia="Times New Roman" w:cs="Times New Roman"/>
          <w:lang w:val="ru-RU"/>
        </w:rPr>
      </w:pPr>
    </w:p>
    <w:p w14:paraId="09478496" w14:textId="77777777" w:rsidR="00F7265A" w:rsidRDefault="00F7265A" w:rsidP="00F7265A">
      <w:pPr>
        <w:pStyle w:val="1"/>
        <w:spacing w:before="0" w:after="0"/>
        <w:ind w:firstLine="709"/>
        <w:rPr>
          <w:rFonts w:eastAsia="Times New Roman" w:cs="Times New Roman"/>
          <w:lang w:val="ru-RU"/>
        </w:rPr>
      </w:pPr>
    </w:p>
    <w:p w14:paraId="017C2695" w14:textId="53C6B62B" w:rsidR="00B9286B" w:rsidRPr="00684EB1" w:rsidRDefault="00BE1021" w:rsidP="00F7265A">
      <w:pPr>
        <w:pStyle w:val="1"/>
        <w:spacing w:before="0" w:after="0"/>
        <w:ind w:firstLine="709"/>
        <w:rPr>
          <w:rFonts w:cs="Times New Roman"/>
          <w:lang w:val="ru-RU"/>
        </w:rPr>
      </w:pPr>
      <w:r w:rsidRPr="00684EB1">
        <w:rPr>
          <w:rFonts w:eastAsia="Times New Roman" w:cs="Times New Roman"/>
          <w:lang w:val="ru-RU"/>
        </w:rPr>
        <w:t>Раздел 5. Структура и содержание Программы</w:t>
      </w:r>
    </w:p>
    <w:p w14:paraId="12E0E08C" w14:textId="77777777" w:rsidR="00B9286B" w:rsidRPr="00684EB1" w:rsidRDefault="00BE1021" w:rsidP="00F7265A">
      <w:pPr>
        <w:jc w:val="both"/>
        <w:rPr>
          <w:rFonts w:cs="Times New Roman"/>
          <w:szCs w:val="28"/>
          <w:lang w:val="ru-RU"/>
        </w:rPr>
      </w:pPr>
      <w:r w:rsidRPr="00684EB1">
        <w:rPr>
          <w:rFonts w:cs="Times New Roman"/>
          <w:szCs w:val="28"/>
          <w:lang w:val="ru-RU"/>
        </w:rPr>
        <w:t>Реализация Программы осуществляется через два взаимосвязанных модуля: образовательный модуль и оздоровительный модуль.</w:t>
      </w:r>
    </w:p>
    <w:p w14:paraId="58131A19" w14:textId="77777777" w:rsidR="00B9286B" w:rsidRPr="00684EB1" w:rsidRDefault="00BE1021" w:rsidP="00F7265A">
      <w:pPr>
        <w:jc w:val="both"/>
        <w:rPr>
          <w:rFonts w:cs="Times New Roman"/>
          <w:szCs w:val="28"/>
          <w:lang w:val="ru-RU"/>
        </w:rPr>
      </w:pPr>
      <w:r w:rsidRPr="00684EB1">
        <w:rPr>
          <w:rFonts w:cs="Times New Roman"/>
          <w:szCs w:val="28"/>
          <w:lang w:val="ru-RU"/>
        </w:rPr>
        <w:t xml:space="preserve">Модули интегрированы в ежедневную деятельность участников и обеспечивают комплексное развитие личности ребенка, сочетая языковую, </w:t>
      </w:r>
      <w:r w:rsidRPr="00684EB1">
        <w:rPr>
          <w:rFonts w:cs="Times New Roman"/>
          <w:szCs w:val="28"/>
          <w:lang w:val="ru-RU"/>
        </w:rPr>
        <w:lastRenderedPageBreak/>
        <w:t>воспитательную, творческую, проектную, игровую, спортивную, туристическую, культурно-познавательную и оздоровительную деятельность.</w:t>
      </w:r>
    </w:p>
    <w:p w14:paraId="6FDD221C" w14:textId="77777777" w:rsidR="00B9286B" w:rsidRPr="00684EB1" w:rsidRDefault="00BE1021" w:rsidP="00F7265A">
      <w:pPr>
        <w:jc w:val="both"/>
        <w:rPr>
          <w:rFonts w:cs="Times New Roman"/>
          <w:szCs w:val="28"/>
          <w:lang w:val="ru-RU"/>
        </w:rPr>
      </w:pPr>
      <w:r w:rsidRPr="00684EB1">
        <w:rPr>
          <w:rFonts w:cs="Times New Roman"/>
          <w:szCs w:val="28"/>
          <w:lang w:val="ru-RU"/>
        </w:rPr>
        <w:t>Содержание модулей реализуется с учетом возрастных, психологических и физиологических особенностей несовершеннолетних, продолжительности смены, режима функционирования Организации, условий проживания, питания, медицинского сопровождения и безопасности.</w:t>
      </w:r>
    </w:p>
    <w:p w14:paraId="1172796C"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1. Образовательный модуль</w:t>
      </w:r>
    </w:p>
    <w:p w14:paraId="6FA8D16A" w14:textId="77777777" w:rsidR="00B9286B" w:rsidRPr="00684EB1" w:rsidRDefault="00BE1021" w:rsidP="00F7265A">
      <w:pPr>
        <w:jc w:val="both"/>
        <w:rPr>
          <w:rFonts w:cs="Times New Roman"/>
          <w:szCs w:val="28"/>
          <w:lang w:val="ru-RU"/>
        </w:rPr>
      </w:pPr>
      <w:r w:rsidRPr="00684EB1">
        <w:rPr>
          <w:rFonts w:cs="Times New Roman"/>
          <w:szCs w:val="28"/>
          <w:lang w:val="ru-RU"/>
        </w:rPr>
        <w:t>Образовательный модуль направлен на развитие языковой активности, коммуникативной компетенции, межкультурного кругозора, творческих способностей, проектного мышления, речевой уверенности, культуры общения и социальных навыков участников.</w:t>
      </w:r>
    </w:p>
    <w:p w14:paraId="3A76BDA7" w14:textId="77777777" w:rsidR="00B9286B" w:rsidRPr="00684EB1" w:rsidRDefault="00BE1021" w:rsidP="00F7265A">
      <w:pPr>
        <w:jc w:val="both"/>
        <w:rPr>
          <w:rFonts w:cs="Times New Roman"/>
          <w:szCs w:val="28"/>
          <w:lang w:val="ru-RU"/>
        </w:rPr>
      </w:pPr>
      <w:r w:rsidRPr="00684EB1">
        <w:rPr>
          <w:rFonts w:cs="Times New Roman"/>
          <w:szCs w:val="28"/>
          <w:lang w:val="ru-RU"/>
        </w:rPr>
        <w:t>Содержание образовательного модуля Организации сезонного действия включает развивающие занятия, языковую практику, проектную, исследовательскую и творческую деятельность через клубы и группы по интересам, практико-ориентированные занятия через мастер-классы, тренинги, лабораторные и практические работы, а также воспитательные мероприятия и проекты.</w:t>
      </w:r>
    </w:p>
    <w:p w14:paraId="78568A1A" w14:textId="77777777" w:rsidR="00B9286B" w:rsidRPr="00684EB1" w:rsidRDefault="00BE1021" w:rsidP="00F7265A">
      <w:pPr>
        <w:jc w:val="both"/>
        <w:rPr>
          <w:rFonts w:cs="Times New Roman"/>
          <w:szCs w:val="28"/>
          <w:lang w:val="ru-RU"/>
        </w:rPr>
      </w:pPr>
      <w:r w:rsidRPr="00684EB1">
        <w:rPr>
          <w:rFonts w:cs="Times New Roman"/>
          <w:szCs w:val="28"/>
          <w:lang w:val="ru-RU"/>
        </w:rPr>
        <w:t>В течение каждого дня смены в рамках образовательного модуля предусматривается проведение не менее двух развивающих, проектных, исследовательских или творческих занятий, не менее двух практико-ориентированных занятий, а также не менее двух воспитательных мероприятий или проектов.</w:t>
      </w:r>
    </w:p>
    <w:p w14:paraId="2AFD10DE" w14:textId="77777777" w:rsidR="00B9286B" w:rsidRPr="00684EB1" w:rsidRDefault="00BE1021" w:rsidP="00F7265A">
      <w:pPr>
        <w:pStyle w:val="31"/>
        <w:spacing w:before="0" w:after="0"/>
        <w:ind w:firstLine="709"/>
        <w:rPr>
          <w:rFonts w:cs="Times New Roman"/>
          <w:szCs w:val="28"/>
        </w:rPr>
      </w:pPr>
      <w:proofErr w:type="spellStart"/>
      <w:r w:rsidRPr="00684EB1">
        <w:rPr>
          <w:rFonts w:eastAsia="Times New Roman" w:cs="Times New Roman"/>
          <w:szCs w:val="28"/>
        </w:rPr>
        <w:t>Направления</w:t>
      </w:r>
      <w:proofErr w:type="spellEnd"/>
      <w:r w:rsidRPr="00684EB1">
        <w:rPr>
          <w:rFonts w:eastAsia="Times New Roman" w:cs="Times New Roman"/>
          <w:szCs w:val="28"/>
        </w:rPr>
        <w:t xml:space="preserve"> </w:t>
      </w:r>
      <w:proofErr w:type="spellStart"/>
      <w:r w:rsidRPr="00684EB1">
        <w:rPr>
          <w:rFonts w:eastAsia="Times New Roman" w:cs="Times New Roman"/>
          <w:szCs w:val="28"/>
        </w:rPr>
        <w:t>образовательного</w:t>
      </w:r>
      <w:proofErr w:type="spellEnd"/>
      <w:r w:rsidRPr="00684EB1">
        <w:rPr>
          <w:rFonts w:eastAsia="Times New Roman" w:cs="Times New Roman"/>
          <w:szCs w:val="28"/>
        </w:rPr>
        <w:t xml:space="preserve"> </w:t>
      </w:r>
      <w:proofErr w:type="spellStart"/>
      <w:r w:rsidRPr="00684EB1">
        <w:rPr>
          <w:rFonts w:eastAsia="Times New Roman" w:cs="Times New Roman"/>
          <w:szCs w:val="28"/>
        </w:rPr>
        <w:t>модуля</w:t>
      </w:r>
      <w:proofErr w:type="spellEnd"/>
    </w:p>
    <w:tbl>
      <w:tblPr>
        <w:tblStyle w:val="aff0"/>
        <w:tblW w:w="0" w:type="auto"/>
        <w:jc w:val="center"/>
        <w:tblLook w:val="04A0" w:firstRow="1" w:lastRow="0" w:firstColumn="1" w:lastColumn="0" w:noHBand="0" w:noVBand="1"/>
      </w:tblPr>
      <w:tblGrid>
        <w:gridCol w:w="2343"/>
        <w:gridCol w:w="2428"/>
        <w:gridCol w:w="2429"/>
        <w:gridCol w:w="2429"/>
      </w:tblGrid>
      <w:tr w:rsidR="00B9286B" w:rsidRPr="00684EB1" w14:paraId="2A71C5EB" w14:textId="77777777">
        <w:trPr>
          <w:tblHeader/>
          <w:jc w:val="center"/>
        </w:trPr>
        <w:tc>
          <w:tcPr>
            <w:tcW w:w="1701" w:type="dxa"/>
            <w:shd w:val="clear" w:color="auto" w:fill="D9EAD3"/>
            <w:vAlign w:val="center"/>
          </w:tcPr>
          <w:p w14:paraId="497CCD38" w14:textId="77777777" w:rsidR="00B9286B" w:rsidRPr="00684EB1" w:rsidRDefault="00BE1021" w:rsidP="00F7265A">
            <w:pPr>
              <w:ind w:firstLine="0"/>
              <w:rPr>
                <w:rFonts w:cs="Times New Roman"/>
                <w:szCs w:val="28"/>
              </w:rPr>
            </w:pPr>
            <w:proofErr w:type="spellStart"/>
            <w:r w:rsidRPr="00684EB1">
              <w:rPr>
                <w:rFonts w:cs="Times New Roman"/>
                <w:b/>
                <w:szCs w:val="28"/>
              </w:rPr>
              <w:t>Направление</w:t>
            </w:r>
            <w:proofErr w:type="spellEnd"/>
          </w:p>
        </w:tc>
        <w:tc>
          <w:tcPr>
            <w:tcW w:w="2835" w:type="dxa"/>
            <w:shd w:val="clear" w:color="auto" w:fill="D9EAD3"/>
            <w:vAlign w:val="center"/>
          </w:tcPr>
          <w:p w14:paraId="53D9BC80" w14:textId="77777777" w:rsidR="00B9286B" w:rsidRPr="00684EB1" w:rsidRDefault="00BE1021" w:rsidP="00F7265A">
            <w:pPr>
              <w:ind w:firstLine="0"/>
              <w:rPr>
                <w:rFonts w:cs="Times New Roman"/>
                <w:szCs w:val="28"/>
              </w:rPr>
            </w:pPr>
            <w:proofErr w:type="spellStart"/>
            <w:r w:rsidRPr="00684EB1">
              <w:rPr>
                <w:rFonts w:cs="Times New Roman"/>
                <w:b/>
                <w:szCs w:val="28"/>
              </w:rPr>
              <w:t>Содержание</w:t>
            </w:r>
            <w:proofErr w:type="spellEnd"/>
          </w:p>
        </w:tc>
        <w:tc>
          <w:tcPr>
            <w:tcW w:w="2835" w:type="dxa"/>
            <w:shd w:val="clear" w:color="auto" w:fill="D9EAD3"/>
            <w:vAlign w:val="center"/>
          </w:tcPr>
          <w:p w14:paraId="63216E90" w14:textId="77777777" w:rsidR="00B9286B" w:rsidRPr="00684EB1" w:rsidRDefault="00BE1021" w:rsidP="00F7265A">
            <w:pPr>
              <w:ind w:firstLine="0"/>
              <w:rPr>
                <w:rFonts w:cs="Times New Roman"/>
                <w:szCs w:val="28"/>
              </w:rPr>
            </w:pPr>
            <w:proofErr w:type="spellStart"/>
            <w:r w:rsidRPr="00684EB1">
              <w:rPr>
                <w:rFonts w:cs="Times New Roman"/>
                <w:b/>
                <w:szCs w:val="28"/>
              </w:rPr>
              <w:t>Формы</w:t>
            </w:r>
            <w:proofErr w:type="spellEnd"/>
            <w:r w:rsidRPr="00684EB1">
              <w:rPr>
                <w:rFonts w:cs="Times New Roman"/>
                <w:b/>
                <w:szCs w:val="28"/>
              </w:rPr>
              <w:t xml:space="preserve"> </w:t>
            </w:r>
            <w:proofErr w:type="spellStart"/>
            <w:r w:rsidRPr="00684EB1">
              <w:rPr>
                <w:rFonts w:cs="Times New Roman"/>
                <w:b/>
                <w:szCs w:val="28"/>
              </w:rPr>
              <w:t>реализации</w:t>
            </w:r>
            <w:proofErr w:type="spellEnd"/>
          </w:p>
        </w:tc>
        <w:tc>
          <w:tcPr>
            <w:tcW w:w="2268" w:type="dxa"/>
            <w:shd w:val="clear" w:color="auto" w:fill="D9EAD3"/>
            <w:vAlign w:val="center"/>
          </w:tcPr>
          <w:p w14:paraId="149B7204" w14:textId="77777777" w:rsidR="00B9286B" w:rsidRPr="00684EB1" w:rsidRDefault="00BE1021" w:rsidP="00F7265A">
            <w:pPr>
              <w:ind w:firstLine="0"/>
              <w:rPr>
                <w:rFonts w:cs="Times New Roman"/>
                <w:szCs w:val="28"/>
              </w:rPr>
            </w:pPr>
            <w:proofErr w:type="spellStart"/>
            <w:r w:rsidRPr="00684EB1">
              <w:rPr>
                <w:rFonts w:cs="Times New Roman"/>
                <w:b/>
                <w:szCs w:val="28"/>
              </w:rPr>
              <w:t>Результат</w:t>
            </w:r>
            <w:proofErr w:type="spellEnd"/>
          </w:p>
        </w:tc>
      </w:tr>
      <w:tr w:rsidR="00B9286B" w:rsidRPr="00F7265A" w14:paraId="7EA15CA1" w14:textId="77777777">
        <w:trPr>
          <w:jc w:val="center"/>
        </w:trPr>
        <w:tc>
          <w:tcPr>
            <w:tcW w:w="1701" w:type="dxa"/>
          </w:tcPr>
          <w:p w14:paraId="69C28044" w14:textId="77777777" w:rsidR="00B9286B" w:rsidRPr="00684EB1" w:rsidRDefault="00BE1021" w:rsidP="00F7265A">
            <w:pPr>
              <w:ind w:firstLine="0"/>
              <w:jc w:val="center"/>
              <w:rPr>
                <w:rFonts w:cs="Times New Roman"/>
                <w:szCs w:val="28"/>
              </w:rPr>
            </w:pPr>
            <w:proofErr w:type="spellStart"/>
            <w:r w:rsidRPr="00684EB1">
              <w:rPr>
                <w:rFonts w:cs="Times New Roman"/>
                <w:szCs w:val="28"/>
              </w:rPr>
              <w:t>Изучаемый</w:t>
            </w:r>
            <w:proofErr w:type="spellEnd"/>
            <w:r w:rsidRPr="00684EB1">
              <w:rPr>
                <w:rFonts w:cs="Times New Roman"/>
                <w:szCs w:val="28"/>
              </w:rPr>
              <w:t xml:space="preserve"> </w:t>
            </w:r>
            <w:proofErr w:type="spellStart"/>
            <w:r w:rsidRPr="00684EB1">
              <w:rPr>
                <w:rFonts w:cs="Times New Roman"/>
                <w:szCs w:val="28"/>
              </w:rPr>
              <w:t>язык</w:t>
            </w:r>
            <w:proofErr w:type="spellEnd"/>
          </w:p>
        </w:tc>
        <w:tc>
          <w:tcPr>
            <w:tcW w:w="2835" w:type="dxa"/>
          </w:tcPr>
          <w:p w14:paraId="65BF9DDF" w14:textId="411321E4" w:rsidR="00B9286B" w:rsidRPr="00684EB1" w:rsidRDefault="00BE1021" w:rsidP="00F7265A">
            <w:pPr>
              <w:ind w:firstLine="0"/>
              <w:jc w:val="center"/>
              <w:rPr>
                <w:rFonts w:cs="Times New Roman"/>
                <w:szCs w:val="28"/>
                <w:lang w:val="ru-RU"/>
              </w:rPr>
            </w:pPr>
            <w:r w:rsidRPr="00684EB1">
              <w:rPr>
                <w:rFonts w:cs="Times New Roman"/>
                <w:szCs w:val="28"/>
                <w:lang w:val="ru-RU"/>
              </w:rPr>
              <w:t xml:space="preserve">Коммуникация, словарь, речевой этикет, культура общения на </w:t>
            </w:r>
            <w:r w:rsidR="003E14A4">
              <w:rPr>
                <w:rFonts w:cs="Times New Roman"/>
                <w:szCs w:val="28"/>
                <w:lang w:val="ru-RU"/>
              </w:rPr>
              <w:t>английском</w:t>
            </w:r>
            <w:r w:rsidRPr="00684EB1">
              <w:rPr>
                <w:rFonts w:cs="Times New Roman"/>
                <w:szCs w:val="28"/>
                <w:lang w:val="ru-RU"/>
              </w:rPr>
              <w:t xml:space="preserve"> языке</w:t>
            </w:r>
          </w:p>
        </w:tc>
        <w:tc>
          <w:tcPr>
            <w:tcW w:w="2835" w:type="dxa"/>
          </w:tcPr>
          <w:p w14:paraId="031866CE"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Игры, диалоги, карточки фраз, творческие задания, мини-проекты</w:t>
            </w:r>
          </w:p>
        </w:tc>
        <w:tc>
          <w:tcPr>
            <w:tcW w:w="2268" w:type="dxa"/>
          </w:tcPr>
          <w:p w14:paraId="5A2CAACD" w14:textId="539FDAE7" w:rsidR="00B9286B" w:rsidRPr="00684EB1" w:rsidRDefault="00BE1021" w:rsidP="00F7265A">
            <w:pPr>
              <w:ind w:firstLine="0"/>
              <w:jc w:val="center"/>
              <w:rPr>
                <w:rFonts w:cs="Times New Roman"/>
                <w:szCs w:val="28"/>
                <w:lang w:val="ru-RU"/>
              </w:rPr>
            </w:pPr>
            <w:r w:rsidRPr="00684EB1">
              <w:rPr>
                <w:rFonts w:cs="Times New Roman"/>
                <w:szCs w:val="28"/>
                <w:lang w:val="ru-RU"/>
              </w:rPr>
              <w:t xml:space="preserve">Интерес к </w:t>
            </w:r>
            <w:r w:rsidR="003E14A4">
              <w:rPr>
                <w:rFonts w:cs="Times New Roman"/>
                <w:szCs w:val="28"/>
                <w:lang w:val="ru-RU"/>
              </w:rPr>
              <w:t>английскому</w:t>
            </w:r>
            <w:r w:rsidRPr="00684EB1">
              <w:rPr>
                <w:rFonts w:cs="Times New Roman"/>
                <w:szCs w:val="28"/>
                <w:lang w:val="ru-RU"/>
              </w:rPr>
              <w:t xml:space="preserve"> языку и культуре общения</w:t>
            </w:r>
          </w:p>
        </w:tc>
      </w:tr>
      <w:tr w:rsidR="00B9286B" w:rsidRPr="00F7265A" w14:paraId="083B0BF8" w14:textId="77777777">
        <w:trPr>
          <w:jc w:val="center"/>
        </w:trPr>
        <w:tc>
          <w:tcPr>
            <w:tcW w:w="1701" w:type="dxa"/>
          </w:tcPr>
          <w:p w14:paraId="0F6B7B63" w14:textId="77777777" w:rsidR="00B9286B" w:rsidRPr="00684EB1" w:rsidRDefault="00BE1021" w:rsidP="00F7265A">
            <w:pPr>
              <w:ind w:firstLine="0"/>
              <w:jc w:val="center"/>
              <w:rPr>
                <w:rFonts w:cs="Times New Roman"/>
                <w:szCs w:val="28"/>
              </w:rPr>
            </w:pPr>
            <w:proofErr w:type="spellStart"/>
            <w:r w:rsidRPr="00684EB1">
              <w:rPr>
                <w:rFonts w:cs="Times New Roman"/>
                <w:szCs w:val="28"/>
              </w:rPr>
              <w:t>Разговорная</w:t>
            </w:r>
            <w:proofErr w:type="spellEnd"/>
            <w:r w:rsidRPr="00684EB1">
              <w:rPr>
                <w:rFonts w:cs="Times New Roman"/>
                <w:szCs w:val="28"/>
              </w:rPr>
              <w:t xml:space="preserve"> </w:t>
            </w:r>
            <w:proofErr w:type="spellStart"/>
            <w:r w:rsidRPr="00684EB1">
              <w:rPr>
                <w:rFonts w:cs="Times New Roman"/>
                <w:szCs w:val="28"/>
              </w:rPr>
              <w:t>практика</w:t>
            </w:r>
            <w:proofErr w:type="spellEnd"/>
          </w:p>
        </w:tc>
        <w:tc>
          <w:tcPr>
            <w:tcW w:w="2835" w:type="dxa"/>
          </w:tcPr>
          <w:p w14:paraId="296931D9"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Говорение, аудирование, вопросы, ответы и бытовые ситуации</w:t>
            </w:r>
          </w:p>
        </w:tc>
        <w:tc>
          <w:tcPr>
            <w:tcW w:w="2835" w:type="dxa"/>
          </w:tcPr>
          <w:p w14:paraId="43AA241A"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Языковые клубы, интервью, ролевые игры, коммуникативные квесты</w:t>
            </w:r>
          </w:p>
        </w:tc>
        <w:tc>
          <w:tcPr>
            <w:tcW w:w="2268" w:type="dxa"/>
          </w:tcPr>
          <w:p w14:paraId="7137E437" w14:textId="0C2B67AF" w:rsidR="00B9286B" w:rsidRPr="00684EB1" w:rsidRDefault="00BE1021" w:rsidP="00F7265A">
            <w:pPr>
              <w:ind w:firstLine="0"/>
              <w:jc w:val="center"/>
              <w:rPr>
                <w:rFonts w:cs="Times New Roman"/>
                <w:szCs w:val="28"/>
                <w:lang w:val="ru-RU"/>
              </w:rPr>
            </w:pPr>
            <w:r w:rsidRPr="00684EB1">
              <w:rPr>
                <w:rFonts w:cs="Times New Roman"/>
                <w:szCs w:val="28"/>
                <w:lang w:val="ru-RU"/>
              </w:rPr>
              <w:t xml:space="preserve">Уверенность в простом общении на </w:t>
            </w:r>
            <w:r w:rsidR="003E14A4">
              <w:rPr>
                <w:rFonts w:cs="Times New Roman"/>
                <w:szCs w:val="28"/>
                <w:lang w:val="ru-RU"/>
              </w:rPr>
              <w:t>английском</w:t>
            </w:r>
            <w:r w:rsidRPr="00684EB1">
              <w:rPr>
                <w:rFonts w:cs="Times New Roman"/>
                <w:szCs w:val="28"/>
                <w:lang w:val="ru-RU"/>
              </w:rPr>
              <w:t xml:space="preserve"> языке</w:t>
            </w:r>
          </w:p>
        </w:tc>
      </w:tr>
      <w:tr w:rsidR="00B9286B" w:rsidRPr="00F7265A" w14:paraId="2F309D48" w14:textId="77777777">
        <w:trPr>
          <w:jc w:val="center"/>
        </w:trPr>
        <w:tc>
          <w:tcPr>
            <w:tcW w:w="1701" w:type="dxa"/>
          </w:tcPr>
          <w:p w14:paraId="5C46D17B" w14:textId="77777777" w:rsidR="00B9286B" w:rsidRPr="00684EB1" w:rsidRDefault="00BE1021" w:rsidP="00F7265A">
            <w:pPr>
              <w:ind w:firstLine="0"/>
              <w:jc w:val="center"/>
              <w:rPr>
                <w:rFonts w:cs="Times New Roman"/>
                <w:szCs w:val="28"/>
              </w:rPr>
            </w:pPr>
            <w:proofErr w:type="spellStart"/>
            <w:r w:rsidRPr="00684EB1">
              <w:rPr>
                <w:rFonts w:cs="Times New Roman"/>
                <w:szCs w:val="28"/>
              </w:rPr>
              <w:t>Социокультурное</w:t>
            </w:r>
            <w:proofErr w:type="spellEnd"/>
            <w:r w:rsidRPr="00684EB1">
              <w:rPr>
                <w:rFonts w:cs="Times New Roman"/>
                <w:szCs w:val="28"/>
              </w:rPr>
              <w:t xml:space="preserve"> </w:t>
            </w:r>
            <w:proofErr w:type="spellStart"/>
            <w:r w:rsidRPr="00684EB1">
              <w:rPr>
                <w:rFonts w:cs="Times New Roman"/>
                <w:szCs w:val="28"/>
              </w:rPr>
              <w:t>содержание</w:t>
            </w:r>
            <w:proofErr w:type="spellEnd"/>
          </w:p>
        </w:tc>
        <w:tc>
          <w:tcPr>
            <w:tcW w:w="2835" w:type="dxa"/>
          </w:tcPr>
          <w:p w14:paraId="23DF31DA"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Культурный контекст, речевой этикет, традиции и нормы общения</w:t>
            </w:r>
          </w:p>
        </w:tc>
        <w:tc>
          <w:tcPr>
            <w:tcW w:w="2835" w:type="dxa"/>
          </w:tcPr>
          <w:p w14:paraId="44884DB0"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Культурные станции, викторины, карты, мини-исследования</w:t>
            </w:r>
          </w:p>
        </w:tc>
        <w:tc>
          <w:tcPr>
            <w:tcW w:w="2268" w:type="dxa"/>
          </w:tcPr>
          <w:p w14:paraId="3C193C71"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Уважение к культуре и нормам речевого поведения</w:t>
            </w:r>
          </w:p>
        </w:tc>
      </w:tr>
      <w:tr w:rsidR="00B9286B" w:rsidRPr="00684EB1" w14:paraId="6CA8EB7E" w14:textId="77777777">
        <w:trPr>
          <w:jc w:val="center"/>
        </w:trPr>
        <w:tc>
          <w:tcPr>
            <w:tcW w:w="1701" w:type="dxa"/>
          </w:tcPr>
          <w:p w14:paraId="770EB203" w14:textId="77777777" w:rsidR="00B9286B" w:rsidRPr="00684EB1" w:rsidRDefault="00BE1021" w:rsidP="00F7265A">
            <w:pPr>
              <w:ind w:firstLine="0"/>
              <w:jc w:val="center"/>
              <w:rPr>
                <w:rFonts w:cs="Times New Roman"/>
                <w:szCs w:val="28"/>
              </w:rPr>
            </w:pPr>
            <w:proofErr w:type="spellStart"/>
            <w:r w:rsidRPr="00684EB1">
              <w:rPr>
                <w:rFonts w:cs="Times New Roman"/>
                <w:szCs w:val="28"/>
              </w:rPr>
              <w:lastRenderedPageBreak/>
              <w:t>Творческая</w:t>
            </w:r>
            <w:proofErr w:type="spellEnd"/>
            <w:r w:rsidRPr="00684EB1">
              <w:rPr>
                <w:rFonts w:cs="Times New Roman"/>
                <w:szCs w:val="28"/>
              </w:rPr>
              <w:t xml:space="preserve"> </w:t>
            </w:r>
            <w:proofErr w:type="spellStart"/>
            <w:r w:rsidRPr="00684EB1">
              <w:rPr>
                <w:rFonts w:cs="Times New Roman"/>
                <w:szCs w:val="28"/>
              </w:rPr>
              <w:t>языковая</w:t>
            </w:r>
            <w:proofErr w:type="spellEnd"/>
            <w:r w:rsidRPr="00684EB1">
              <w:rPr>
                <w:rFonts w:cs="Times New Roman"/>
                <w:szCs w:val="28"/>
              </w:rPr>
              <w:t xml:space="preserve"> </w:t>
            </w:r>
            <w:proofErr w:type="spellStart"/>
            <w:r w:rsidRPr="00684EB1">
              <w:rPr>
                <w:rFonts w:cs="Times New Roman"/>
                <w:szCs w:val="28"/>
              </w:rPr>
              <w:t>деятельность</w:t>
            </w:r>
            <w:proofErr w:type="spellEnd"/>
          </w:p>
        </w:tc>
        <w:tc>
          <w:tcPr>
            <w:tcW w:w="2835" w:type="dxa"/>
          </w:tcPr>
          <w:p w14:paraId="09D01BA6"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Использование языка в песне, сценке, рассказе, комиксе и выступлении</w:t>
            </w:r>
          </w:p>
        </w:tc>
        <w:tc>
          <w:tcPr>
            <w:tcW w:w="2835" w:type="dxa"/>
          </w:tcPr>
          <w:p w14:paraId="0FC15AD7"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 xml:space="preserve">Театр, песни, </w:t>
            </w:r>
            <w:r w:rsidRPr="00684EB1">
              <w:rPr>
                <w:rFonts w:cs="Times New Roman"/>
                <w:szCs w:val="28"/>
              </w:rPr>
              <w:t>storytelling</w:t>
            </w:r>
            <w:r w:rsidRPr="00684EB1">
              <w:rPr>
                <w:rFonts w:cs="Times New Roman"/>
                <w:szCs w:val="28"/>
                <w:lang w:val="ru-RU"/>
              </w:rPr>
              <w:t>, творческие мастерские, постеры</w:t>
            </w:r>
          </w:p>
        </w:tc>
        <w:tc>
          <w:tcPr>
            <w:tcW w:w="2268" w:type="dxa"/>
          </w:tcPr>
          <w:p w14:paraId="07C6B20A" w14:textId="0EE73D8A" w:rsidR="00B9286B" w:rsidRPr="003E14A4" w:rsidRDefault="00BE1021" w:rsidP="00F7265A">
            <w:pPr>
              <w:ind w:firstLine="0"/>
              <w:jc w:val="center"/>
              <w:rPr>
                <w:rFonts w:cs="Times New Roman"/>
                <w:szCs w:val="28"/>
                <w:lang w:val="kk-KZ"/>
              </w:rPr>
            </w:pPr>
            <w:proofErr w:type="spellStart"/>
            <w:r w:rsidRPr="00684EB1">
              <w:rPr>
                <w:rFonts w:cs="Times New Roman"/>
                <w:szCs w:val="28"/>
              </w:rPr>
              <w:t>Творческое</w:t>
            </w:r>
            <w:proofErr w:type="spellEnd"/>
            <w:r w:rsidRPr="00684EB1">
              <w:rPr>
                <w:rFonts w:cs="Times New Roman"/>
                <w:szCs w:val="28"/>
              </w:rPr>
              <w:t xml:space="preserve"> </w:t>
            </w:r>
            <w:proofErr w:type="spellStart"/>
            <w:r w:rsidRPr="00684EB1">
              <w:rPr>
                <w:rFonts w:cs="Times New Roman"/>
                <w:szCs w:val="28"/>
              </w:rPr>
              <w:t>применение</w:t>
            </w:r>
            <w:proofErr w:type="spellEnd"/>
            <w:r w:rsidRPr="00684EB1">
              <w:rPr>
                <w:rFonts w:cs="Times New Roman"/>
                <w:szCs w:val="28"/>
              </w:rPr>
              <w:t xml:space="preserve"> </w:t>
            </w:r>
            <w:r w:rsidR="003E14A4">
              <w:rPr>
                <w:rFonts w:cs="Times New Roman"/>
                <w:szCs w:val="28"/>
                <w:lang w:val="kk-KZ"/>
              </w:rPr>
              <w:t>английского</w:t>
            </w:r>
            <w:r w:rsidRPr="00684EB1">
              <w:rPr>
                <w:rFonts w:cs="Times New Roman"/>
                <w:szCs w:val="28"/>
              </w:rPr>
              <w:t xml:space="preserve"> </w:t>
            </w:r>
            <w:proofErr w:type="spellStart"/>
            <w:r w:rsidRPr="00684EB1">
              <w:rPr>
                <w:rFonts w:cs="Times New Roman"/>
                <w:szCs w:val="28"/>
              </w:rPr>
              <w:t>языка</w:t>
            </w:r>
            <w:proofErr w:type="spellEnd"/>
          </w:p>
        </w:tc>
      </w:tr>
      <w:tr w:rsidR="00B9286B" w:rsidRPr="00F7265A" w14:paraId="3064065F" w14:textId="77777777">
        <w:trPr>
          <w:jc w:val="center"/>
        </w:trPr>
        <w:tc>
          <w:tcPr>
            <w:tcW w:w="1701" w:type="dxa"/>
          </w:tcPr>
          <w:p w14:paraId="275F3404" w14:textId="77777777" w:rsidR="00B9286B" w:rsidRPr="00684EB1" w:rsidRDefault="00BE1021" w:rsidP="00F7265A">
            <w:pPr>
              <w:ind w:firstLine="0"/>
              <w:jc w:val="center"/>
              <w:rPr>
                <w:rFonts w:cs="Times New Roman"/>
                <w:szCs w:val="28"/>
              </w:rPr>
            </w:pPr>
            <w:proofErr w:type="spellStart"/>
            <w:r w:rsidRPr="00684EB1">
              <w:rPr>
                <w:rFonts w:cs="Times New Roman"/>
                <w:szCs w:val="28"/>
              </w:rPr>
              <w:t>Языковой</w:t>
            </w:r>
            <w:proofErr w:type="spellEnd"/>
            <w:r w:rsidRPr="00684EB1">
              <w:rPr>
                <w:rFonts w:cs="Times New Roman"/>
                <w:szCs w:val="28"/>
              </w:rPr>
              <w:t xml:space="preserve"> </w:t>
            </w:r>
            <w:proofErr w:type="spellStart"/>
            <w:r w:rsidRPr="00684EB1">
              <w:rPr>
                <w:rFonts w:cs="Times New Roman"/>
                <w:szCs w:val="28"/>
              </w:rPr>
              <w:t>медиапродукт</w:t>
            </w:r>
            <w:proofErr w:type="spellEnd"/>
          </w:p>
        </w:tc>
        <w:tc>
          <w:tcPr>
            <w:tcW w:w="2835" w:type="dxa"/>
          </w:tcPr>
          <w:p w14:paraId="0A5B3F05" w14:textId="0ABEB5E4" w:rsidR="00B9286B" w:rsidRPr="00684EB1" w:rsidRDefault="00BE1021" w:rsidP="00F7265A">
            <w:pPr>
              <w:ind w:firstLine="0"/>
              <w:jc w:val="center"/>
              <w:rPr>
                <w:rFonts w:cs="Times New Roman"/>
                <w:szCs w:val="28"/>
                <w:lang w:val="ru-RU"/>
              </w:rPr>
            </w:pPr>
            <w:r w:rsidRPr="00684EB1">
              <w:rPr>
                <w:rFonts w:cs="Times New Roman"/>
                <w:szCs w:val="28"/>
                <w:lang w:val="ru-RU"/>
              </w:rPr>
              <w:t xml:space="preserve">Создание простого информационного продукта на </w:t>
            </w:r>
            <w:r w:rsidR="005C06FD">
              <w:rPr>
                <w:rFonts w:cs="Times New Roman"/>
                <w:szCs w:val="28"/>
                <w:lang w:val="ru-RU"/>
              </w:rPr>
              <w:t>английском</w:t>
            </w:r>
            <w:r w:rsidRPr="00684EB1">
              <w:rPr>
                <w:rFonts w:cs="Times New Roman"/>
                <w:szCs w:val="28"/>
                <w:lang w:val="ru-RU"/>
              </w:rPr>
              <w:t xml:space="preserve"> языке</w:t>
            </w:r>
          </w:p>
        </w:tc>
        <w:tc>
          <w:tcPr>
            <w:tcW w:w="2835" w:type="dxa"/>
          </w:tcPr>
          <w:p w14:paraId="698D53D1"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 xml:space="preserve">Интервью, </w:t>
            </w:r>
            <w:proofErr w:type="spellStart"/>
            <w:r w:rsidRPr="00684EB1">
              <w:rPr>
                <w:rFonts w:cs="Times New Roman"/>
                <w:szCs w:val="28"/>
                <w:lang w:val="ru-RU"/>
              </w:rPr>
              <w:t>медиадневник</w:t>
            </w:r>
            <w:proofErr w:type="spellEnd"/>
            <w:r w:rsidRPr="00684EB1">
              <w:rPr>
                <w:rFonts w:cs="Times New Roman"/>
                <w:szCs w:val="28"/>
                <w:lang w:val="ru-RU"/>
              </w:rPr>
              <w:t>, постер, подкаст, мини-видео</w:t>
            </w:r>
          </w:p>
        </w:tc>
        <w:tc>
          <w:tcPr>
            <w:tcW w:w="2268" w:type="dxa"/>
          </w:tcPr>
          <w:p w14:paraId="6DD5712F"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Использование языка для представления информации</w:t>
            </w:r>
          </w:p>
        </w:tc>
      </w:tr>
      <w:tr w:rsidR="00B9286B" w:rsidRPr="00F7265A" w14:paraId="1BA41C19" w14:textId="77777777">
        <w:trPr>
          <w:jc w:val="center"/>
        </w:trPr>
        <w:tc>
          <w:tcPr>
            <w:tcW w:w="1701" w:type="dxa"/>
          </w:tcPr>
          <w:p w14:paraId="08552C61" w14:textId="77777777" w:rsidR="00B9286B" w:rsidRPr="00684EB1" w:rsidRDefault="00BE1021" w:rsidP="00F7265A">
            <w:pPr>
              <w:ind w:firstLine="0"/>
              <w:jc w:val="center"/>
              <w:rPr>
                <w:rFonts w:cs="Times New Roman"/>
                <w:szCs w:val="28"/>
              </w:rPr>
            </w:pPr>
            <w:proofErr w:type="spellStart"/>
            <w:r w:rsidRPr="00684EB1">
              <w:rPr>
                <w:rFonts w:cs="Times New Roman"/>
                <w:szCs w:val="28"/>
              </w:rPr>
              <w:t>Языковой</w:t>
            </w:r>
            <w:proofErr w:type="spellEnd"/>
            <w:r w:rsidRPr="00684EB1">
              <w:rPr>
                <w:rFonts w:cs="Times New Roman"/>
                <w:szCs w:val="28"/>
              </w:rPr>
              <w:t xml:space="preserve"> </w:t>
            </w:r>
            <w:proofErr w:type="spellStart"/>
            <w:r w:rsidRPr="00684EB1">
              <w:rPr>
                <w:rFonts w:cs="Times New Roman"/>
                <w:szCs w:val="28"/>
              </w:rPr>
              <w:t>проект</w:t>
            </w:r>
            <w:proofErr w:type="spellEnd"/>
          </w:p>
        </w:tc>
        <w:tc>
          <w:tcPr>
            <w:tcW w:w="2835" w:type="dxa"/>
          </w:tcPr>
          <w:p w14:paraId="46942BC0"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Командный продукт и публичная презентация</w:t>
            </w:r>
          </w:p>
        </w:tc>
        <w:tc>
          <w:tcPr>
            <w:tcW w:w="2835" w:type="dxa"/>
          </w:tcPr>
          <w:p w14:paraId="3D5F4C87"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Портфель участника, презентации, фестиваль достижений языковой смены</w:t>
            </w:r>
          </w:p>
        </w:tc>
        <w:tc>
          <w:tcPr>
            <w:tcW w:w="2268" w:type="dxa"/>
          </w:tcPr>
          <w:p w14:paraId="0C07A07A"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Развитие проектных и коммуникативных навыков</w:t>
            </w:r>
          </w:p>
        </w:tc>
      </w:tr>
    </w:tbl>
    <w:p w14:paraId="01D6B245"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2. Оздоровительный модуль</w:t>
      </w:r>
    </w:p>
    <w:p w14:paraId="2481A39C" w14:textId="77777777" w:rsidR="00B9286B" w:rsidRPr="00684EB1" w:rsidRDefault="00BE1021" w:rsidP="00F7265A">
      <w:pPr>
        <w:jc w:val="both"/>
        <w:rPr>
          <w:rFonts w:cs="Times New Roman"/>
          <w:szCs w:val="28"/>
          <w:lang w:val="ru-RU"/>
        </w:rPr>
      </w:pPr>
      <w:r w:rsidRPr="00684EB1">
        <w:rPr>
          <w:rFonts w:cs="Times New Roman"/>
          <w:szCs w:val="28"/>
          <w:lang w:val="ru-RU"/>
        </w:rPr>
        <w:t>Оздоровительный модуль направлен на укрепление физического и психоэмоционального здоровья участников, профилактику заболеваний, формирование устойчивых навыков здорового образа жизни, обеспечение оптимального режима дня, отдыха, питания и эмоционального благополучия.</w:t>
      </w:r>
    </w:p>
    <w:p w14:paraId="1C6E6767" w14:textId="77777777" w:rsidR="00B9286B" w:rsidRPr="00684EB1" w:rsidRDefault="00BE1021" w:rsidP="00F7265A">
      <w:pPr>
        <w:jc w:val="both"/>
        <w:rPr>
          <w:rFonts w:cs="Times New Roman"/>
          <w:szCs w:val="28"/>
          <w:lang w:val="ru-RU"/>
        </w:rPr>
      </w:pPr>
      <w:r w:rsidRPr="00684EB1">
        <w:rPr>
          <w:rFonts w:cs="Times New Roman"/>
          <w:szCs w:val="28"/>
          <w:lang w:val="ru-RU"/>
        </w:rPr>
        <w:t>Оздоровительный модуль включает мероприятия по физической активности, закаливанию детей с учетом условий Организации и медицинских показаний, профилактике заболеваний, правильному питанию и соблюдению питьевого режима, обеспечению оптимального режима дня и отдыха, психологическому сопровождению и эмоциональному благополучию детей.</w:t>
      </w:r>
    </w:p>
    <w:p w14:paraId="528188B9" w14:textId="347249D2" w:rsidR="00B9286B" w:rsidRDefault="00BE1021" w:rsidP="00F7265A">
      <w:pPr>
        <w:jc w:val="both"/>
        <w:rPr>
          <w:rFonts w:cs="Times New Roman"/>
          <w:szCs w:val="28"/>
          <w:lang w:val="ru-RU"/>
        </w:rPr>
      </w:pPr>
      <w:r w:rsidRPr="00684EB1">
        <w:rPr>
          <w:rFonts w:cs="Times New Roman"/>
          <w:szCs w:val="28"/>
          <w:lang w:val="ru-RU"/>
        </w:rPr>
        <w:t>Общий объем оздоровительного модуля не превышает 3 академических часов в день. Объем и интенсивность оздоровительных мероприятий соразмеряются с образовательной нагрузкой и распределяются равномерно в течение смены.</w:t>
      </w:r>
    </w:p>
    <w:p w14:paraId="1F86C23A" w14:textId="77777777" w:rsidR="001D4807" w:rsidRPr="00684EB1" w:rsidRDefault="001D4807" w:rsidP="00F7265A">
      <w:pPr>
        <w:jc w:val="both"/>
        <w:rPr>
          <w:rFonts w:cs="Times New Roman"/>
          <w:szCs w:val="28"/>
          <w:lang w:val="ru-RU"/>
        </w:rPr>
      </w:pPr>
    </w:p>
    <w:tbl>
      <w:tblPr>
        <w:tblStyle w:val="aff0"/>
        <w:tblW w:w="0" w:type="auto"/>
        <w:jc w:val="center"/>
        <w:tblLook w:val="04A0" w:firstRow="1" w:lastRow="0" w:firstColumn="1" w:lastColumn="0" w:noHBand="0" w:noVBand="1"/>
      </w:tblPr>
      <w:tblGrid>
        <w:gridCol w:w="2494"/>
        <w:gridCol w:w="2267"/>
        <w:gridCol w:w="2526"/>
        <w:gridCol w:w="2342"/>
      </w:tblGrid>
      <w:tr w:rsidR="00B9286B" w:rsidRPr="00684EB1" w14:paraId="7696759C" w14:textId="77777777">
        <w:trPr>
          <w:tblHeader/>
          <w:jc w:val="center"/>
        </w:trPr>
        <w:tc>
          <w:tcPr>
            <w:tcW w:w="2268" w:type="dxa"/>
            <w:shd w:val="clear" w:color="auto" w:fill="D9EAD3"/>
            <w:vAlign w:val="center"/>
          </w:tcPr>
          <w:p w14:paraId="4E6704C9"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Направление</w:t>
            </w:r>
            <w:proofErr w:type="spellEnd"/>
            <w:r w:rsidRPr="00684EB1">
              <w:rPr>
                <w:rFonts w:cs="Times New Roman"/>
                <w:b/>
                <w:szCs w:val="28"/>
              </w:rPr>
              <w:t xml:space="preserve"> </w:t>
            </w:r>
            <w:proofErr w:type="spellStart"/>
            <w:r w:rsidRPr="00684EB1">
              <w:rPr>
                <w:rFonts w:cs="Times New Roman"/>
                <w:b/>
                <w:szCs w:val="28"/>
              </w:rPr>
              <w:t>оздоровительного</w:t>
            </w:r>
            <w:proofErr w:type="spellEnd"/>
            <w:r w:rsidRPr="00684EB1">
              <w:rPr>
                <w:rFonts w:cs="Times New Roman"/>
                <w:b/>
                <w:szCs w:val="28"/>
              </w:rPr>
              <w:t xml:space="preserve"> </w:t>
            </w:r>
            <w:proofErr w:type="spellStart"/>
            <w:r w:rsidRPr="00684EB1">
              <w:rPr>
                <w:rFonts w:cs="Times New Roman"/>
                <w:b/>
                <w:szCs w:val="28"/>
              </w:rPr>
              <w:t>модуля</w:t>
            </w:r>
            <w:proofErr w:type="spellEnd"/>
          </w:p>
        </w:tc>
        <w:tc>
          <w:tcPr>
            <w:tcW w:w="2835" w:type="dxa"/>
            <w:shd w:val="clear" w:color="auto" w:fill="D9EAD3"/>
            <w:vAlign w:val="center"/>
          </w:tcPr>
          <w:p w14:paraId="612F7C38"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Содержание</w:t>
            </w:r>
            <w:proofErr w:type="spellEnd"/>
          </w:p>
        </w:tc>
        <w:tc>
          <w:tcPr>
            <w:tcW w:w="2835" w:type="dxa"/>
            <w:shd w:val="clear" w:color="auto" w:fill="D9EAD3"/>
            <w:vAlign w:val="center"/>
          </w:tcPr>
          <w:p w14:paraId="75BD4B14"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Формы</w:t>
            </w:r>
            <w:proofErr w:type="spellEnd"/>
            <w:r w:rsidRPr="00684EB1">
              <w:rPr>
                <w:rFonts w:cs="Times New Roman"/>
                <w:b/>
                <w:szCs w:val="28"/>
              </w:rPr>
              <w:t xml:space="preserve"> </w:t>
            </w:r>
            <w:proofErr w:type="spellStart"/>
            <w:r w:rsidRPr="00684EB1">
              <w:rPr>
                <w:rFonts w:cs="Times New Roman"/>
                <w:b/>
                <w:szCs w:val="28"/>
              </w:rPr>
              <w:t>реализации</w:t>
            </w:r>
            <w:proofErr w:type="spellEnd"/>
          </w:p>
        </w:tc>
        <w:tc>
          <w:tcPr>
            <w:tcW w:w="2268" w:type="dxa"/>
            <w:shd w:val="clear" w:color="auto" w:fill="D9EAD3"/>
            <w:vAlign w:val="center"/>
          </w:tcPr>
          <w:p w14:paraId="79F63D31"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Результат</w:t>
            </w:r>
            <w:proofErr w:type="spellEnd"/>
          </w:p>
        </w:tc>
      </w:tr>
      <w:tr w:rsidR="00B9286B" w:rsidRPr="00684EB1" w14:paraId="2A518CBA" w14:textId="77777777">
        <w:trPr>
          <w:jc w:val="center"/>
        </w:trPr>
        <w:tc>
          <w:tcPr>
            <w:tcW w:w="2268" w:type="dxa"/>
          </w:tcPr>
          <w:p w14:paraId="052AE8C6" w14:textId="77777777" w:rsidR="00B9286B" w:rsidRPr="00684EB1" w:rsidRDefault="00BE1021" w:rsidP="00F7265A">
            <w:pPr>
              <w:ind w:firstLine="0"/>
              <w:jc w:val="center"/>
              <w:rPr>
                <w:rFonts w:cs="Times New Roman"/>
                <w:szCs w:val="28"/>
              </w:rPr>
            </w:pPr>
            <w:proofErr w:type="spellStart"/>
            <w:r w:rsidRPr="00684EB1">
              <w:rPr>
                <w:rFonts w:cs="Times New Roman"/>
                <w:szCs w:val="28"/>
              </w:rPr>
              <w:t>Физическая</w:t>
            </w:r>
            <w:proofErr w:type="spellEnd"/>
            <w:r w:rsidRPr="00684EB1">
              <w:rPr>
                <w:rFonts w:cs="Times New Roman"/>
                <w:szCs w:val="28"/>
              </w:rPr>
              <w:t xml:space="preserve"> </w:t>
            </w:r>
            <w:proofErr w:type="spellStart"/>
            <w:r w:rsidRPr="00684EB1">
              <w:rPr>
                <w:rFonts w:cs="Times New Roman"/>
                <w:szCs w:val="28"/>
              </w:rPr>
              <w:t>активность</w:t>
            </w:r>
            <w:proofErr w:type="spellEnd"/>
          </w:p>
        </w:tc>
        <w:tc>
          <w:tcPr>
            <w:tcW w:w="2835" w:type="dxa"/>
          </w:tcPr>
          <w:p w14:paraId="5A309439"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Развитие двигательной активности и укрепление здоровья</w:t>
            </w:r>
          </w:p>
        </w:tc>
        <w:tc>
          <w:tcPr>
            <w:tcW w:w="2835" w:type="dxa"/>
          </w:tcPr>
          <w:p w14:paraId="14B33390"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Зарядка, подвижные игры, эстафеты, прогулки</w:t>
            </w:r>
          </w:p>
        </w:tc>
        <w:tc>
          <w:tcPr>
            <w:tcW w:w="2268" w:type="dxa"/>
          </w:tcPr>
          <w:p w14:paraId="39CDE185" w14:textId="77777777" w:rsidR="00B9286B" w:rsidRPr="00684EB1" w:rsidRDefault="00BE1021" w:rsidP="00F7265A">
            <w:pPr>
              <w:ind w:firstLine="0"/>
              <w:jc w:val="center"/>
              <w:rPr>
                <w:rFonts w:cs="Times New Roman"/>
                <w:szCs w:val="28"/>
              </w:rPr>
            </w:pPr>
            <w:proofErr w:type="spellStart"/>
            <w:r w:rsidRPr="00684EB1">
              <w:rPr>
                <w:rFonts w:cs="Times New Roman"/>
                <w:szCs w:val="28"/>
              </w:rPr>
              <w:t>Повышение</w:t>
            </w:r>
            <w:proofErr w:type="spellEnd"/>
            <w:r w:rsidRPr="00684EB1">
              <w:rPr>
                <w:rFonts w:cs="Times New Roman"/>
                <w:szCs w:val="28"/>
              </w:rPr>
              <w:t xml:space="preserve"> </w:t>
            </w:r>
            <w:proofErr w:type="spellStart"/>
            <w:r w:rsidRPr="00684EB1">
              <w:rPr>
                <w:rFonts w:cs="Times New Roman"/>
                <w:szCs w:val="28"/>
              </w:rPr>
              <w:t>двигательной</w:t>
            </w:r>
            <w:proofErr w:type="spellEnd"/>
            <w:r w:rsidRPr="00684EB1">
              <w:rPr>
                <w:rFonts w:cs="Times New Roman"/>
                <w:szCs w:val="28"/>
              </w:rPr>
              <w:t xml:space="preserve"> </w:t>
            </w:r>
            <w:proofErr w:type="spellStart"/>
            <w:r w:rsidRPr="00684EB1">
              <w:rPr>
                <w:rFonts w:cs="Times New Roman"/>
                <w:szCs w:val="28"/>
              </w:rPr>
              <w:t>активности</w:t>
            </w:r>
            <w:proofErr w:type="spellEnd"/>
          </w:p>
        </w:tc>
      </w:tr>
      <w:tr w:rsidR="00B9286B" w:rsidRPr="00F7265A" w14:paraId="22260097" w14:textId="77777777">
        <w:trPr>
          <w:jc w:val="center"/>
        </w:trPr>
        <w:tc>
          <w:tcPr>
            <w:tcW w:w="2268" w:type="dxa"/>
          </w:tcPr>
          <w:p w14:paraId="15907425" w14:textId="77777777" w:rsidR="00B9286B" w:rsidRPr="00684EB1" w:rsidRDefault="00BE1021" w:rsidP="00F7265A">
            <w:pPr>
              <w:ind w:firstLine="0"/>
              <w:jc w:val="center"/>
              <w:rPr>
                <w:rFonts w:cs="Times New Roman"/>
                <w:szCs w:val="28"/>
              </w:rPr>
            </w:pPr>
            <w:proofErr w:type="spellStart"/>
            <w:r w:rsidRPr="00684EB1">
              <w:rPr>
                <w:rFonts w:cs="Times New Roman"/>
                <w:szCs w:val="28"/>
              </w:rPr>
              <w:lastRenderedPageBreak/>
              <w:t>Профилактика</w:t>
            </w:r>
            <w:proofErr w:type="spellEnd"/>
            <w:r w:rsidRPr="00684EB1">
              <w:rPr>
                <w:rFonts w:cs="Times New Roman"/>
                <w:szCs w:val="28"/>
              </w:rPr>
              <w:t xml:space="preserve"> и ЗОЖ</w:t>
            </w:r>
          </w:p>
        </w:tc>
        <w:tc>
          <w:tcPr>
            <w:tcW w:w="2835" w:type="dxa"/>
          </w:tcPr>
          <w:p w14:paraId="61C4683C"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Формирование полезных привычек, личной гигиены и режима</w:t>
            </w:r>
          </w:p>
        </w:tc>
        <w:tc>
          <w:tcPr>
            <w:tcW w:w="2835" w:type="dxa"/>
          </w:tcPr>
          <w:p w14:paraId="46DFB9DC"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Беседы, практические памятки, контроль режима</w:t>
            </w:r>
          </w:p>
        </w:tc>
        <w:tc>
          <w:tcPr>
            <w:tcW w:w="2268" w:type="dxa"/>
          </w:tcPr>
          <w:p w14:paraId="0FEA14A0"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Навыки здорового и безопасного поведения</w:t>
            </w:r>
          </w:p>
        </w:tc>
      </w:tr>
      <w:tr w:rsidR="00B9286B" w:rsidRPr="00F7265A" w14:paraId="3879FDDD" w14:textId="77777777">
        <w:trPr>
          <w:jc w:val="center"/>
        </w:trPr>
        <w:tc>
          <w:tcPr>
            <w:tcW w:w="2268" w:type="dxa"/>
          </w:tcPr>
          <w:p w14:paraId="26F158C1" w14:textId="77777777" w:rsidR="00B9286B" w:rsidRPr="00684EB1" w:rsidRDefault="00BE1021" w:rsidP="00F7265A">
            <w:pPr>
              <w:ind w:firstLine="0"/>
              <w:jc w:val="center"/>
              <w:rPr>
                <w:rFonts w:cs="Times New Roman"/>
                <w:szCs w:val="28"/>
              </w:rPr>
            </w:pPr>
            <w:proofErr w:type="spellStart"/>
            <w:r w:rsidRPr="00684EB1">
              <w:rPr>
                <w:rFonts w:cs="Times New Roman"/>
                <w:szCs w:val="28"/>
              </w:rPr>
              <w:t>Питание</w:t>
            </w:r>
            <w:proofErr w:type="spellEnd"/>
            <w:r w:rsidRPr="00684EB1">
              <w:rPr>
                <w:rFonts w:cs="Times New Roman"/>
                <w:szCs w:val="28"/>
              </w:rPr>
              <w:t xml:space="preserve"> и </w:t>
            </w:r>
            <w:proofErr w:type="spellStart"/>
            <w:r w:rsidRPr="00684EB1">
              <w:rPr>
                <w:rFonts w:cs="Times New Roman"/>
                <w:szCs w:val="28"/>
              </w:rPr>
              <w:t>питьевой</w:t>
            </w:r>
            <w:proofErr w:type="spellEnd"/>
            <w:r w:rsidRPr="00684EB1">
              <w:rPr>
                <w:rFonts w:cs="Times New Roman"/>
                <w:szCs w:val="28"/>
              </w:rPr>
              <w:t xml:space="preserve"> </w:t>
            </w:r>
            <w:proofErr w:type="spellStart"/>
            <w:r w:rsidRPr="00684EB1">
              <w:rPr>
                <w:rFonts w:cs="Times New Roman"/>
                <w:szCs w:val="28"/>
              </w:rPr>
              <w:t>режим</w:t>
            </w:r>
            <w:proofErr w:type="spellEnd"/>
          </w:p>
        </w:tc>
        <w:tc>
          <w:tcPr>
            <w:tcW w:w="2835" w:type="dxa"/>
          </w:tcPr>
          <w:p w14:paraId="13E6AAEC"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Соблюдение режима питания и доступ к питьевой воде</w:t>
            </w:r>
          </w:p>
        </w:tc>
        <w:tc>
          <w:tcPr>
            <w:tcW w:w="2835" w:type="dxa"/>
          </w:tcPr>
          <w:p w14:paraId="1337EC2A"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Информационные минутки, контроль питьевого режима</w:t>
            </w:r>
          </w:p>
        </w:tc>
        <w:tc>
          <w:tcPr>
            <w:tcW w:w="2268" w:type="dxa"/>
          </w:tcPr>
          <w:p w14:paraId="636BC539"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Осознанное отношение к питанию и воде</w:t>
            </w:r>
          </w:p>
        </w:tc>
      </w:tr>
      <w:tr w:rsidR="00B9286B" w:rsidRPr="00684EB1" w14:paraId="0C18FA1A" w14:textId="77777777">
        <w:trPr>
          <w:jc w:val="center"/>
        </w:trPr>
        <w:tc>
          <w:tcPr>
            <w:tcW w:w="2268" w:type="dxa"/>
          </w:tcPr>
          <w:p w14:paraId="3B0CDF2D" w14:textId="77777777" w:rsidR="00B9286B" w:rsidRPr="00684EB1" w:rsidRDefault="00BE1021" w:rsidP="00F7265A">
            <w:pPr>
              <w:ind w:firstLine="0"/>
              <w:jc w:val="center"/>
              <w:rPr>
                <w:rFonts w:cs="Times New Roman"/>
                <w:szCs w:val="28"/>
              </w:rPr>
            </w:pPr>
            <w:proofErr w:type="spellStart"/>
            <w:r w:rsidRPr="00684EB1">
              <w:rPr>
                <w:rFonts w:cs="Times New Roman"/>
                <w:szCs w:val="28"/>
              </w:rPr>
              <w:t>Эмоциональное</w:t>
            </w:r>
            <w:proofErr w:type="spellEnd"/>
            <w:r w:rsidRPr="00684EB1">
              <w:rPr>
                <w:rFonts w:cs="Times New Roman"/>
                <w:szCs w:val="28"/>
              </w:rPr>
              <w:t xml:space="preserve"> </w:t>
            </w:r>
            <w:proofErr w:type="spellStart"/>
            <w:r w:rsidRPr="00684EB1">
              <w:rPr>
                <w:rFonts w:cs="Times New Roman"/>
                <w:szCs w:val="28"/>
              </w:rPr>
              <w:t>благополучие</w:t>
            </w:r>
            <w:proofErr w:type="spellEnd"/>
          </w:p>
        </w:tc>
        <w:tc>
          <w:tcPr>
            <w:tcW w:w="2835" w:type="dxa"/>
          </w:tcPr>
          <w:p w14:paraId="77DA9DA8"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Снижение напряжения и языковой тревожности, поддержка адаптации</w:t>
            </w:r>
          </w:p>
        </w:tc>
        <w:tc>
          <w:tcPr>
            <w:tcW w:w="2835" w:type="dxa"/>
          </w:tcPr>
          <w:p w14:paraId="18DF2DD8"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Огоньки, рефлексия, игры доверия, беседы</w:t>
            </w:r>
          </w:p>
        </w:tc>
        <w:tc>
          <w:tcPr>
            <w:tcW w:w="2268" w:type="dxa"/>
          </w:tcPr>
          <w:p w14:paraId="44EE7C07" w14:textId="77777777" w:rsidR="00B9286B" w:rsidRPr="00684EB1" w:rsidRDefault="00BE1021" w:rsidP="00F7265A">
            <w:pPr>
              <w:ind w:firstLine="0"/>
              <w:jc w:val="center"/>
              <w:rPr>
                <w:rFonts w:cs="Times New Roman"/>
                <w:szCs w:val="28"/>
              </w:rPr>
            </w:pPr>
            <w:proofErr w:type="spellStart"/>
            <w:r w:rsidRPr="00684EB1">
              <w:rPr>
                <w:rFonts w:cs="Times New Roman"/>
                <w:szCs w:val="28"/>
              </w:rPr>
              <w:t>Психологический</w:t>
            </w:r>
            <w:proofErr w:type="spellEnd"/>
            <w:r w:rsidRPr="00684EB1">
              <w:rPr>
                <w:rFonts w:cs="Times New Roman"/>
                <w:szCs w:val="28"/>
              </w:rPr>
              <w:t xml:space="preserve"> </w:t>
            </w:r>
            <w:proofErr w:type="spellStart"/>
            <w:r w:rsidRPr="00684EB1">
              <w:rPr>
                <w:rFonts w:cs="Times New Roman"/>
                <w:szCs w:val="28"/>
              </w:rPr>
              <w:t>комфорт</w:t>
            </w:r>
            <w:proofErr w:type="spellEnd"/>
          </w:p>
        </w:tc>
      </w:tr>
      <w:tr w:rsidR="00B9286B" w:rsidRPr="00F7265A" w14:paraId="24353D19" w14:textId="77777777">
        <w:trPr>
          <w:jc w:val="center"/>
        </w:trPr>
        <w:tc>
          <w:tcPr>
            <w:tcW w:w="2268" w:type="dxa"/>
          </w:tcPr>
          <w:p w14:paraId="353F7DF4" w14:textId="77777777" w:rsidR="00B9286B" w:rsidRPr="00684EB1" w:rsidRDefault="00BE1021" w:rsidP="00F7265A">
            <w:pPr>
              <w:ind w:firstLine="0"/>
              <w:jc w:val="center"/>
              <w:rPr>
                <w:rFonts w:cs="Times New Roman"/>
                <w:szCs w:val="28"/>
              </w:rPr>
            </w:pPr>
            <w:proofErr w:type="spellStart"/>
            <w:r w:rsidRPr="00684EB1">
              <w:rPr>
                <w:rFonts w:cs="Times New Roman"/>
                <w:szCs w:val="28"/>
              </w:rPr>
              <w:t>Безопасность</w:t>
            </w:r>
            <w:proofErr w:type="spellEnd"/>
          </w:p>
        </w:tc>
        <w:tc>
          <w:tcPr>
            <w:tcW w:w="2835" w:type="dxa"/>
          </w:tcPr>
          <w:p w14:paraId="5FCFD08E"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Профилактика травматизма и опасного поведения</w:t>
            </w:r>
          </w:p>
        </w:tc>
        <w:tc>
          <w:tcPr>
            <w:tcW w:w="2835" w:type="dxa"/>
          </w:tcPr>
          <w:p w14:paraId="4280CC66" w14:textId="77777777" w:rsidR="00B9286B" w:rsidRPr="00684EB1" w:rsidRDefault="00BE1021" w:rsidP="00F7265A">
            <w:pPr>
              <w:ind w:firstLine="0"/>
              <w:jc w:val="center"/>
              <w:rPr>
                <w:rFonts w:cs="Times New Roman"/>
                <w:szCs w:val="28"/>
              </w:rPr>
            </w:pPr>
            <w:proofErr w:type="spellStart"/>
            <w:r w:rsidRPr="00684EB1">
              <w:rPr>
                <w:rFonts w:cs="Times New Roman"/>
                <w:szCs w:val="28"/>
              </w:rPr>
              <w:t>Инструктажи</w:t>
            </w:r>
            <w:proofErr w:type="spellEnd"/>
            <w:r w:rsidRPr="00684EB1">
              <w:rPr>
                <w:rFonts w:cs="Times New Roman"/>
                <w:szCs w:val="28"/>
              </w:rPr>
              <w:t xml:space="preserve">, </w:t>
            </w:r>
            <w:proofErr w:type="spellStart"/>
            <w:r w:rsidRPr="00684EB1">
              <w:rPr>
                <w:rFonts w:cs="Times New Roman"/>
                <w:szCs w:val="28"/>
              </w:rPr>
              <w:t>сопровождение</w:t>
            </w:r>
            <w:proofErr w:type="spellEnd"/>
            <w:r w:rsidRPr="00684EB1">
              <w:rPr>
                <w:rFonts w:cs="Times New Roman"/>
                <w:szCs w:val="28"/>
              </w:rPr>
              <w:t xml:space="preserve">, </w:t>
            </w:r>
            <w:proofErr w:type="spellStart"/>
            <w:r w:rsidRPr="00684EB1">
              <w:rPr>
                <w:rFonts w:cs="Times New Roman"/>
                <w:szCs w:val="28"/>
              </w:rPr>
              <w:t>правила</w:t>
            </w:r>
            <w:proofErr w:type="spellEnd"/>
            <w:r w:rsidRPr="00684EB1">
              <w:rPr>
                <w:rFonts w:cs="Times New Roman"/>
                <w:szCs w:val="28"/>
              </w:rPr>
              <w:t xml:space="preserve"> </w:t>
            </w:r>
            <w:proofErr w:type="spellStart"/>
            <w:r w:rsidRPr="00684EB1">
              <w:rPr>
                <w:rFonts w:cs="Times New Roman"/>
                <w:szCs w:val="28"/>
              </w:rPr>
              <w:t>мероприятий</w:t>
            </w:r>
            <w:proofErr w:type="spellEnd"/>
          </w:p>
        </w:tc>
        <w:tc>
          <w:tcPr>
            <w:tcW w:w="2268" w:type="dxa"/>
          </w:tcPr>
          <w:p w14:paraId="622E45B6"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Снижение рисков и соблюдение правил</w:t>
            </w:r>
          </w:p>
        </w:tc>
      </w:tr>
    </w:tbl>
    <w:p w14:paraId="2975A3BA"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Интеграция модулей в содержание смены</w:t>
      </w:r>
    </w:p>
    <w:p w14:paraId="2116E087" w14:textId="77777777" w:rsidR="00B9286B" w:rsidRPr="00684EB1" w:rsidRDefault="00BE1021" w:rsidP="00F7265A">
      <w:pPr>
        <w:jc w:val="both"/>
        <w:rPr>
          <w:rFonts w:cs="Times New Roman"/>
          <w:szCs w:val="28"/>
          <w:lang w:val="ru-RU"/>
        </w:rPr>
      </w:pPr>
      <w:r w:rsidRPr="00684EB1">
        <w:rPr>
          <w:rFonts w:cs="Times New Roman"/>
          <w:szCs w:val="28"/>
          <w:lang w:val="ru-RU"/>
        </w:rPr>
        <w:t>Образовательный и оздоровительный модули реализуются во взаимосвязи. Языковые, творческие, межкультурные и проектные мероприятия чередуются с активным отдыхом, спортивными и туристическими мероприятиями, прогулками, питанием, отдыхом и рефлексией. Это обеспечивает баланс интеллектуальной, эмоциональной, речевой и физической нагрузки.</w:t>
      </w:r>
    </w:p>
    <w:p w14:paraId="05B0593D" w14:textId="39616320" w:rsidR="00B9286B" w:rsidRDefault="00BE1021" w:rsidP="00F7265A">
      <w:pPr>
        <w:pStyle w:val="21"/>
        <w:spacing w:before="0" w:after="0"/>
        <w:ind w:firstLine="709"/>
        <w:rPr>
          <w:rFonts w:eastAsia="Times New Roman" w:cs="Times New Roman"/>
          <w:szCs w:val="28"/>
          <w:lang w:val="ru-RU"/>
        </w:rPr>
      </w:pPr>
      <w:r w:rsidRPr="00684EB1">
        <w:rPr>
          <w:rFonts w:eastAsia="Times New Roman" w:cs="Times New Roman"/>
          <w:szCs w:val="28"/>
          <w:lang w:val="ru-RU"/>
        </w:rPr>
        <w:t>Примерная план-сетка 1</w:t>
      </w:r>
      <w:r w:rsidR="005C06FD">
        <w:rPr>
          <w:rFonts w:eastAsia="Times New Roman" w:cs="Times New Roman"/>
          <w:szCs w:val="28"/>
          <w:lang w:val="ru-RU"/>
        </w:rPr>
        <w:t>0</w:t>
      </w:r>
      <w:r w:rsidRPr="00684EB1">
        <w:rPr>
          <w:rFonts w:eastAsia="Times New Roman" w:cs="Times New Roman"/>
          <w:szCs w:val="28"/>
          <w:lang w:val="ru-RU"/>
        </w:rPr>
        <w:t>-дневной смены</w:t>
      </w:r>
    </w:p>
    <w:p w14:paraId="6968B106" w14:textId="77777777" w:rsidR="00E8714C" w:rsidRPr="00E8714C" w:rsidRDefault="00E8714C" w:rsidP="00F7265A">
      <w:pPr>
        <w:rPr>
          <w:lang w:val="ru-RU"/>
        </w:rPr>
      </w:pPr>
    </w:p>
    <w:tbl>
      <w:tblPr>
        <w:tblStyle w:val="aff0"/>
        <w:tblW w:w="0" w:type="auto"/>
        <w:jc w:val="center"/>
        <w:tblLook w:val="04A0" w:firstRow="1" w:lastRow="0" w:firstColumn="1" w:lastColumn="0" w:noHBand="0" w:noVBand="1"/>
      </w:tblPr>
      <w:tblGrid>
        <w:gridCol w:w="841"/>
        <w:gridCol w:w="2370"/>
        <w:gridCol w:w="2386"/>
        <w:gridCol w:w="4032"/>
      </w:tblGrid>
      <w:tr w:rsidR="00B9286B" w:rsidRPr="00684EB1" w14:paraId="2FC3B1E8" w14:textId="77777777" w:rsidTr="00F7265A">
        <w:trPr>
          <w:tblHeader/>
          <w:jc w:val="center"/>
        </w:trPr>
        <w:tc>
          <w:tcPr>
            <w:tcW w:w="1129" w:type="dxa"/>
            <w:shd w:val="clear" w:color="auto" w:fill="D9EAD3"/>
            <w:vAlign w:val="center"/>
          </w:tcPr>
          <w:p w14:paraId="595C237E"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День</w:t>
            </w:r>
            <w:proofErr w:type="spellEnd"/>
          </w:p>
        </w:tc>
        <w:tc>
          <w:tcPr>
            <w:tcW w:w="2082" w:type="dxa"/>
            <w:shd w:val="clear" w:color="auto" w:fill="D9EAD3"/>
            <w:vAlign w:val="center"/>
          </w:tcPr>
          <w:p w14:paraId="3ECA8AAA"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Тема</w:t>
            </w:r>
            <w:proofErr w:type="spellEnd"/>
            <w:r w:rsidRPr="00684EB1">
              <w:rPr>
                <w:rFonts w:cs="Times New Roman"/>
                <w:b/>
                <w:szCs w:val="28"/>
              </w:rPr>
              <w:t xml:space="preserve"> </w:t>
            </w:r>
            <w:proofErr w:type="spellStart"/>
            <w:r w:rsidRPr="00684EB1">
              <w:rPr>
                <w:rFonts w:cs="Times New Roman"/>
                <w:b/>
                <w:szCs w:val="28"/>
              </w:rPr>
              <w:t>дня</w:t>
            </w:r>
            <w:proofErr w:type="spellEnd"/>
          </w:p>
        </w:tc>
        <w:tc>
          <w:tcPr>
            <w:tcW w:w="2386" w:type="dxa"/>
            <w:shd w:val="clear" w:color="auto" w:fill="D9EAD3"/>
            <w:vAlign w:val="center"/>
          </w:tcPr>
          <w:p w14:paraId="7B367931"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Педагогическая</w:t>
            </w:r>
            <w:proofErr w:type="spellEnd"/>
            <w:r w:rsidRPr="00684EB1">
              <w:rPr>
                <w:rFonts w:cs="Times New Roman"/>
                <w:b/>
                <w:szCs w:val="28"/>
              </w:rPr>
              <w:t xml:space="preserve"> </w:t>
            </w:r>
            <w:proofErr w:type="spellStart"/>
            <w:r w:rsidRPr="00684EB1">
              <w:rPr>
                <w:rFonts w:cs="Times New Roman"/>
                <w:b/>
                <w:szCs w:val="28"/>
              </w:rPr>
              <w:t>задача</w:t>
            </w:r>
            <w:proofErr w:type="spellEnd"/>
          </w:p>
        </w:tc>
        <w:tc>
          <w:tcPr>
            <w:tcW w:w="4032" w:type="dxa"/>
            <w:shd w:val="clear" w:color="auto" w:fill="D9EAD3"/>
            <w:vAlign w:val="center"/>
          </w:tcPr>
          <w:p w14:paraId="73D43A0B"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Итоговый</w:t>
            </w:r>
            <w:proofErr w:type="spellEnd"/>
            <w:r w:rsidRPr="00684EB1">
              <w:rPr>
                <w:rFonts w:cs="Times New Roman"/>
                <w:b/>
                <w:szCs w:val="28"/>
              </w:rPr>
              <w:t xml:space="preserve"> </w:t>
            </w:r>
            <w:proofErr w:type="spellStart"/>
            <w:r w:rsidRPr="00684EB1">
              <w:rPr>
                <w:rFonts w:cs="Times New Roman"/>
                <w:b/>
                <w:szCs w:val="28"/>
              </w:rPr>
              <w:t>продукт</w:t>
            </w:r>
            <w:proofErr w:type="spellEnd"/>
            <w:r w:rsidRPr="00684EB1">
              <w:rPr>
                <w:rFonts w:cs="Times New Roman"/>
                <w:b/>
                <w:szCs w:val="28"/>
              </w:rPr>
              <w:t>/</w:t>
            </w:r>
            <w:proofErr w:type="spellStart"/>
            <w:r w:rsidRPr="00684EB1">
              <w:rPr>
                <w:rFonts w:cs="Times New Roman"/>
                <w:b/>
                <w:szCs w:val="28"/>
              </w:rPr>
              <w:t>результат</w:t>
            </w:r>
            <w:proofErr w:type="spellEnd"/>
          </w:p>
        </w:tc>
      </w:tr>
      <w:tr w:rsidR="00B9286B" w:rsidRPr="00F7265A" w14:paraId="3D490F8F" w14:textId="77777777" w:rsidTr="00F7265A">
        <w:trPr>
          <w:jc w:val="center"/>
        </w:trPr>
        <w:tc>
          <w:tcPr>
            <w:tcW w:w="1129" w:type="dxa"/>
          </w:tcPr>
          <w:p w14:paraId="018CD924" w14:textId="77777777" w:rsidR="00B9286B" w:rsidRPr="00684EB1" w:rsidRDefault="00BE1021" w:rsidP="00F7265A">
            <w:pPr>
              <w:ind w:firstLine="0"/>
              <w:rPr>
                <w:rFonts w:cs="Times New Roman"/>
                <w:szCs w:val="28"/>
              </w:rPr>
            </w:pPr>
            <w:r w:rsidRPr="00684EB1">
              <w:rPr>
                <w:rFonts w:cs="Times New Roman"/>
                <w:szCs w:val="28"/>
              </w:rPr>
              <w:t>1</w:t>
            </w:r>
          </w:p>
        </w:tc>
        <w:tc>
          <w:tcPr>
            <w:tcW w:w="2082" w:type="dxa"/>
          </w:tcPr>
          <w:p w14:paraId="1372F4FA"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w:t>
            </w:r>
            <w:proofErr w:type="spellStart"/>
            <w:r w:rsidRPr="00684EB1">
              <w:rPr>
                <w:rFonts w:cs="Times New Roman"/>
                <w:szCs w:val="28"/>
                <w:lang w:val="ru-RU"/>
              </w:rPr>
              <w:t>Тіл</w:t>
            </w:r>
            <w:proofErr w:type="spellEnd"/>
            <w:r w:rsidRPr="00684EB1">
              <w:rPr>
                <w:rFonts w:cs="Times New Roman"/>
                <w:szCs w:val="28"/>
                <w:lang w:val="ru-RU"/>
              </w:rPr>
              <w:t xml:space="preserve"> </w:t>
            </w:r>
            <w:proofErr w:type="spellStart"/>
            <w:r w:rsidRPr="00684EB1">
              <w:rPr>
                <w:rFonts w:cs="Times New Roman"/>
                <w:szCs w:val="28"/>
                <w:lang w:val="ru-RU"/>
              </w:rPr>
              <w:t>әлемі</w:t>
            </w:r>
            <w:proofErr w:type="spellEnd"/>
            <w:r w:rsidRPr="00684EB1">
              <w:rPr>
                <w:rFonts w:cs="Times New Roman"/>
                <w:szCs w:val="28"/>
                <w:lang w:val="ru-RU"/>
              </w:rPr>
              <w:t>» - открытие языковой смены</w:t>
            </w:r>
          </w:p>
        </w:tc>
        <w:tc>
          <w:tcPr>
            <w:tcW w:w="2386" w:type="dxa"/>
          </w:tcPr>
          <w:p w14:paraId="3C2CC575"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Адаптация, безопасность, знакомство с лагерем и языковой идеей смены</w:t>
            </w:r>
          </w:p>
        </w:tc>
        <w:tc>
          <w:tcPr>
            <w:tcW w:w="4032" w:type="dxa"/>
          </w:tcPr>
          <w:p w14:paraId="1C9FE60C"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Отрядные правила, языковой паспорт участника</w:t>
            </w:r>
          </w:p>
        </w:tc>
      </w:tr>
      <w:tr w:rsidR="00B9286B" w:rsidRPr="00F7265A" w14:paraId="7ECAEEF7" w14:textId="77777777" w:rsidTr="00F7265A">
        <w:trPr>
          <w:jc w:val="center"/>
        </w:trPr>
        <w:tc>
          <w:tcPr>
            <w:tcW w:w="1129" w:type="dxa"/>
          </w:tcPr>
          <w:p w14:paraId="36E6B971" w14:textId="77777777" w:rsidR="00B9286B" w:rsidRPr="00684EB1" w:rsidRDefault="00BE1021" w:rsidP="00F7265A">
            <w:pPr>
              <w:ind w:firstLine="0"/>
              <w:rPr>
                <w:rFonts w:cs="Times New Roman"/>
                <w:szCs w:val="28"/>
              </w:rPr>
            </w:pPr>
            <w:r w:rsidRPr="00684EB1">
              <w:rPr>
                <w:rFonts w:cs="Times New Roman"/>
                <w:szCs w:val="28"/>
              </w:rPr>
              <w:t>2</w:t>
            </w:r>
          </w:p>
        </w:tc>
        <w:tc>
          <w:tcPr>
            <w:tcW w:w="2082" w:type="dxa"/>
          </w:tcPr>
          <w:p w14:paraId="4C64EB62"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w:t>
            </w:r>
            <w:proofErr w:type="spellStart"/>
            <w:r w:rsidRPr="00684EB1">
              <w:rPr>
                <w:rFonts w:cs="Times New Roman"/>
                <w:szCs w:val="28"/>
                <w:lang w:val="ru-RU"/>
              </w:rPr>
              <w:t>Тілдік</w:t>
            </w:r>
            <w:proofErr w:type="spellEnd"/>
            <w:r w:rsidRPr="00684EB1">
              <w:rPr>
                <w:rFonts w:cs="Times New Roman"/>
                <w:szCs w:val="28"/>
                <w:lang w:val="ru-RU"/>
              </w:rPr>
              <w:t xml:space="preserve"> команда» - день языковой команды</w:t>
            </w:r>
          </w:p>
        </w:tc>
        <w:tc>
          <w:tcPr>
            <w:tcW w:w="2386" w:type="dxa"/>
          </w:tcPr>
          <w:p w14:paraId="56A6E571"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 xml:space="preserve">Формирование языковой команды и </w:t>
            </w:r>
            <w:r w:rsidRPr="00684EB1">
              <w:rPr>
                <w:rFonts w:cs="Times New Roman"/>
                <w:szCs w:val="28"/>
                <w:lang w:val="ru-RU"/>
              </w:rPr>
              <w:lastRenderedPageBreak/>
              <w:t>коммуникативной безопасности</w:t>
            </w:r>
          </w:p>
        </w:tc>
        <w:tc>
          <w:tcPr>
            <w:tcW w:w="4032" w:type="dxa"/>
          </w:tcPr>
          <w:p w14:paraId="5BBD0DE5" w14:textId="498FE994" w:rsidR="00B9286B" w:rsidRPr="00684EB1" w:rsidRDefault="00BE1021" w:rsidP="00F7265A">
            <w:pPr>
              <w:ind w:firstLine="0"/>
              <w:jc w:val="center"/>
              <w:rPr>
                <w:rFonts w:cs="Times New Roman"/>
                <w:szCs w:val="28"/>
                <w:lang w:val="ru-RU"/>
              </w:rPr>
            </w:pPr>
            <w:r w:rsidRPr="00684EB1">
              <w:rPr>
                <w:rFonts w:cs="Times New Roman"/>
                <w:szCs w:val="28"/>
                <w:lang w:val="ru-RU"/>
              </w:rPr>
              <w:lastRenderedPageBreak/>
              <w:t xml:space="preserve">Отрядная визитка с использованием </w:t>
            </w:r>
            <w:r w:rsidR="005C06FD">
              <w:rPr>
                <w:rFonts w:cs="Times New Roman"/>
                <w:szCs w:val="28"/>
                <w:lang w:val="ru-RU"/>
              </w:rPr>
              <w:t>английского</w:t>
            </w:r>
            <w:r w:rsidRPr="00684EB1">
              <w:rPr>
                <w:rFonts w:cs="Times New Roman"/>
                <w:szCs w:val="28"/>
                <w:lang w:val="ru-RU"/>
              </w:rPr>
              <w:t xml:space="preserve"> языка</w:t>
            </w:r>
          </w:p>
        </w:tc>
      </w:tr>
      <w:tr w:rsidR="00B9286B" w:rsidRPr="00F7265A" w14:paraId="0E6918C1" w14:textId="77777777" w:rsidTr="00F7265A">
        <w:trPr>
          <w:jc w:val="center"/>
        </w:trPr>
        <w:tc>
          <w:tcPr>
            <w:tcW w:w="1129" w:type="dxa"/>
          </w:tcPr>
          <w:p w14:paraId="4A3E85B2" w14:textId="77777777" w:rsidR="00B9286B" w:rsidRPr="00684EB1" w:rsidRDefault="00BE1021" w:rsidP="00F7265A">
            <w:pPr>
              <w:ind w:firstLine="0"/>
              <w:rPr>
                <w:rFonts w:cs="Times New Roman"/>
                <w:szCs w:val="28"/>
              </w:rPr>
            </w:pPr>
            <w:r w:rsidRPr="00684EB1">
              <w:rPr>
                <w:rFonts w:cs="Times New Roman"/>
                <w:szCs w:val="28"/>
              </w:rPr>
              <w:t>3</w:t>
            </w:r>
          </w:p>
        </w:tc>
        <w:tc>
          <w:tcPr>
            <w:tcW w:w="2082" w:type="dxa"/>
          </w:tcPr>
          <w:p w14:paraId="5B9BE331"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w:t>
            </w:r>
            <w:proofErr w:type="spellStart"/>
            <w:r w:rsidRPr="00684EB1">
              <w:rPr>
                <w:rFonts w:cs="Times New Roman"/>
                <w:szCs w:val="28"/>
                <w:lang w:val="ru-RU"/>
              </w:rPr>
              <w:t>Сөздік</w:t>
            </w:r>
            <w:proofErr w:type="spellEnd"/>
            <w:r w:rsidRPr="00684EB1">
              <w:rPr>
                <w:rFonts w:cs="Times New Roman"/>
                <w:szCs w:val="28"/>
                <w:lang w:val="ru-RU"/>
              </w:rPr>
              <w:t xml:space="preserve"> </w:t>
            </w:r>
            <w:proofErr w:type="spellStart"/>
            <w:r w:rsidRPr="00684EB1">
              <w:rPr>
                <w:rFonts w:cs="Times New Roman"/>
                <w:szCs w:val="28"/>
                <w:lang w:val="ru-RU"/>
              </w:rPr>
              <w:t>және</w:t>
            </w:r>
            <w:proofErr w:type="spellEnd"/>
            <w:r w:rsidRPr="00684EB1">
              <w:rPr>
                <w:rFonts w:cs="Times New Roman"/>
                <w:szCs w:val="28"/>
                <w:lang w:val="ru-RU"/>
              </w:rPr>
              <w:t xml:space="preserve"> </w:t>
            </w:r>
            <w:proofErr w:type="spellStart"/>
            <w:r w:rsidRPr="00684EB1">
              <w:rPr>
                <w:rFonts w:cs="Times New Roman"/>
                <w:szCs w:val="28"/>
                <w:lang w:val="ru-RU"/>
              </w:rPr>
              <w:t>сөйлесу</w:t>
            </w:r>
            <w:proofErr w:type="spellEnd"/>
            <w:r w:rsidRPr="00684EB1">
              <w:rPr>
                <w:rFonts w:cs="Times New Roman"/>
                <w:szCs w:val="28"/>
                <w:lang w:val="ru-RU"/>
              </w:rPr>
              <w:t>» - день словаря и общения</w:t>
            </w:r>
          </w:p>
        </w:tc>
        <w:tc>
          <w:tcPr>
            <w:tcW w:w="2386" w:type="dxa"/>
          </w:tcPr>
          <w:p w14:paraId="0667AD5D" w14:textId="3F525F8B" w:rsidR="00B9286B" w:rsidRPr="00684EB1" w:rsidRDefault="00BE1021" w:rsidP="00F7265A">
            <w:pPr>
              <w:ind w:firstLine="0"/>
              <w:jc w:val="center"/>
              <w:rPr>
                <w:rFonts w:cs="Times New Roman"/>
                <w:szCs w:val="28"/>
                <w:lang w:val="ru-RU"/>
              </w:rPr>
            </w:pPr>
            <w:r w:rsidRPr="00684EB1">
              <w:rPr>
                <w:rFonts w:cs="Times New Roman"/>
                <w:szCs w:val="28"/>
                <w:lang w:val="ru-RU"/>
              </w:rPr>
              <w:t xml:space="preserve">Развитие словарного запаса, речевого этикета и простых диалогов на </w:t>
            </w:r>
            <w:r w:rsidR="005C06FD">
              <w:rPr>
                <w:rFonts w:cs="Times New Roman"/>
                <w:szCs w:val="28"/>
                <w:lang w:val="ru-RU"/>
              </w:rPr>
              <w:t>английском</w:t>
            </w:r>
            <w:r w:rsidRPr="00684EB1">
              <w:rPr>
                <w:rFonts w:cs="Times New Roman"/>
                <w:szCs w:val="28"/>
                <w:lang w:val="ru-RU"/>
              </w:rPr>
              <w:t xml:space="preserve"> языке</w:t>
            </w:r>
          </w:p>
        </w:tc>
        <w:tc>
          <w:tcPr>
            <w:tcW w:w="4032" w:type="dxa"/>
          </w:tcPr>
          <w:p w14:paraId="5272851A"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Мини-словарь, диалоги, творческое задание</w:t>
            </w:r>
          </w:p>
        </w:tc>
      </w:tr>
      <w:tr w:rsidR="00B9286B" w:rsidRPr="00F7265A" w14:paraId="48E6E0BE" w14:textId="77777777" w:rsidTr="00F7265A">
        <w:trPr>
          <w:jc w:val="center"/>
        </w:trPr>
        <w:tc>
          <w:tcPr>
            <w:tcW w:w="1129" w:type="dxa"/>
          </w:tcPr>
          <w:p w14:paraId="70E76393" w14:textId="77777777" w:rsidR="00B9286B" w:rsidRPr="00684EB1" w:rsidRDefault="00BE1021" w:rsidP="00F7265A">
            <w:pPr>
              <w:ind w:firstLine="0"/>
              <w:rPr>
                <w:rFonts w:cs="Times New Roman"/>
                <w:szCs w:val="28"/>
              </w:rPr>
            </w:pPr>
            <w:r w:rsidRPr="00684EB1">
              <w:rPr>
                <w:rFonts w:cs="Times New Roman"/>
                <w:szCs w:val="28"/>
              </w:rPr>
              <w:t>4</w:t>
            </w:r>
          </w:p>
        </w:tc>
        <w:tc>
          <w:tcPr>
            <w:tcW w:w="2082" w:type="dxa"/>
          </w:tcPr>
          <w:p w14:paraId="77E3F8D5"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w:t>
            </w:r>
            <w:proofErr w:type="spellStart"/>
            <w:r w:rsidRPr="00684EB1">
              <w:rPr>
                <w:rFonts w:cs="Times New Roman"/>
                <w:szCs w:val="28"/>
                <w:lang w:val="ru-RU"/>
              </w:rPr>
              <w:t>Тілдік</w:t>
            </w:r>
            <w:proofErr w:type="spellEnd"/>
            <w:r w:rsidRPr="00684EB1">
              <w:rPr>
                <w:rFonts w:cs="Times New Roman"/>
                <w:szCs w:val="28"/>
                <w:lang w:val="ru-RU"/>
              </w:rPr>
              <w:t xml:space="preserve"> орта» - день языковой среды</w:t>
            </w:r>
          </w:p>
        </w:tc>
        <w:tc>
          <w:tcPr>
            <w:tcW w:w="2386" w:type="dxa"/>
          </w:tcPr>
          <w:p w14:paraId="7FCDFC16" w14:textId="6BBF5D47" w:rsidR="00B9286B" w:rsidRPr="00684EB1" w:rsidRDefault="00BE1021" w:rsidP="00F7265A">
            <w:pPr>
              <w:ind w:firstLine="0"/>
              <w:jc w:val="center"/>
              <w:rPr>
                <w:rFonts w:cs="Times New Roman"/>
                <w:szCs w:val="28"/>
                <w:lang w:val="ru-RU"/>
              </w:rPr>
            </w:pPr>
            <w:r w:rsidRPr="00684EB1">
              <w:rPr>
                <w:rFonts w:cs="Times New Roman"/>
                <w:szCs w:val="28"/>
                <w:lang w:val="ru-RU"/>
              </w:rPr>
              <w:t xml:space="preserve">Развитие разговорной практики и уверенности в использовании </w:t>
            </w:r>
            <w:r w:rsidR="005C06FD">
              <w:rPr>
                <w:rFonts w:cs="Times New Roman"/>
                <w:szCs w:val="28"/>
                <w:lang w:val="ru-RU"/>
              </w:rPr>
              <w:t>английского</w:t>
            </w:r>
            <w:r w:rsidR="005C06FD" w:rsidRPr="00684EB1">
              <w:rPr>
                <w:rFonts w:cs="Times New Roman"/>
                <w:szCs w:val="28"/>
                <w:lang w:val="ru-RU"/>
              </w:rPr>
              <w:t xml:space="preserve"> </w:t>
            </w:r>
            <w:r w:rsidRPr="00684EB1">
              <w:rPr>
                <w:rFonts w:cs="Times New Roman"/>
                <w:szCs w:val="28"/>
                <w:lang w:val="ru-RU"/>
              </w:rPr>
              <w:t>языка</w:t>
            </w:r>
          </w:p>
        </w:tc>
        <w:tc>
          <w:tcPr>
            <w:tcW w:w="4032" w:type="dxa"/>
          </w:tcPr>
          <w:p w14:paraId="1C4CC9D0" w14:textId="2FB8428B" w:rsidR="00B9286B" w:rsidRPr="00684EB1" w:rsidRDefault="00BE1021" w:rsidP="00F7265A">
            <w:pPr>
              <w:ind w:firstLine="0"/>
              <w:jc w:val="center"/>
              <w:rPr>
                <w:rFonts w:cs="Times New Roman"/>
                <w:szCs w:val="28"/>
                <w:lang w:val="ru-RU"/>
              </w:rPr>
            </w:pPr>
            <w:r w:rsidRPr="00684EB1">
              <w:rPr>
                <w:rFonts w:cs="Times New Roman"/>
                <w:szCs w:val="28"/>
                <w:lang w:val="ru-RU"/>
              </w:rPr>
              <w:t xml:space="preserve">Интервью, постер или презентация на </w:t>
            </w:r>
            <w:r w:rsidR="005C06FD">
              <w:rPr>
                <w:rFonts w:cs="Times New Roman"/>
                <w:szCs w:val="28"/>
                <w:lang w:val="ru-RU"/>
              </w:rPr>
              <w:t>английском</w:t>
            </w:r>
            <w:r w:rsidRPr="00684EB1">
              <w:rPr>
                <w:rFonts w:cs="Times New Roman"/>
                <w:szCs w:val="28"/>
                <w:lang w:val="ru-RU"/>
              </w:rPr>
              <w:t xml:space="preserve"> языке</w:t>
            </w:r>
          </w:p>
        </w:tc>
      </w:tr>
      <w:tr w:rsidR="00B9286B" w:rsidRPr="00F7265A" w14:paraId="01CCEA75" w14:textId="77777777" w:rsidTr="00F7265A">
        <w:trPr>
          <w:jc w:val="center"/>
        </w:trPr>
        <w:tc>
          <w:tcPr>
            <w:tcW w:w="1129" w:type="dxa"/>
          </w:tcPr>
          <w:p w14:paraId="5C48AAFE" w14:textId="77777777" w:rsidR="00B9286B" w:rsidRPr="00684EB1" w:rsidRDefault="00BE1021" w:rsidP="00F7265A">
            <w:pPr>
              <w:ind w:firstLine="0"/>
              <w:rPr>
                <w:rFonts w:cs="Times New Roman"/>
                <w:szCs w:val="28"/>
              </w:rPr>
            </w:pPr>
            <w:r w:rsidRPr="00684EB1">
              <w:rPr>
                <w:rFonts w:cs="Times New Roman"/>
                <w:szCs w:val="28"/>
              </w:rPr>
              <w:t>5</w:t>
            </w:r>
          </w:p>
        </w:tc>
        <w:tc>
          <w:tcPr>
            <w:tcW w:w="2082" w:type="dxa"/>
          </w:tcPr>
          <w:p w14:paraId="6AD4C789"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w:t>
            </w:r>
            <w:proofErr w:type="spellStart"/>
            <w:r w:rsidRPr="00684EB1">
              <w:rPr>
                <w:rFonts w:cs="Times New Roman"/>
                <w:szCs w:val="28"/>
                <w:lang w:val="ru-RU"/>
              </w:rPr>
              <w:t>Мәдениет</w:t>
            </w:r>
            <w:proofErr w:type="spellEnd"/>
            <w:r w:rsidRPr="00684EB1">
              <w:rPr>
                <w:rFonts w:cs="Times New Roman"/>
                <w:szCs w:val="28"/>
                <w:lang w:val="ru-RU"/>
              </w:rPr>
              <w:t xml:space="preserve"> </w:t>
            </w:r>
            <w:proofErr w:type="spellStart"/>
            <w:r w:rsidRPr="00684EB1">
              <w:rPr>
                <w:rFonts w:cs="Times New Roman"/>
                <w:szCs w:val="28"/>
                <w:lang w:val="ru-RU"/>
              </w:rPr>
              <w:t>және</w:t>
            </w:r>
            <w:proofErr w:type="spellEnd"/>
            <w:r w:rsidRPr="00684EB1">
              <w:rPr>
                <w:rFonts w:cs="Times New Roman"/>
                <w:szCs w:val="28"/>
                <w:lang w:val="ru-RU"/>
              </w:rPr>
              <w:t xml:space="preserve"> </w:t>
            </w:r>
            <w:proofErr w:type="spellStart"/>
            <w:r w:rsidRPr="00684EB1">
              <w:rPr>
                <w:rFonts w:cs="Times New Roman"/>
                <w:szCs w:val="28"/>
                <w:lang w:val="ru-RU"/>
              </w:rPr>
              <w:t>тіл</w:t>
            </w:r>
            <w:proofErr w:type="spellEnd"/>
            <w:r w:rsidRPr="00684EB1">
              <w:rPr>
                <w:rFonts w:cs="Times New Roman"/>
                <w:szCs w:val="28"/>
                <w:lang w:val="ru-RU"/>
              </w:rPr>
              <w:t>» - день культуры и речевого этикета</w:t>
            </w:r>
          </w:p>
        </w:tc>
        <w:tc>
          <w:tcPr>
            <w:tcW w:w="2386" w:type="dxa"/>
          </w:tcPr>
          <w:p w14:paraId="7FF7B6DF"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Знакомство с культурным контекстом, традициями общения и нормами речевого поведения</w:t>
            </w:r>
          </w:p>
        </w:tc>
        <w:tc>
          <w:tcPr>
            <w:tcW w:w="4032" w:type="dxa"/>
          </w:tcPr>
          <w:p w14:paraId="5D2F7CA0"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Культурная карта, мини-диалоги, языковые станции</w:t>
            </w:r>
          </w:p>
        </w:tc>
      </w:tr>
      <w:tr w:rsidR="00B9286B" w:rsidRPr="00F7265A" w14:paraId="43C04402" w14:textId="77777777" w:rsidTr="00F7265A">
        <w:trPr>
          <w:jc w:val="center"/>
        </w:trPr>
        <w:tc>
          <w:tcPr>
            <w:tcW w:w="1129" w:type="dxa"/>
          </w:tcPr>
          <w:p w14:paraId="2D4B464C" w14:textId="77777777" w:rsidR="00B9286B" w:rsidRPr="00684EB1" w:rsidRDefault="00BE1021" w:rsidP="00F7265A">
            <w:pPr>
              <w:ind w:firstLine="0"/>
              <w:rPr>
                <w:rFonts w:cs="Times New Roman"/>
                <w:szCs w:val="28"/>
              </w:rPr>
            </w:pPr>
            <w:r w:rsidRPr="00684EB1">
              <w:rPr>
                <w:rFonts w:cs="Times New Roman"/>
                <w:szCs w:val="28"/>
              </w:rPr>
              <w:t>6</w:t>
            </w:r>
          </w:p>
        </w:tc>
        <w:tc>
          <w:tcPr>
            <w:tcW w:w="2082" w:type="dxa"/>
          </w:tcPr>
          <w:p w14:paraId="3BD4A981"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w:t>
            </w:r>
            <w:proofErr w:type="spellStart"/>
            <w:r w:rsidRPr="00684EB1">
              <w:rPr>
                <w:rFonts w:cs="Times New Roman"/>
                <w:szCs w:val="28"/>
                <w:lang w:val="ru-RU"/>
              </w:rPr>
              <w:t>Шығармашылық</w:t>
            </w:r>
            <w:proofErr w:type="spellEnd"/>
            <w:r w:rsidRPr="00684EB1">
              <w:rPr>
                <w:rFonts w:cs="Times New Roman"/>
                <w:szCs w:val="28"/>
                <w:lang w:val="ru-RU"/>
              </w:rPr>
              <w:t xml:space="preserve"> </w:t>
            </w:r>
            <w:proofErr w:type="spellStart"/>
            <w:r w:rsidRPr="00684EB1">
              <w:rPr>
                <w:rFonts w:cs="Times New Roman"/>
                <w:szCs w:val="28"/>
                <w:lang w:val="ru-RU"/>
              </w:rPr>
              <w:t>тіл</w:t>
            </w:r>
            <w:proofErr w:type="spellEnd"/>
            <w:r w:rsidRPr="00684EB1">
              <w:rPr>
                <w:rFonts w:cs="Times New Roman"/>
                <w:szCs w:val="28"/>
                <w:lang w:val="ru-RU"/>
              </w:rPr>
              <w:t>» - день творческого применения языка</w:t>
            </w:r>
          </w:p>
        </w:tc>
        <w:tc>
          <w:tcPr>
            <w:tcW w:w="2386" w:type="dxa"/>
          </w:tcPr>
          <w:p w14:paraId="687786D0" w14:textId="361E80A7" w:rsidR="00B9286B" w:rsidRPr="00684EB1" w:rsidRDefault="00BE1021" w:rsidP="00F7265A">
            <w:pPr>
              <w:ind w:firstLine="0"/>
              <w:jc w:val="center"/>
              <w:rPr>
                <w:rFonts w:cs="Times New Roman"/>
                <w:szCs w:val="28"/>
                <w:lang w:val="ru-RU"/>
              </w:rPr>
            </w:pPr>
            <w:r w:rsidRPr="00684EB1">
              <w:rPr>
                <w:rFonts w:cs="Times New Roman"/>
                <w:szCs w:val="28"/>
                <w:lang w:val="ru-RU"/>
              </w:rPr>
              <w:t xml:space="preserve">Использование </w:t>
            </w:r>
            <w:r w:rsidR="005C06FD">
              <w:rPr>
                <w:rFonts w:cs="Times New Roman"/>
                <w:szCs w:val="28"/>
                <w:lang w:val="ru-RU"/>
              </w:rPr>
              <w:t>английского</w:t>
            </w:r>
            <w:r w:rsidR="005C06FD" w:rsidRPr="00684EB1">
              <w:rPr>
                <w:rFonts w:cs="Times New Roman"/>
                <w:szCs w:val="28"/>
                <w:lang w:val="ru-RU"/>
              </w:rPr>
              <w:t xml:space="preserve"> </w:t>
            </w:r>
            <w:r w:rsidRPr="00684EB1">
              <w:rPr>
                <w:rFonts w:cs="Times New Roman"/>
                <w:szCs w:val="28"/>
                <w:lang w:val="ru-RU"/>
              </w:rPr>
              <w:t>языка в творческих заданиях, песнях, сценках и рассказах</w:t>
            </w:r>
          </w:p>
        </w:tc>
        <w:tc>
          <w:tcPr>
            <w:tcW w:w="4032" w:type="dxa"/>
          </w:tcPr>
          <w:p w14:paraId="4C7BC84E" w14:textId="77777777" w:rsidR="00B9286B" w:rsidRPr="00684EB1" w:rsidRDefault="00BE1021" w:rsidP="00F7265A">
            <w:pPr>
              <w:ind w:firstLine="0"/>
              <w:jc w:val="center"/>
              <w:rPr>
                <w:rFonts w:cs="Times New Roman"/>
                <w:szCs w:val="28"/>
                <w:lang w:val="ru-RU"/>
              </w:rPr>
            </w:pPr>
            <w:r w:rsidRPr="00684EB1">
              <w:rPr>
                <w:rFonts w:cs="Times New Roman"/>
                <w:szCs w:val="28"/>
                <w:lang w:val="ru-RU"/>
              </w:rPr>
              <w:t>Творческая работа, сценка, комикс или языковая викторина</w:t>
            </w:r>
          </w:p>
        </w:tc>
      </w:tr>
      <w:tr w:rsidR="00D91B33" w:rsidRPr="00086839" w14:paraId="11CBA867" w14:textId="77777777" w:rsidTr="00F7265A">
        <w:trPr>
          <w:jc w:val="center"/>
        </w:trPr>
        <w:tc>
          <w:tcPr>
            <w:tcW w:w="1129" w:type="dxa"/>
          </w:tcPr>
          <w:p w14:paraId="41FDDB3D" w14:textId="77777777" w:rsidR="00D91B33" w:rsidRPr="00684EB1" w:rsidRDefault="00D91B33" w:rsidP="00F7265A">
            <w:pPr>
              <w:ind w:firstLine="0"/>
              <w:rPr>
                <w:rFonts w:cs="Times New Roman"/>
                <w:szCs w:val="28"/>
              </w:rPr>
            </w:pPr>
            <w:r w:rsidRPr="00684EB1">
              <w:rPr>
                <w:rFonts w:cs="Times New Roman"/>
                <w:szCs w:val="28"/>
              </w:rPr>
              <w:t>7</w:t>
            </w:r>
          </w:p>
        </w:tc>
        <w:tc>
          <w:tcPr>
            <w:tcW w:w="2082" w:type="dxa"/>
          </w:tcPr>
          <w:p w14:paraId="42D09D2F" w14:textId="66C90484" w:rsidR="00D91B33" w:rsidRPr="00684EB1" w:rsidRDefault="00D91B33" w:rsidP="00F7265A">
            <w:pPr>
              <w:ind w:firstLine="0"/>
              <w:jc w:val="center"/>
              <w:rPr>
                <w:rFonts w:cs="Times New Roman"/>
                <w:szCs w:val="28"/>
                <w:lang w:val="ru-RU"/>
              </w:rPr>
            </w:pPr>
            <w:r w:rsidRPr="00684EB1">
              <w:rPr>
                <w:rFonts w:cs="Times New Roman"/>
                <w:szCs w:val="28"/>
              </w:rPr>
              <w:t>«</w:t>
            </w:r>
            <w:proofErr w:type="spellStart"/>
            <w:r w:rsidRPr="00684EB1">
              <w:rPr>
                <w:rFonts w:cs="Times New Roman"/>
                <w:szCs w:val="28"/>
              </w:rPr>
              <w:t>Тіл</w:t>
            </w:r>
            <w:proofErr w:type="spellEnd"/>
            <w:r w:rsidRPr="00684EB1">
              <w:rPr>
                <w:rFonts w:cs="Times New Roman"/>
                <w:szCs w:val="28"/>
              </w:rPr>
              <w:t xml:space="preserve"> </w:t>
            </w:r>
            <w:proofErr w:type="spellStart"/>
            <w:r w:rsidRPr="00684EB1">
              <w:rPr>
                <w:rFonts w:cs="Times New Roman"/>
                <w:szCs w:val="28"/>
              </w:rPr>
              <w:t>жобасы</w:t>
            </w:r>
            <w:proofErr w:type="spellEnd"/>
            <w:r w:rsidRPr="00684EB1">
              <w:rPr>
                <w:rFonts w:cs="Times New Roman"/>
                <w:szCs w:val="28"/>
              </w:rPr>
              <w:t xml:space="preserve">» - </w:t>
            </w:r>
            <w:proofErr w:type="spellStart"/>
            <w:r w:rsidRPr="00684EB1">
              <w:rPr>
                <w:rFonts w:cs="Times New Roman"/>
                <w:szCs w:val="28"/>
              </w:rPr>
              <w:t>день</w:t>
            </w:r>
            <w:proofErr w:type="spellEnd"/>
            <w:r w:rsidRPr="00684EB1">
              <w:rPr>
                <w:rFonts w:cs="Times New Roman"/>
                <w:szCs w:val="28"/>
              </w:rPr>
              <w:t xml:space="preserve"> </w:t>
            </w:r>
            <w:proofErr w:type="spellStart"/>
            <w:r w:rsidRPr="00684EB1">
              <w:rPr>
                <w:rFonts w:cs="Times New Roman"/>
                <w:szCs w:val="28"/>
              </w:rPr>
              <w:t>проектирования</w:t>
            </w:r>
            <w:proofErr w:type="spellEnd"/>
          </w:p>
        </w:tc>
        <w:tc>
          <w:tcPr>
            <w:tcW w:w="2386" w:type="dxa"/>
          </w:tcPr>
          <w:p w14:paraId="582AEEBC" w14:textId="48BF3124" w:rsidR="00D91B33" w:rsidRPr="00684EB1" w:rsidRDefault="00D91B33" w:rsidP="00F7265A">
            <w:pPr>
              <w:ind w:firstLine="0"/>
              <w:jc w:val="center"/>
              <w:rPr>
                <w:rFonts w:cs="Times New Roman"/>
                <w:szCs w:val="28"/>
                <w:lang w:val="ru-RU"/>
              </w:rPr>
            </w:pPr>
            <w:proofErr w:type="spellStart"/>
            <w:r w:rsidRPr="00684EB1">
              <w:rPr>
                <w:rFonts w:cs="Times New Roman"/>
                <w:szCs w:val="28"/>
              </w:rPr>
              <w:t>Подготовка</w:t>
            </w:r>
            <w:proofErr w:type="spellEnd"/>
            <w:r w:rsidRPr="00684EB1">
              <w:rPr>
                <w:rFonts w:cs="Times New Roman"/>
                <w:szCs w:val="28"/>
              </w:rPr>
              <w:t xml:space="preserve"> </w:t>
            </w:r>
            <w:proofErr w:type="spellStart"/>
            <w:r w:rsidRPr="00684EB1">
              <w:rPr>
                <w:rFonts w:cs="Times New Roman"/>
                <w:szCs w:val="28"/>
              </w:rPr>
              <w:t>итоговых</w:t>
            </w:r>
            <w:proofErr w:type="spellEnd"/>
            <w:r w:rsidRPr="00684EB1">
              <w:rPr>
                <w:rFonts w:cs="Times New Roman"/>
                <w:szCs w:val="28"/>
              </w:rPr>
              <w:t xml:space="preserve"> </w:t>
            </w:r>
            <w:proofErr w:type="spellStart"/>
            <w:r w:rsidRPr="00684EB1">
              <w:rPr>
                <w:rFonts w:cs="Times New Roman"/>
                <w:szCs w:val="28"/>
              </w:rPr>
              <w:t>языковых</w:t>
            </w:r>
            <w:proofErr w:type="spellEnd"/>
            <w:r w:rsidRPr="00684EB1">
              <w:rPr>
                <w:rFonts w:cs="Times New Roman"/>
                <w:szCs w:val="28"/>
              </w:rPr>
              <w:t xml:space="preserve"> </w:t>
            </w:r>
            <w:proofErr w:type="spellStart"/>
            <w:r w:rsidRPr="00684EB1">
              <w:rPr>
                <w:rFonts w:cs="Times New Roman"/>
                <w:szCs w:val="28"/>
              </w:rPr>
              <w:t>проектов</w:t>
            </w:r>
            <w:proofErr w:type="spellEnd"/>
          </w:p>
        </w:tc>
        <w:tc>
          <w:tcPr>
            <w:tcW w:w="4032" w:type="dxa"/>
          </w:tcPr>
          <w:p w14:paraId="02159A43" w14:textId="69CD0F36" w:rsidR="00D91B33" w:rsidRPr="00684EB1" w:rsidRDefault="00D91B33" w:rsidP="00F7265A">
            <w:pPr>
              <w:ind w:firstLine="0"/>
              <w:jc w:val="center"/>
              <w:rPr>
                <w:rFonts w:cs="Times New Roman"/>
                <w:szCs w:val="28"/>
                <w:lang w:val="ru-RU"/>
              </w:rPr>
            </w:pPr>
            <w:proofErr w:type="spellStart"/>
            <w:r w:rsidRPr="00684EB1">
              <w:rPr>
                <w:rFonts w:cs="Times New Roman"/>
                <w:szCs w:val="28"/>
              </w:rPr>
              <w:t>Черновой</w:t>
            </w:r>
            <w:proofErr w:type="spellEnd"/>
            <w:r w:rsidRPr="00684EB1">
              <w:rPr>
                <w:rFonts w:cs="Times New Roman"/>
                <w:szCs w:val="28"/>
              </w:rPr>
              <w:t xml:space="preserve"> </w:t>
            </w:r>
            <w:proofErr w:type="spellStart"/>
            <w:r w:rsidRPr="00684EB1">
              <w:rPr>
                <w:rFonts w:cs="Times New Roman"/>
                <w:szCs w:val="28"/>
              </w:rPr>
              <w:t>вариант</w:t>
            </w:r>
            <w:proofErr w:type="spellEnd"/>
            <w:r w:rsidRPr="00684EB1">
              <w:rPr>
                <w:rFonts w:cs="Times New Roman"/>
                <w:szCs w:val="28"/>
              </w:rPr>
              <w:t xml:space="preserve"> </w:t>
            </w:r>
            <w:proofErr w:type="spellStart"/>
            <w:r w:rsidRPr="00684EB1">
              <w:rPr>
                <w:rFonts w:cs="Times New Roman"/>
                <w:szCs w:val="28"/>
              </w:rPr>
              <w:t>командного</w:t>
            </w:r>
            <w:proofErr w:type="spellEnd"/>
            <w:r w:rsidRPr="00684EB1">
              <w:rPr>
                <w:rFonts w:cs="Times New Roman"/>
                <w:szCs w:val="28"/>
              </w:rPr>
              <w:t xml:space="preserve"> </w:t>
            </w:r>
            <w:proofErr w:type="spellStart"/>
            <w:r w:rsidRPr="00684EB1">
              <w:rPr>
                <w:rFonts w:cs="Times New Roman"/>
                <w:szCs w:val="28"/>
              </w:rPr>
              <w:t>проекта</w:t>
            </w:r>
            <w:proofErr w:type="spellEnd"/>
          </w:p>
        </w:tc>
      </w:tr>
      <w:tr w:rsidR="00D91B33" w:rsidRPr="00086839" w14:paraId="72118400" w14:textId="77777777" w:rsidTr="00F7265A">
        <w:trPr>
          <w:jc w:val="center"/>
        </w:trPr>
        <w:tc>
          <w:tcPr>
            <w:tcW w:w="1129" w:type="dxa"/>
          </w:tcPr>
          <w:p w14:paraId="4D082367" w14:textId="77777777" w:rsidR="00D91B33" w:rsidRPr="00684EB1" w:rsidRDefault="00D91B33" w:rsidP="00F7265A">
            <w:pPr>
              <w:ind w:firstLine="0"/>
              <w:rPr>
                <w:rFonts w:cs="Times New Roman"/>
                <w:szCs w:val="28"/>
              </w:rPr>
            </w:pPr>
            <w:r w:rsidRPr="00684EB1">
              <w:rPr>
                <w:rFonts w:cs="Times New Roman"/>
                <w:szCs w:val="28"/>
              </w:rPr>
              <w:t>8</w:t>
            </w:r>
          </w:p>
        </w:tc>
        <w:tc>
          <w:tcPr>
            <w:tcW w:w="2082" w:type="dxa"/>
          </w:tcPr>
          <w:p w14:paraId="4C4308CC" w14:textId="7ACD8259" w:rsidR="00D91B33" w:rsidRPr="00684EB1" w:rsidRDefault="00D91B33" w:rsidP="00F7265A">
            <w:pPr>
              <w:ind w:firstLine="0"/>
              <w:jc w:val="center"/>
              <w:rPr>
                <w:rFonts w:cs="Times New Roman"/>
                <w:szCs w:val="28"/>
                <w:lang w:val="ru-RU"/>
              </w:rPr>
            </w:pPr>
            <w:r w:rsidRPr="00684EB1">
              <w:rPr>
                <w:rFonts w:cs="Times New Roman"/>
                <w:szCs w:val="28"/>
              </w:rPr>
              <w:t>«</w:t>
            </w:r>
            <w:proofErr w:type="spellStart"/>
            <w:r w:rsidRPr="00684EB1">
              <w:rPr>
                <w:rFonts w:cs="Times New Roman"/>
                <w:szCs w:val="28"/>
              </w:rPr>
              <w:t>Дайындық</w:t>
            </w:r>
            <w:proofErr w:type="spellEnd"/>
            <w:r w:rsidRPr="00684EB1">
              <w:rPr>
                <w:rFonts w:cs="Times New Roman"/>
                <w:szCs w:val="28"/>
              </w:rPr>
              <w:t xml:space="preserve"> </w:t>
            </w:r>
            <w:proofErr w:type="spellStart"/>
            <w:r w:rsidRPr="00684EB1">
              <w:rPr>
                <w:rFonts w:cs="Times New Roman"/>
                <w:szCs w:val="28"/>
              </w:rPr>
              <w:t>күні</w:t>
            </w:r>
            <w:proofErr w:type="spellEnd"/>
            <w:r w:rsidRPr="00684EB1">
              <w:rPr>
                <w:rFonts w:cs="Times New Roman"/>
                <w:szCs w:val="28"/>
              </w:rPr>
              <w:t xml:space="preserve">» - </w:t>
            </w:r>
            <w:proofErr w:type="spellStart"/>
            <w:r w:rsidRPr="00684EB1">
              <w:rPr>
                <w:rFonts w:cs="Times New Roman"/>
                <w:szCs w:val="28"/>
              </w:rPr>
              <w:t>день</w:t>
            </w:r>
            <w:proofErr w:type="spellEnd"/>
            <w:r w:rsidRPr="00684EB1">
              <w:rPr>
                <w:rFonts w:cs="Times New Roman"/>
                <w:szCs w:val="28"/>
              </w:rPr>
              <w:t xml:space="preserve"> </w:t>
            </w:r>
            <w:proofErr w:type="spellStart"/>
            <w:r w:rsidRPr="00684EB1">
              <w:rPr>
                <w:rFonts w:cs="Times New Roman"/>
                <w:szCs w:val="28"/>
              </w:rPr>
              <w:t>подготовки</w:t>
            </w:r>
            <w:proofErr w:type="spellEnd"/>
          </w:p>
        </w:tc>
        <w:tc>
          <w:tcPr>
            <w:tcW w:w="2386" w:type="dxa"/>
          </w:tcPr>
          <w:p w14:paraId="42B566E8" w14:textId="390E9A93" w:rsidR="00D91B33" w:rsidRPr="00684EB1" w:rsidRDefault="00D91B33" w:rsidP="00F7265A">
            <w:pPr>
              <w:ind w:firstLine="0"/>
              <w:jc w:val="center"/>
              <w:rPr>
                <w:rFonts w:cs="Times New Roman"/>
                <w:szCs w:val="28"/>
                <w:lang w:val="ru-RU"/>
              </w:rPr>
            </w:pPr>
            <w:r w:rsidRPr="00684EB1">
              <w:rPr>
                <w:rFonts w:cs="Times New Roman"/>
                <w:szCs w:val="28"/>
                <w:lang w:val="ru-RU"/>
              </w:rPr>
              <w:t>Доработка проектов, репетиции, оформление материалов</w:t>
            </w:r>
          </w:p>
        </w:tc>
        <w:tc>
          <w:tcPr>
            <w:tcW w:w="4032" w:type="dxa"/>
          </w:tcPr>
          <w:p w14:paraId="4439A23B" w14:textId="004CD831" w:rsidR="00D91B33" w:rsidRPr="00684EB1" w:rsidRDefault="00D91B33" w:rsidP="00F7265A">
            <w:pPr>
              <w:ind w:firstLine="0"/>
              <w:jc w:val="center"/>
              <w:rPr>
                <w:rFonts w:cs="Times New Roman"/>
                <w:szCs w:val="28"/>
                <w:lang w:val="ru-RU"/>
              </w:rPr>
            </w:pPr>
            <w:proofErr w:type="spellStart"/>
            <w:r w:rsidRPr="00684EB1">
              <w:rPr>
                <w:rFonts w:cs="Times New Roman"/>
                <w:szCs w:val="28"/>
              </w:rPr>
              <w:t>Готовая</w:t>
            </w:r>
            <w:proofErr w:type="spellEnd"/>
            <w:r w:rsidRPr="00684EB1">
              <w:rPr>
                <w:rFonts w:cs="Times New Roman"/>
                <w:szCs w:val="28"/>
              </w:rPr>
              <w:t xml:space="preserve"> </w:t>
            </w:r>
            <w:proofErr w:type="spellStart"/>
            <w:r w:rsidRPr="00684EB1">
              <w:rPr>
                <w:rFonts w:cs="Times New Roman"/>
                <w:szCs w:val="28"/>
              </w:rPr>
              <w:t>презентация</w:t>
            </w:r>
            <w:proofErr w:type="spellEnd"/>
            <w:r w:rsidRPr="00684EB1">
              <w:rPr>
                <w:rFonts w:cs="Times New Roman"/>
                <w:szCs w:val="28"/>
              </w:rPr>
              <w:t>/</w:t>
            </w:r>
            <w:proofErr w:type="spellStart"/>
            <w:r w:rsidRPr="00684EB1">
              <w:rPr>
                <w:rFonts w:cs="Times New Roman"/>
                <w:szCs w:val="28"/>
              </w:rPr>
              <w:t>сценарий</w:t>
            </w:r>
            <w:proofErr w:type="spellEnd"/>
            <w:r w:rsidRPr="00684EB1">
              <w:rPr>
                <w:rFonts w:cs="Times New Roman"/>
                <w:szCs w:val="28"/>
              </w:rPr>
              <w:t>/</w:t>
            </w:r>
            <w:proofErr w:type="spellStart"/>
            <w:r w:rsidRPr="00684EB1">
              <w:rPr>
                <w:rFonts w:cs="Times New Roman"/>
                <w:szCs w:val="28"/>
              </w:rPr>
              <w:t>выставка</w:t>
            </w:r>
            <w:proofErr w:type="spellEnd"/>
          </w:p>
        </w:tc>
      </w:tr>
      <w:tr w:rsidR="00D91B33" w:rsidRPr="00F7265A" w14:paraId="5E024316" w14:textId="77777777" w:rsidTr="00F7265A">
        <w:trPr>
          <w:jc w:val="center"/>
        </w:trPr>
        <w:tc>
          <w:tcPr>
            <w:tcW w:w="1129" w:type="dxa"/>
          </w:tcPr>
          <w:p w14:paraId="2501FAA6" w14:textId="77777777" w:rsidR="00D91B33" w:rsidRPr="00684EB1" w:rsidRDefault="00D91B33" w:rsidP="00F7265A">
            <w:pPr>
              <w:ind w:firstLine="0"/>
              <w:rPr>
                <w:rFonts w:cs="Times New Roman"/>
                <w:szCs w:val="28"/>
              </w:rPr>
            </w:pPr>
            <w:r w:rsidRPr="00684EB1">
              <w:rPr>
                <w:rFonts w:cs="Times New Roman"/>
                <w:szCs w:val="28"/>
              </w:rPr>
              <w:lastRenderedPageBreak/>
              <w:t>9</w:t>
            </w:r>
          </w:p>
        </w:tc>
        <w:tc>
          <w:tcPr>
            <w:tcW w:w="2082" w:type="dxa"/>
          </w:tcPr>
          <w:p w14:paraId="57F97584" w14:textId="1F0E7AA9" w:rsidR="00D91B33" w:rsidRPr="00D91B33" w:rsidRDefault="00D91B33" w:rsidP="00F7265A">
            <w:pPr>
              <w:ind w:firstLine="0"/>
              <w:jc w:val="center"/>
              <w:rPr>
                <w:rFonts w:cs="Times New Roman"/>
                <w:szCs w:val="28"/>
                <w:lang w:val="ru-RU"/>
              </w:rPr>
            </w:pPr>
            <w:r w:rsidRPr="00684EB1">
              <w:rPr>
                <w:rFonts w:cs="Times New Roman"/>
                <w:szCs w:val="28"/>
                <w:lang w:val="ru-RU"/>
              </w:rPr>
              <w:t>«</w:t>
            </w:r>
            <w:proofErr w:type="spellStart"/>
            <w:r w:rsidRPr="00684EB1">
              <w:rPr>
                <w:rFonts w:cs="Times New Roman"/>
                <w:szCs w:val="28"/>
                <w:lang w:val="ru-RU"/>
              </w:rPr>
              <w:t>Тіл</w:t>
            </w:r>
            <w:proofErr w:type="spellEnd"/>
            <w:r w:rsidRPr="00684EB1">
              <w:rPr>
                <w:rFonts w:cs="Times New Roman"/>
                <w:szCs w:val="28"/>
                <w:lang w:val="ru-RU"/>
              </w:rPr>
              <w:t xml:space="preserve"> </w:t>
            </w:r>
            <w:proofErr w:type="spellStart"/>
            <w:r w:rsidRPr="00684EB1">
              <w:rPr>
                <w:rFonts w:cs="Times New Roman"/>
                <w:szCs w:val="28"/>
                <w:lang w:val="ru-RU"/>
              </w:rPr>
              <w:t>мерекесі</w:t>
            </w:r>
            <w:proofErr w:type="spellEnd"/>
            <w:r w:rsidRPr="00684EB1">
              <w:rPr>
                <w:rFonts w:cs="Times New Roman"/>
                <w:szCs w:val="28"/>
                <w:lang w:val="ru-RU"/>
              </w:rPr>
              <w:t>» - фестиваль достижений языковой смены</w:t>
            </w:r>
          </w:p>
        </w:tc>
        <w:tc>
          <w:tcPr>
            <w:tcW w:w="2386" w:type="dxa"/>
          </w:tcPr>
          <w:p w14:paraId="181E202C" w14:textId="09847B58" w:rsidR="00D91B33" w:rsidRPr="00D91B33" w:rsidRDefault="00D91B33" w:rsidP="00F7265A">
            <w:pPr>
              <w:ind w:firstLine="0"/>
              <w:jc w:val="center"/>
              <w:rPr>
                <w:rFonts w:cs="Times New Roman"/>
                <w:szCs w:val="28"/>
                <w:lang w:val="ru-RU"/>
              </w:rPr>
            </w:pPr>
            <w:r w:rsidRPr="00684EB1">
              <w:rPr>
                <w:rFonts w:cs="Times New Roman"/>
                <w:szCs w:val="28"/>
                <w:lang w:val="ru-RU"/>
              </w:rPr>
              <w:t xml:space="preserve">Презентация результатов изучения </w:t>
            </w:r>
            <w:r>
              <w:rPr>
                <w:rFonts w:cs="Times New Roman"/>
                <w:szCs w:val="28"/>
                <w:lang w:val="ru-RU"/>
              </w:rPr>
              <w:t>английского</w:t>
            </w:r>
            <w:r w:rsidRPr="00684EB1">
              <w:rPr>
                <w:rFonts w:cs="Times New Roman"/>
                <w:szCs w:val="28"/>
                <w:lang w:val="ru-RU"/>
              </w:rPr>
              <w:t xml:space="preserve"> языка</w:t>
            </w:r>
          </w:p>
        </w:tc>
        <w:tc>
          <w:tcPr>
            <w:tcW w:w="4032" w:type="dxa"/>
          </w:tcPr>
          <w:p w14:paraId="56C4FBF1" w14:textId="3A7C8795" w:rsidR="00D91B33" w:rsidRPr="00D91B33" w:rsidRDefault="00D91B33" w:rsidP="00F7265A">
            <w:pPr>
              <w:ind w:firstLine="0"/>
              <w:jc w:val="center"/>
              <w:rPr>
                <w:rFonts w:cs="Times New Roman"/>
                <w:szCs w:val="28"/>
                <w:lang w:val="ru-RU"/>
              </w:rPr>
            </w:pPr>
            <w:r w:rsidRPr="00684EB1">
              <w:rPr>
                <w:rFonts w:cs="Times New Roman"/>
                <w:szCs w:val="28"/>
                <w:lang w:val="ru-RU"/>
              </w:rPr>
              <w:t>Защита проектов, выступления, выставка, награждение</w:t>
            </w:r>
          </w:p>
        </w:tc>
      </w:tr>
      <w:tr w:rsidR="00D91B33" w:rsidRPr="00F7265A" w14:paraId="468108C0" w14:textId="77777777" w:rsidTr="00F7265A">
        <w:trPr>
          <w:jc w:val="center"/>
        </w:trPr>
        <w:tc>
          <w:tcPr>
            <w:tcW w:w="1129" w:type="dxa"/>
          </w:tcPr>
          <w:p w14:paraId="17D48A79" w14:textId="77777777" w:rsidR="00D91B33" w:rsidRPr="00684EB1" w:rsidRDefault="00D91B33" w:rsidP="00F7265A">
            <w:pPr>
              <w:ind w:firstLine="0"/>
              <w:rPr>
                <w:rFonts w:cs="Times New Roman"/>
                <w:szCs w:val="28"/>
              </w:rPr>
            </w:pPr>
            <w:r w:rsidRPr="00684EB1">
              <w:rPr>
                <w:rFonts w:cs="Times New Roman"/>
                <w:szCs w:val="28"/>
              </w:rPr>
              <w:t>10</w:t>
            </w:r>
          </w:p>
        </w:tc>
        <w:tc>
          <w:tcPr>
            <w:tcW w:w="2082" w:type="dxa"/>
          </w:tcPr>
          <w:p w14:paraId="4FD0F183" w14:textId="566A23D6" w:rsidR="00D91B33" w:rsidRPr="00684EB1" w:rsidRDefault="00D91B33" w:rsidP="00F7265A">
            <w:pPr>
              <w:ind w:firstLine="0"/>
              <w:jc w:val="center"/>
              <w:rPr>
                <w:rFonts w:cs="Times New Roman"/>
                <w:szCs w:val="28"/>
              </w:rPr>
            </w:pPr>
            <w:r w:rsidRPr="00684EB1">
              <w:rPr>
                <w:rFonts w:cs="Times New Roman"/>
                <w:szCs w:val="28"/>
              </w:rPr>
              <w:t>«</w:t>
            </w:r>
            <w:proofErr w:type="spellStart"/>
            <w:r w:rsidRPr="00684EB1">
              <w:rPr>
                <w:rFonts w:cs="Times New Roman"/>
                <w:szCs w:val="28"/>
              </w:rPr>
              <w:t>Қоштасу</w:t>
            </w:r>
            <w:proofErr w:type="spellEnd"/>
            <w:r w:rsidRPr="00684EB1">
              <w:rPr>
                <w:rFonts w:cs="Times New Roman"/>
                <w:szCs w:val="28"/>
              </w:rPr>
              <w:t xml:space="preserve"> </w:t>
            </w:r>
            <w:proofErr w:type="spellStart"/>
            <w:r w:rsidRPr="00684EB1">
              <w:rPr>
                <w:rFonts w:cs="Times New Roman"/>
                <w:szCs w:val="28"/>
              </w:rPr>
              <w:t>күні</w:t>
            </w:r>
            <w:proofErr w:type="spellEnd"/>
            <w:r w:rsidRPr="00684EB1">
              <w:rPr>
                <w:rFonts w:cs="Times New Roman"/>
                <w:szCs w:val="28"/>
              </w:rPr>
              <w:t xml:space="preserve">» - </w:t>
            </w:r>
            <w:proofErr w:type="spellStart"/>
            <w:r w:rsidRPr="00684EB1">
              <w:rPr>
                <w:rFonts w:cs="Times New Roman"/>
                <w:szCs w:val="28"/>
              </w:rPr>
              <w:t>закрытие</w:t>
            </w:r>
            <w:proofErr w:type="spellEnd"/>
            <w:r w:rsidRPr="00684EB1">
              <w:rPr>
                <w:rFonts w:cs="Times New Roman"/>
                <w:szCs w:val="28"/>
              </w:rPr>
              <w:t xml:space="preserve"> </w:t>
            </w:r>
            <w:proofErr w:type="spellStart"/>
            <w:r w:rsidRPr="00684EB1">
              <w:rPr>
                <w:rFonts w:cs="Times New Roman"/>
                <w:szCs w:val="28"/>
              </w:rPr>
              <w:t>смены</w:t>
            </w:r>
            <w:proofErr w:type="spellEnd"/>
          </w:p>
        </w:tc>
        <w:tc>
          <w:tcPr>
            <w:tcW w:w="2386" w:type="dxa"/>
          </w:tcPr>
          <w:p w14:paraId="1DCE1937" w14:textId="40EDB83C" w:rsidR="00D91B33" w:rsidRPr="00684EB1" w:rsidRDefault="00D91B33" w:rsidP="00F7265A">
            <w:pPr>
              <w:ind w:firstLine="0"/>
              <w:jc w:val="center"/>
              <w:rPr>
                <w:rFonts w:cs="Times New Roman"/>
                <w:szCs w:val="28"/>
                <w:lang w:val="ru-RU"/>
              </w:rPr>
            </w:pPr>
            <w:proofErr w:type="spellStart"/>
            <w:r w:rsidRPr="00684EB1">
              <w:rPr>
                <w:rFonts w:cs="Times New Roman"/>
                <w:szCs w:val="28"/>
              </w:rPr>
              <w:t>Рефлексия</w:t>
            </w:r>
            <w:proofErr w:type="spellEnd"/>
            <w:r w:rsidRPr="00684EB1">
              <w:rPr>
                <w:rFonts w:cs="Times New Roman"/>
                <w:szCs w:val="28"/>
              </w:rPr>
              <w:t xml:space="preserve">, </w:t>
            </w:r>
            <w:proofErr w:type="spellStart"/>
            <w:r w:rsidRPr="00684EB1">
              <w:rPr>
                <w:rFonts w:cs="Times New Roman"/>
                <w:szCs w:val="28"/>
              </w:rPr>
              <w:t>подведение</w:t>
            </w:r>
            <w:proofErr w:type="spellEnd"/>
            <w:r w:rsidRPr="00684EB1">
              <w:rPr>
                <w:rFonts w:cs="Times New Roman"/>
                <w:szCs w:val="28"/>
              </w:rPr>
              <w:t xml:space="preserve"> </w:t>
            </w:r>
            <w:proofErr w:type="spellStart"/>
            <w:r w:rsidRPr="00684EB1">
              <w:rPr>
                <w:rFonts w:cs="Times New Roman"/>
                <w:szCs w:val="28"/>
              </w:rPr>
              <w:t>итогов</w:t>
            </w:r>
            <w:proofErr w:type="spellEnd"/>
            <w:r w:rsidRPr="00684EB1">
              <w:rPr>
                <w:rFonts w:cs="Times New Roman"/>
                <w:szCs w:val="28"/>
              </w:rPr>
              <w:t xml:space="preserve">, </w:t>
            </w:r>
            <w:proofErr w:type="spellStart"/>
            <w:r w:rsidRPr="00684EB1">
              <w:rPr>
                <w:rFonts w:cs="Times New Roman"/>
                <w:szCs w:val="28"/>
              </w:rPr>
              <w:t>выезд</w:t>
            </w:r>
            <w:proofErr w:type="spellEnd"/>
          </w:p>
        </w:tc>
        <w:tc>
          <w:tcPr>
            <w:tcW w:w="4032" w:type="dxa"/>
          </w:tcPr>
          <w:p w14:paraId="06AA18AB" w14:textId="7AC1BA6C" w:rsidR="00D91B33" w:rsidRPr="00D91B33" w:rsidRDefault="00D91B33" w:rsidP="00F7265A">
            <w:pPr>
              <w:ind w:firstLine="0"/>
              <w:jc w:val="center"/>
              <w:rPr>
                <w:rFonts w:cs="Times New Roman"/>
                <w:szCs w:val="28"/>
                <w:lang w:val="ru-RU"/>
              </w:rPr>
            </w:pPr>
            <w:r w:rsidRPr="00684EB1">
              <w:rPr>
                <w:rFonts w:cs="Times New Roman"/>
                <w:szCs w:val="28"/>
                <w:lang w:val="ru-RU"/>
              </w:rPr>
              <w:t>Итоговая анкета, языковой портфель, сертификаты</w:t>
            </w:r>
          </w:p>
        </w:tc>
      </w:tr>
    </w:tbl>
    <w:p w14:paraId="77CB5B42" w14:textId="77777777" w:rsidR="00D91B33" w:rsidRDefault="00D91B33" w:rsidP="00F7265A">
      <w:pPr>
        <w:pStyle w:val="21"/>
        <w:spacing w:before="0" w:after="0"/>
        <w:ind w:firstLine="720"/>
        <w:rPr>
          <w:rFonts w:eastAsia="Times New Roman" w:cs="Times New Roman"/>
          <w:szCs w:val="28"/>
          <w:lang w:val="ru-RU"/>
        </w:rPr>
      </w:pPr>
    </w:p>
    <w:p w14:paraId="70C2B968" w14:textId="7519BF43" w:rsidR="00B9286B" w:rsidRPr="00684EB1" w:rsidRDefault="00BE1021" w:rsidP="00F7265A">
      <w:pPr>
        <w:pStyle w:val="21"/>
        <w:spacing w:before="0" w:after="0"/>
        <w:ind w:firstLine="720"/>
        <w:rPr>
          <w:rFonts w:cs="Times New Roman"/>
          <w:szCs w:val="28"/>
          <w:lang w:val="ru-RU"/>
        </w:rPr>
      </w:pPr>
      <w:r w:rsidRPr="00684EB1">
        <w:rPr>
          <w:rFonts w:eastAsia="Times New Roman" w:cs="Times New Roman"/>
          <w:szCs w:val="28"/>
          <w:lang w:val="ru-RU"/>
        </w:rPr>
        <w:t>Детализированное содержание смены по дням</w:t>
      </w:r>
    </w:p>
    <w:p w14:paraId="794FB374" w14:textId="6F9EEAB9" w:rsidR="00B9286B" w:rsidRPr="00684EB1" w:rsidRDefault="00BE1021" w:rsidP="00F7265A">
      <w:pPr>
        <w:pStyle w:val="31"/>
        <w:spacing w:before="0" w:after="0"/>
        <w:ind w:firstLine="720"/>
        <w:rPr>
          <w:rFonts w:cs="Times New Roman"/>
          <w:szCs w:val="28"/>
          <w:lang w:val="ru-RU"/>
        </w:rPr>
      </w:pPr>
      <w:r w:rsidRPr="00684EB1">
        <w:rPr>
          <w:rFonts w:eastAsia="Times New Roman" w:cs="Times New Roman"/>
          <w:szCs w:val="28"/>
          <w:lang w:val="ru-RU"/>
        </w:rPr>
        <w:t>1 день. «</w:t>
      </w:r>
      <w:proofErr w:type="spellStart"/>
      <w:r w:rsidRPr="00684EB1">
        <w:rPr>
          <w:rFonts w:eastAsia="Times New Roman" w:cs="Times New Roman"/>
          <w:szCs w:val="28"/>
          <w:lang w:val="ru-RU"/>
        </w:rPr>
        <w:t>Тіл</w:t>
      </w:r>
      <w:proofErr w:type="spellEnd"/>
      <w:r w:rsidRPr="00684EB1">
        <w:rPr>
          <w:rFonts w:eastAsia="Times New Roman" w:cs="Times New Roman"/>
          <w:szCs w:val="28"/>
          <w:lang w:val="ru-RU"/>
        </w:rPr>
        <w:t xml:space="preserve"> </w:t>
      </w:r>
      <w:proofErr w:type="spellStart"/>
      <w:r w:rsidRPr="00684EB1">
        <w:rPr>
          <w:rFonts w:eastAsia="Times New Roman" w:cs="Times New Roman"/>
          <w:szCs w:val="28"/>
          <w:lang w:val="ru-RU"/>
        </w:rPr>
        <w:t>әлемі</w:t>
      </w:r>
      <w:proofErr w:type="spellEnd"/>
      <w:r w:rsidRPr="00684EB1">
        <w:rPr>
          <w:rFonts w:eastAsia="Times New Roman" w:cs="Times New Roman"/>
          <w:szCs w:val="28"/>
          <w:lang w:val="ru-RU"/>
        </w:rPr>
        <w:t>» - день открытия языковой смены</w:t>
      </w:r>
    </w:p>
    <w:tbl>
      <w:tblPr>
        <w:tblStyle w:val="aff0"/>
        <w:tblW w:w="0" w:type="auto"/>
        <w:jc w:val="center"/>
        <w:tblLook w:val="04A0" w:firstRow="1" w:lastRow="0" w:firstColumn="1" w:lastColumn="0" w:noHBand="0" w:noVBand="1"/>
      </w:tblPr>
      <w:tblGrid>
        <w:gridCol w:w="2834"/>
        <w:gridCol w:w="6795"/>
      </w:tblGrid>
      <w:tr w:rsidR="00B9286B" w:rsidRPr="00684EB1" w14:paraId="0BB3FC9F" w14:textId="77777777">
        <w:trPr>
          <w:tblHeader/>
          <w:jc w:val="center"/>
        </w:trPr>
        <w:tc>
          <w:tcPr>
            <w:tcW w:w="2835" w:type="dxa"/>
            <w:shd w:val="clear" w:color="auto" w:fill="D9EAD3"/>
            <w:vAlign w:val="center"/>
          </w:tcPr>
          <w:p w14:paraId="01A45FE8"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Компонент</w:t>
            </w:r>
            <w:proofErr w:type="spellEnd"/>
            <w:r w:rsidRPr="00684EB1">
              <w:rPr>
                <w:rFonts w:cs="Times New Roman"/>
                <w:b/>
                <w:szCs w:val="28"/>
              </w:rPr>
              <w:t xml:space="preserve"> </w:t>
            </w:r>
            <w:proofErr w:type="spellStart"/>
            <w:r w:rsidRPr="00684EB1">
              <w:rPr>
                <w:rFonts w:cs="Times New Roman"/>
                <w:b/>
                <w:szCs w:val="28"/>
              </w:rPr>
              <w:t>дня</w:t>
            </w:r>
            <w:proofErr w:type="spellEnd"/>
          </w:p>
        </w:tc>
        <w:tc>
          <w:tcPr>
            <w:tcW w:w="6803" w:type="dxa"/>
            <w:shd w:val="clear" w:color="auto" w:fill="D9EAD3"/>
            <w:vAlign w:val="center"/>
          </w:tcPr>
          <w:p w14:paraId="19FFF703"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Содержание</w:t>
            </w:r>
            <w:proofErr w:type="spellEnd"/>
          </w:p>
        </w:tc>
      </w:tr>
      <w:tr w:rsidR="00B9286B" w:rsidRPr="00F7265A" w14:paraId="33A29886" w14:textId="77777777">
        <w:trPr>
          <w:jc w:val="center"/>
        </w:trPr>
        <w:tc>
          <w:tcPr>
            <w:tcW w:w="2835" w:type="dxa"/>
          </w:tcPr>
          <w:p w14:paraId="12EF062A" w14:textId="77777777" w:rsidR="00B9286B" w:rsidRPr="00684EB1" w:rsidRDefault="00BE1021" w:rsidP="00F7265A">
            <w:pPr>
              <w:ind w:firstLine="0"/>
              <w:jc w:val="both"/>
              <w:rPr>
                <w:rFonts w:cs="Times New Roman"/>
                <w:szCs w:val="28"/>
                <w:lang w:val="ru-RU"/>
              </w:rPr>
            </w:pPr>
            <w:r w:rsidRPr="00684EB1">
              <w:rPr>
                <w:rFonts w:cs="Times New Roman"/>
                <w:szCs w:val="28"/>
                <w:lang w:val="ru-RU"/>
              </w:rPr>
              <w:t>Развивающие / проектные / исследовательские / творческие занятия (не менее 2)</w:t>
            </w:r>
          </w:p>
        </w:tc>
        <w:tc>
          <w:tcPr>
            <w:tcW w:w="6803" w:type="dxa"/>
          </w:tcPr>
          <w:p w14:paraId="76CC4365" w14:textId="615BE87F" w:rsidR="00B9286B" w:rsidRPr="00684EB1" w:rsidRDefault="00BE1021" w:rsidP="00F7265A">
            <w:pPr>
              <w:ind w:firstLine="0"/>
              <w:jc w:val="both"/>
              <w:rPr>
                <w:rFonts w:cs="Times New Roman"/>
                <w:szCs w:val="28"/>
                <w:lang w:val="ru-RU"/>
              </w:rPr>
            </w:pPr>
            <w:r w:rsidRPr="00684EB1">
              <w:rPr>
                <w:rFonts w:cs="Times New Roman"/>
                <w:szCs w:val="28"/>
                <w:lang w:val="ru-RU"/>
              </w:rPr>
              <w:t xml:space="preserve">Знакомство с территорией </w:t>
            </w:r>
            <w:r w:rsidR="002B0A03" w:rsidRPr="00FD4D4F">
              <w:rPr>
                <w:rFonts w:cs="Times New Roman"/>
                <w:szCs w:val="28"/>
                <w:lang w:val="ru-RU"/>
              </w:rPr>
              <w:t>ДО</w:t>
            </w:r>
            <w:r w:rsidR="005C06FD">
              <w:rPr>
                <w:rFonts w:cs="Times New Roman"/>
                <w:szCs w:val="28"/>
                <w:lang w:val="ru-RU"/>
              </w:rPr>
              <w:t>Л</w:t>
            </w:r>
            <w:r w:rsidRPr="00684EB1">
              <w:rPr>
                <w:rFonts w:cs="Times New Roman"/>
                <w:szCs w:val="28"/>
                <w:lang w:val="ru-RU"/>
              </w:rPr>
              <w:t>, правилами пребывания и идеей языковой смены.</w:t>
            </w:r>
          </w:p>
          <w:p w14:paraId="154282DA" w14:textId="67E32517" w:rsidR="00B9286B" w:rsidRPr="00684EB1" w:rsidRDefault="00BE1021" w:rsidP="00F7265A">
            <w:pPr>
              <w:ind w:firstLine="0"/>
              <w:jc w:val="both"/>
              <w:rPr>
                <w:rFonts w:cs="Times New Roman"/>
                <w:szCs w:val="28"/>
                <w:lang w:val="ru-RU"/>
              </w:rPr>
            </w:pPr>
            <w:r w:rsidRPr="00684EB1">
              <w:rPr>
                <w:rFonts w:cs="Times New Roman"/>
                <w:szCs w:val="28"/>
                <w:lang w:val="ru-RU"/>
              </w:rPr>
              <w:t>Развивающая игра «Мой языковой маршрут»: интересы, ожидания, языковой опыт.</w:t>
            </w:r>
          </w:p>
        </w:tc>
      </w:tr>
      <w:tr w:rsidR="00B9286B" w:rsidRPr="00F7265A" w14:paraId="31C15841" w14:textId="77777777">
        <w:trPr>
          <w:jc w:val="center"/>
        </w:trPr>
        <w:tc>
          <w:tcPr>
            <w:tcW w:w="2835" w:type="dxa"/>
          </w:tcPr>
          <w:p w14:paraId="7FC21069" w14:textId="77777777" w:rsidR="00B9286B" w:rsidRPr="009679D4" w:rsidRDefault="00BE1021" w:rsidP="00F7265A">
            <w:pPr>
              <w:ind w:firstLine="0"/>
              <w:jc w:val="both"/>
              <w:rPr>
                <w:rFonts w:cs="Times New Roman"/>
                <w:szCs w:val="28"/>
                <w:lang w:val="ru-RU"/>
              </w:rPr>
            </w:pPr>
            <w:r w:rsidRPr="009679D4">
              <w:rPr>
                <w:rFonts w:cs="Times New Roman"/>
                <w:szCs w:val="28"/>
                <w:lang w:val="ru-RU"/>
              </w:rPr>
              <w:t>Практико-ориентированные занятия (не менее 2)</w:t>
            </w:r>
          </w:p>
        </w:tc>
        <w:tc>
          <w:tcPr>
            <w:tcW w:w="6803" w:type="dxa"/>
          </w:tcPr>
          <w:p w14:paraId="52FC9423" w14:textId="3B6C67C4" w:rsidR="00B9286B" w:rsidRPr="009679D4" w:rsidRDefault="00BE1021" w:rsidP="00F7265A">
            <w:pPr>
              <w:ind w:firstLine="0"/>
              <w:jc w:val="both"/>
              <w:rPr>
                <w:rFonts w:cs="Times New Roman"/>
                <w:szCs w:val="28"/>
                <w:lang w:val="ru-RU"/>
              </w:rPr>
            </w:pPr>
            <w:r w:rsidRPr="009679D4">
              <w:rPr>
                <w:rFonts w:cs="Times New Roman"/>
                <w:szCs w:val="28"/>
                <w:lang w:val="ru-RU"/>
              </w:rPr>
              <w:t>Инструктажи по безопасности, пожарной безопасности, санитарно-гигиеническим правилам и режиму дня.</w:t>
            </w:r>
          </w:p>
          <w:p w14:paraId="3ECBF6A1" w14:textId="45E95858" w:rsidR="00B9286B" w:rsidRPr="009679D4" w:rsidRDefault="00BE1021" w:rsidP="00F7265A">
            <w:pPr>
              <w:ind w:firstLine="0"/>
              <w:jc w:val="both"/>
              <w:rPr>
                <w:rFonts w:cs="Times New Roman"/>
                <w:szCs w:val="28"/>
                <w:lang w:val="ru-RU"/>
              </w:rPr>
            </w:pPr>
            <w:r w:rsidRPr="009679D4">
              <w:rPr>
                <w:rFonts w:cs="Times New Roman"/>
                <w:szCs w:val="28"/>
                <w:lang w:val="ru-RU"/>
              </w:rPr>
              <w:t>Практическая работа «Языковой паспорт участника»: имя, интересы, языковая цель, фразы приветствия.</w:t>
            </w:r>
          </w:p>
        </w:tc>
      </w:tr>
      <w:tr w:rsidR="00B9286B" w:rsidRPr="00F7265A" w14:paraId="17965FE9" w14:textId="77777777">
        <w:trPr>
          <w:jc w:val="center"/>
        </w:trPr>
        <w:tc>
          <w:tcPr>
            <w:tcW w:w="2835" w:type="dxa"/>
          </w:tcPr>
          <w:p w14:paraId="61638051" w14:textId="77777777" w:rsidR="00B9286B" w:rsidRPr="00684EB1" w:rsidRDefault="00BE1021" w:rsidP="00F7265A">
            <w:pPr>
              <w:ind w:firstLine="0"/>
              <w:jc w:val="both"/>
              <w:rPr>
                <w:rFonts w:cs="Times New Roman"/>
                <w:szCs w:val="28"/>
                <w:lang w:val="ru-RU"/>
              </w:rPr>
            </w:pPr>
            <w:r w:rsidRPr="00684EB1">
              <w:rPr>
                <w:rFonts w:cs="Times New Roman"/>
                <w:szCs w:val="28"/>
                <w:lang w:val="ru-RU"/>
              </w:rPr>
              <w:t>Воспитательные мероприятия и проекты (не менее 2)</w:t>
            </w:r>
          </w:p>
        </w:tc>
        <w:tc>
          <w:tcPr>
            <w:tcW w:w="6803" w:type="dxa"/>
          </w:tcPr>
          <w:p w14:paraId="413E80F0" w14:textId="205C53F2" w:rsidR="00B9286B" w:rsidRPr="00684EB1" w:rsidRDefault="00BE1021" w:rsidP="00F7265A">
            <w:pPr>
              <w:ind w:firstLine="0"/>
              <w:jc w:val="both"/>
              <w:rPr>
                <w:rFonts w:cs="Times New Roman"/>
                <w:szCs w:val="28"/>
                <w:lang w:val="ru-RU"/>
              </w:rPr>
            </w:pPr>
            <w:r w:rsidRPr="00684EB1">
              <w:rPr>
                <w:rFonts w:cs="Times New Roman"/>
                <w:szCs w:val="28"/>
                <w:lang w:val="ru-RU"/>
              </w:rPr>
              <w:t>Торжественное открытие смены «</w:t>
            </w:r>
            <w:proofErr w:type="spellStart"/>
            <w:r w:rsidRPr="00684EB1">
              <w:rPr>
                <w:rFonts w:cs="Times New Roman"/>
                <w:szCs w:val="28"/>
                <w:lang w:val="ru-RU"/>
              </w:rPr>
              <w:t>Тіл</w:t>
            </w:r>
            <w:proofErr w:type="spellEnd"/>
            <w:r w:rsidRPr="00684EB1">
              <w:rPr>
                <w:rFonts w:cs="Times New Roman"/>
                <w:szCs w:val="28"/>
                <w:lang w:val="ru-RU"/>
              </w:rPr>
              <w:t xml:space="preserve"> </w:t>
            </w:r>
            <w:proofErr w:type="spellStart"/>
            <w:r w:rsidRPr="00684EB1">
              <w:rPr>
                <w:rFonts w:cs="Times New Roman"/>
                <w:szCs w:val="28"/>
                <w:lang w:val="ru-RU"/>
              </w:rPr>
              <w:t>әлемі</w:t>
            </w:r>
            <w:proofErr w:type="spellEnd"/>
            <w:r w:rsidRPr="00684EB1">
              <w:rPr>
                <w:rFonts w:cs="Times New Roman"/>
                <w:szCs w:val="28"/>
                <w:lang w:val="ru-RU"/>
              </w:rPr>
              <w:t>».</w:t>
            </w:r>
          </w:p>
          <w:p w14:paraId="15E5450A" w14:textId="2423DE87" w:rsidR="00B9286B" w:rsidRPr="00684EB1" w:rsidRDefault="00BE1021" w:rsidP="00F7265A">
            <w:pPr>
              <w:ind w:firstLine="0"/>
              <w:jc w:val="both"/>
              <w:rPr>
                <w:rFonts w:cs="Times New Roman"/>
                <w:szCs w:val="28"/>
                <w:lang w:val="ru-RU"/>
              </w:rPr>
            </w:pPr>
            <w:r w:rsidRPr="00684EB1">
              <w:rPr>
                <w:rFonts w:cs="Times New Roman"/>
                <w:szCs w:val="28"/>
                <w:lang w:val="ru-RU"/>
              </w:rPr>
              <w:t xml:space="preserve">Вечерняя рефлексия «Мои ожидания от языкового </w:t>
            </w:r>
            <w:r w:rsidR="002B0A03" w:rsidRPr="00FD4D4F">
              <w:rPr>
                <w:rFonts w:cs="Times New Roman"/>
                <w:szCs w:val="28"/>
                <w:lang w:val="ru-RU"/>
              </w:rPr>
              <w:t>ДО</w:t>
            </w:r>
            <w:r w:rsidR="005C06FD">
              <w:rPr>
                <w:rFonts w:cs="Times New Roman"/>
                <w:szCs w:val="28"/>
                <w:lang w:val="ru-RU"/>
              </w:rPr>
              <w:t>Л</w:t>
            </w:r>
            <w:r w:rsidRPr="00684EB1">
              <w:rPr>
                <w:rFonts w:cs="Times New Roman"/>
                <w:szCs w:val="28"/>
                <w:lang w:val="ru-RU"/>
              </w:rPr>
              <w:t>».</w:t>
            </w:r>
          </w:p>
        </w:tc>
      </w:tr>
      <w:tr w:rsidR="00B9286B" w:rsidRPr="00F7265A" w14:paraId="6BFEAB5F" w14:textId="77777777">
        <w:trPr>
          <w:jc w:val="center"/>
        </w:trPr>
        <w:tc>
          <w:tcPr>
            <w:tcW w:w="2835" w:type="dxa"/>
          </w:tcPr>
          <w:p w14:paraId="7EEA27DC" w14:textId="77777777" w:rsidR="00B9286B" w:rsidRPr="00684EB1" w:rsidRDefault="00BE1021" w:rsidP="00F7265A">
            <w:pPr>
              <w:ind w:firstLine="0"/>
              <w:rPr>
                <w:rFonts w:cs="Times New Roman"/>
                <w:szCs w:val="28"/>
                <w:lang w:val="ru-RU"/>
              </w:rPr>
            </w:pPr>
            <w:r w:rsidRPr="00684EB1">
              <w:rPr>
                <w:rFonts w:cs="Times New Roman"/>
                <w:szCs w:val="28"/>
                <w:lang w:val="ru-RU"/>
              </w:rPr>
              <w:t>Оздоровительный модуль (до 3 академических часов в день)</w:t>
            </w:r>
          </w:p>
        </w:tc>
        <w:tc>
          <w:tcPr>
            <w:tcW w:w="6803" w:type="dxa"/>
          </w:tcPr>
          <w:p w14:paraId="7808284B" w14:textId="4D95D4D8" w:rsidR="00B9286B" w:rsidRPr="00684EB1" w:rsidRDefault="00BE1021" w:rsidP="00F7265A">
            <w:pPr>
              <w:ind w:firstLine="0"/>
              <w:rPr>
                <w:rFonts w:cs="Times New Roman"/>
                <w:szCs w:val="28"/>
                <w:lang w:val="ru-RU"/>
              </w:rPr>
            </w:pPr>
            <w:r w:rsidRPr="00684EB1">
              <w:rPr>
                <w:rFonts w:cs="Times New Roman"/>
                <w:szCs w:val="28"/>
                <w:lang w:val="ru-RU"/>
              </w:rPr>
              <w:t>Утренняя/адаптационная разминка, прогулка по территории, подвижные игры на знакомство.</w:t>
            </w:r>
          </w:p>
        </w:tc>
      </w:tr>
      <w:tr w:rsidR="00B9286B" w:rsidRPr="00F7265A" w14:paraId="10BE320C" w14:textId="77777777">
        <w:trPr>
          <w:jc w:val="center"/>
        </w:trPr>
        <w:tc>
          <w:tcPr>
            <w:tcW w:w="2835" w:type="dxa"/>
          </w:tcPr>
          <w:p w14:paraId="24014B88" w14:textId="77777777" w:rsidR="00B9286B" w:rsidRPr="00684EB1" w:rsidRDefault="00BE1021" w:rsidP="00F7265A">
            <w:pPr>
              <w:ind w:firstLine="0"/>
              <w:rPr>
                <w:rFonts w:cs="Times New Roman"/>
                <w:szCs w:val="28"/>
              </w:rPr>
            </w:pPr>
            <w:proofErr w:type="spellStart"/>
            <w:r w:rsidRPr="00684EB1">
              <w:rPr>
                <w:rFonts w:cs="Times New Roman"/>
                <w:szCs w:val="28"/>
              </w:rPr>
              <w:t>Ожидаемый</w:t>
            </w:r>
            <w:proofErr w:type="spellEnd"/>
            <w:r w:rsidRPr="00684EB1">
              <w:rPr>
                <w:rFonts w:cs="Times New Roman"/>
                <w:szCs w:val="28"/>
              </w:rPr>
              <w:t xml:space="preserve"> </w:t>
            </w:r>
            <w:proofErr w:type="spellStart"/>
            <w:r w:rsidRPr="00684EB1">
              <w:rPr>
                <w:rFonts w:cs="Times New Roman"/>
                <w:szCs w:val="28"/>
              </w:rPr>
              <w:t>результат</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6803" w:type="dxa"/>
          </w:tcPr>
          <w:p w14:paraId="60BB6929" w14:textId="77777777" w:rsidR="00B9286B" w:rsidRPr="00684EB1" w:rsidRDefault="00BE1021" w:rsidP="00F7265A">
            <w:pPr>
              <w:ind w:firstLine="0"/>
              <w:rPr>
                <w:rFonts w:cs="Times New Roman"/>
                <w:szCs w:val="28"/>
                <w:lang w:val="ru-RU"/>
              </w:rPr>
            </w:pPr>
            <w:r w:rsidRPr="00684EB1">
              <w:rPr>
                <w:rFonts w:cs="Times New Roman"/>
                <w:szCs w:val="28"/>
                <w:lang w:val="ru-RU"/>
              </w:rPr>
              <w:t>Участники ознакомлены с правилами, включены в коллектив и определили личные языковые цели.</w:t>
            </w:r>
          </w:p>
        </w:tc>
      </w:tr>
    </w:tbl>
    <w:p w14:paraId="6B92BC44" w14:textId="77777777" w:rsidR="00B9286B" w:rsidRPr="00684EB1" w:rsidRDefault="00BE1021" w:rsidP="00F7265A">
      <w:pPr>
        <w:pStyle w:val="31"/>
        <w:spacing w:before="0" w:after="0"/>
        <w:rPr>
          <w:rFonts w:cs="Times New Roman"/>
          <w:szCs w:val="28"/>
          <w:lang w:val="ru-RU"/>
        </w:rPr>
      </w:pPr>
      <w:r w:rsidRPr="00684EB1">
        <w:rPr>
          <w:rFonts w:eastAsia="Times New Roman" w:cs="Times New Roman"/>
          <w:szCs w:val="28"/>
          <w:lang w:val="ru-RU"/>
        </w:rPr>
        <w:t>2 день. «</w:t>
      </w:r>
      <w:proofErr w:type="spellStart"/>
      <w:r w:rsidRPr="00684EB1">
        <w:rPr>
          <w:rFonts w:eastAsia="Times New Roman" w:cs="Times New Roman"/>
          <w:szCs w:val="28"/>
          <w:lang w:val="ru-RU"/>
        </w:rPr>
        <w:t>Тілдік</w:t>
      </w:r>
      <w:proofErr w:type="spellEnd"/>
      <w:r w:rsidRPr="00684EB1">
        <w:rPr>
          <w:rFonts w:eastAsia="Times New Roman" w:cs="Times New Roman"/>
          <w:szCs w:val="28"/>
          <w:lang w:val="ru-RU"/>
        </w:rPr>
        <w:t xml:space="preserve"> команда» - день языковой команды</w:t>
      </w:r>
    </w:p>
    <w:tbl>
      <w:tblPr>
        <w:tblStyle w:val="aff0"/>
        <w:tblW w:w="0" w:type="auto"/>
        <w:jc w:val="center"/>
        <w:tblLook w:val="04A0" w:firstRow="1" w:lastRow="0" w:firstColumn="1" w:lastColumn="0" w:noHBand="0" w:noVBand="1"/>
      </w:tblPr>
      <w:tblGrid>
        <w:gridCol w:w="2834"/>
        <w:gridCol w:w="6795"/>
      </w:tblGrid>
      <w:tr w:rsidR="00B9286B" w:rsidRPr="00684EB1" w14:paraId="3370CEBD" w14:textId="77777777">
        <w:trPr>
          <w:tblHeader/>
          <w:jc w:val="center"/>
        </w:trPr>
        <w:tc>
          <w:tcPr>
            <w:tcW w:w="2835" w:type="dxa"/>
            <w:shd w:val="clear" w:color="auto" w:fill="D9EAD3"/>
            <w:vAlign w:val="center"/>
          </w:tcPr>
          <w:p w14:paraId="774D6899" w14:textId="77777777" w:rsidR="00B9286B" w:rsidRPr="00684EB1" w:rsidRDefault="00BE1021" w:rsidP="00F7265A">
            <w:pPr>
              <w:ind w:firstLine="0"/>
              <w:rPr>
                <w:rFonts w:cs="Times New Roman"/>
                <w:szCs w:val="28"/>
              </w:rPr>
            </w:pPr>
            <w:proofErr w:type="spellStart"/>
            <w:r w:rsidRPr="00684EB1">
              <w:rPr>
                <w:rFonts w:cs="Times New Roman"/>
                <w:b/>
                <w:szCs w:val="28"/>
              </w:rPr>
              <w:t>Компонент</w:t>
            </w:r>
            <w:proofErr w:type="spellEnd"/>
            <w:r w:rsidRPr="00684EB1">
              <w:rPr>
                <w:rFonts w:cs="Times New Roman"/>
                <w:b/>
                <w:szCs w:val="28"/>
              </w:rPr>
              <w:t xml:space="preserve"> </w:t>
            </w:r>
            <w:proofErr w:type="spellStart"/>
            <w:r w:rsidRPr="00684EB1">
              <w:rPr>
                <w:rFonts w:cs="Times New Roman"/>
                <w:b/>
                <w:szCs w:val="28"/>
              </w:rPr>
              <w:t>дня</w:t>
            </w:r>
            <w:proofErr w:type="spellEnd"/>
          </w:p>
        </w:tc>
        <w:tc>
          <w:tcPr>
            <w:tcW w:w="6803" w:type="dxa"/>
            <w:shd w:val="clear" w:color="auto" w:fill="D9EAD3"/>
            <w:vAlign w:val="center"/>
          </w:tcPr>
          <w:p w14:paraId="6FB2A4FF" w14:textId="77777777" w:rsidR="00B9286B" w:rsidRPr="00684EB1" w:rsidRDefault="00BE1021" w:rsidP="00F7265A">
            <w:pPr>
              <w:ind w:firstLine="0"/>
              <w:rPr>
                <w:rFonts w:cs="Times New Roman"/>
                <w:szCs w:val="28"/>
              </w:rPr>
            </w:pPr>
            <w:proofErr w:type="spellStart"/>
            <w:r w:rsidRPr="00684EB1">
              <w:rPr>
                <w:rFonts w:cs="Times New Roman"/>
                <w:b/>
                <w:szCs w:val="28"/>
              </w:rPr>
              <w:t>Содержание</w:t>
            </w:r>
            <w:proofErr w:type="spellEnd"/>
          </w:p>
        </w:tc>
      </w:tr>
      <w:tr w:rsidR="00B9286B" w:rsidRPr="00F7265A" w14:paraId="4B5E78B1" w14:textId="77777777">
        <w:trPr>
          <w:jc w:val="center"/>
        </w:trPr>
        <w:tc>
          <w:tcPr>
            <w:tcW w:w="2835" w:type="dxa"/>
          </w:tcPr>
          <w:p w14:paraId="09B7E522" w14:textId="77777777" w:rsidR="00B9286B" w:rsidRPr="00684EB1" w:rsidRDefault="00BE1021" w:rsidP="00F7265A">
            <w:pPr>
              <w:ind w:firstLine="0"/>
              <w:rPr>
                <w:rFonts w:cs="Times New Roman"/>
                <w:szCs w:val="28"/>
                <w:lang w:val="ru-RU"/>
              </w:rPr>
            </w:pPr>
            <w:r w:rsidRPr="00684EB1">
              <w:rPr>
                <w:rFonts w:cs="Times New Roman"/>
                <w:szCs w:val="28"/>
                <w:lang w:val="ru-RU"/>
              </w:rPr>
              <w:t>Развивающие / проектные / исследовательские / творческие занятия (не менее 2)</w:t>
            </w:r>
          </w:p>
        </w:tc>
        <w:tc>
          <w:tcPr>
            <w:tcW w:w="6803" w:type="dxa"/>
          </w:tcPr>
          <w:p w14:paraId="6EDDECDD" w14:textId="7050E5A2" w:rsidR="00B9286B" w:rsidRPr="00684EB1" w:rsidRDefault="00BE1021" w:rsidP="00F7265A">
            <w:pPr>
              <w:ind w:firstLine="0"/>
              <w:jc w:val="both"/>
              <w:rPr>
                <w:rFonts w:cs="Times New Roman"/>
                <w:szCs w:val="28"/>
                <w:lang w:val="ru-RU"/>
              </w:rPr>
            </w:pPr>
            <w:r w:rsidRPr="00684EB1">
              <w:rPr>
                <w:rFonts w:cs="Times New Roman"/>
                <w:szCs w:val="28"/>
                <w:lang w:val="ru-RU"/>
              </w:rPr>
              <w:t>Развивающее занятие «Как общаться, если слов пока мало».</w:t>
            </w:r>
          </w:p>
          <w:p w14:paraId="52D4DE3C" w14:textId="43064ADA" w:rsidR="00B9286B" w:rsidRPr="00684EB1" w:rsidRDefault="00BE1021" w:rsidP="00F7265A">
            <w:pPr>
              <w:ind w:firstLine="0"/>
              <w:jc w:val="both"/>
              <w:rPr>
                <w:rFonts w:cs="Times New Roman"/>
                <w:szCs w:val="28"/>
                <w:lang w:val="ru-RU"/>
              </w:rPr>
            </w:pPr>
            <w:r w:rsidRPr="00684EB1">
              <w:rPr>
                <w:rFonts w:cs="Times New Roman"/>
                <w:szCs w:val="28"/>
                <w:lang w:val="ru-RU"/>
              </w:rPr>
              <w:t>Командная языковая игра на приветствия, вопросы и взаимное представление.</w:t>
            </w:r>
          </w:p>
        </w:tc>
      </w:tr>
      <w:tr w:rsidR="00B9286B" w:rsidRPr="00F7265A" w14:paraId="456E066C" w14:textId="77777777">
        <w:trPr>
          <w:jc w:val="center"/>
        </w:trPr>
        <w:tc>
          <w:tcPr>
            <w:tcW w:w="2835" w:type="dxa"/>
          </w:tcPr>
          <w:p w14:paraId="0248F06D" w14:textId="77777777" w:rsidR="00B9286B" w:rsidRPr="00684EB1" w:rsidRDefault="00BE1021" w:rsidP="00F7265A">
            <w:pPr>
              <w:ind w:firstLine="0"/>
              <w:rPr>
                <w:rFonts w:cs="Times New Roman"/>
                <w:szCs w:val="28"/>
                <w:lang w:val="ru-RU"/>
              </w:rPr>
            </w:pPr>
            <w:r w:rsidRPr="00684EB1">
              <w:rPr>
                <w:rFonts w:cs="Times New Roman"/>
                <w:szCs w:val="28"/>
                <w:lang w:val="ru-RU"/>
              </w:rPr>
              <w:lastRenderedPageBreak/>
              <w:t>Практико-ориентированные занятия (не менее 2)</w:t>
            </w:r>
          </w:p>
        </w:tc>
        <w:tc>
          <w:tcPr>
            <w:tcW w:w="6803" w:type="dxa"/>
          </w:tcPr>
          <w:p w14:paraId="433C3C12" w14:textId="35ED8132" w:rsidR="00B9286B" w:rsidRPr="00684EB1" w:rsidRDefault="00BE1021" w:rsidP="00F7265A">
            <w:pPr>
              <w:ind w:firstLine="0"/>
              <w:jc w:val="both"/>
              <w:rPr>
                <w:rFonts w:cs="Times New Roman"/>
                <w:szCs w:val="28"/>
                <w:lang w:val="ru-RU"/>
              </w:rPr>
            </w:pPr>
            <w:r w:rsidRPr="00684EB1">
              <w:rPr>
                <w:rFonts w:cs="Times New Roman"/>
                <w:szCs w:val="28"/>
                <w:lang w:val="ru-RU"/>
              </w:rPr>
              <w:t>Тренинг «Языковые роли в команде»: спикер, переводчик, дизайнер, ведущий, помощник.</w:t>
            </w:r>
          </w:p>
          <w:p w14:paraId="78D95A66" w14:textId="1EC0A9D3" w:rsidR="00B9286B" w:rsidRPr="00684EB1" w:rsidRDefault="00BE1021" w:rsidP="00F7265A">
            <w:pPr>
              <w:ind w:firstLine="0"/>
              <w:jc w:val="both"/>
              <w:rPr>
                <w:rFonts w:cs="Times New Roman"/>
                <w:szCs w:val="28"/>
                <w:lang w:val="ru-RU"/>
              </w:rPr>
            </w:pPr>
            <w:r w:rsidRPr="00684EB1">
              <w:rPr>
                <w:rFonts w:cs="Times New Roman"/>
                <w:szCs w:val="28"/>
                <w:lang w:val="ru-RU"/>
              </w:rPr>
              <w:t xml:space="preserve">Практикум «Отрядная визитка с использованием </w:t>
            </w:r>
            <w:r w:rsidR="005C06FD">
              <w:rPr>
                <w:rFonts w:cs="Times New Roman"/>
                <w:szCs w:val="28"/>
                <w:lang w:val="ru-RU"/>
              </w:rPr>
              <w:t xml:space="preserve">английского </w:t>
            </w:r>
            <w:r w:rsidRPr="00684EB1">
              <w:rPr>
                <w:rFonts w:cs="Times New Roman"/>
                <w:szCs w:val="28"/>
                <w:lang w:val="ru-RU"/>
              </w:rPr>
              <w:t>языка».</w:t>
            </w:r>
          </w:p>
        </w:tc>
      </w:tr>
      <w:tr w:rsidR="00B9286B" w:rsidRPr="00F7265A" w14:paraId="241357A3" w14:textId="77777777">
        <w:trPr>
          <w:jc w:val="center"/>
        </w:trPr>
        <w:tc>
          <w:tcPr>
            <w:tcW w:w="2835" w:type="dxa"/>
          </w:tcPr>
          <w:p w14:paraId="28F93161" w14:textId="77777777" w:rsidR="00B9286B" w:rsidRPr="00684EB1" w:rsidRDefault="00BE1021" w:rsidP="00F7265A">
            <w:pPr>
              <w:ind w:firstLine="0"/>
              <w:rPr>
                <w:rFonts w:cs="Times New Roman"/>
                <w:szCs w:val="28"/>
                <w:lang w:val="ru-RU"/>
              </w:rPr>
            </w:pPr>
            <w:r w:rsidRPr="00684EB1">
              <w:rPr>
                <w:rFonts w:cs="Times New Roman"/>
                <w:szCs w:val="28"/>
                <w:lang w:val="ru-RU"/>
              </w:rPr>
              <w:t>Воспитательные мероприятия и проекты (не менее 2)</w:t>
            </w:r>
          </w:p>
        </w:tc>
        <w:tc>
          <w:tcPr>
            <w:tcW w:w="6803" w:type="dxa"/>
          </w:tcPr>
          <w:p w14:paraId="7AE82F66" w14:textId="28501759" w:rsidR="00B9286B" w:rsidRPr="00684EB1" w:rsidRDefault="00BE1021" w:rsidP="00F7265A">
            <w:pPr>
              <w:ind w:firstLine="0"/>
              <w:jc w:val="both"/>
              <w:rPr>
                <w:rFonts w:cs="Times New Roman"/>
                <w:szCs w:val="28"/>
                <w:lang w:val="ru-RU"/>
              </w:rPr>
            </w:pPr>
            <w:r w:rsidRPr="00684EB1">
              <w:rPr>
                <w:rFonts w:cs="Times New Roman"/>
                <w:szCs w:val="28"/>
                <w:lang w:val="ru-RU"/>
              </w:rPr>
              <w:t>Воспитательное мероприятие «Уважение, поддержка и право на ошибку в общении».</w:t>
            </w:r>
          </w:p>
          <w:p w14:paraId="386F621A" w14:textId="4696F409" w:rsidR="00B9286B" w:rsidRPr="00684EB1" w:rsidRDefault="00BE1021" w:rsidP="00F7265A">
            <w:pPr>
              <w:ind w:firstLine="0"/>
              <w:jc w:val="both"/>
              <w:rPr>
                <w:rFonts w:cs="Times New Roman"/>
                <w:szCs w:val="28"/>
                <w:lang w:val="ru-RU"/>
              </w:rPr>
            </w:pPr>
            <w:r w:rsidRPr="00684EB1">
              <w:rPr>
                <w:rFonts w:cs="Times New Roman"/>
                <w:szCs w:val="28"/>
                <w:lang w:val="ru-RU"/>
              </w:rPr>
              <w:t>Вечер отрядных визиток «</w:t>
            </w:r>
            <w:r w:rsidRPr="00684EB1">
              <w:rPr>
                <w:rFonts w:cs="Times New Roman"/>
                <w:szCs w:val="28"/>
              </w:rPr>
              <w:t>We</w:t>
            </w:r>
            <w:r w:rsidRPr="00684EB1">
              <w:rPr>
                <w:rFonts w:cs="Times New Roman"/>
                <w:szCs w:val="28"/>
                <w:lang w:val="ru-RU"/>
              </w:rPr>
              <w:t xml:space="preserve"> </w:t>
            </w:r>
            <w:r w:rsidRPr="00684EB1">
              <w:rPr>
                <w:rFonts w:cs="Times New Roman"/>
                <w:szCs w:val="28"/>
              </w:rPr>
              <w:t>are</w:t>
            </w:r>
            <w:r w:rsidRPr="00684EB1">
              <w:rPr>
                <w:rFonts w:cs="Times New Roman"/>
                <w:szCs w:val="28"/>
                <w:lang w:val="ru-RU"/>
              </w:rPr>
              <w:t xml:space="preserve"> </w:t>
            </w:r>
            <w:r w:rsidRPr="00684EB1">
              <w:rPr>
                <w:rFonts w:cs="Times New Roman"/>
                <w:szCs w:val="28"/>
              </w:rPr>
              <w:t>a</w:t>
            </w:r>
            <w:r w:rsidRPr="00684EB1">
              <w:rPr>
                <w:rFonts w:cs="Times New Roman"/>
                <w:szCs w:val="28"/>
                <w:lang w:val="ru-RU"/>
              </w:rPr>
              <w:t xml:space="preserve"> </w:t>
            </w:r>
            <w:r w:rsidRPr="00684EB1">
              <w:rPr>
                <w:rFonts w:cs="Times New Roman"/>
                <w:szCs w:val="28"/>
              </w:rPr>
              <w:t>team</w:t>
            </w:r>
            <w:r w:rsidRPr="00684EB1">
              <w:rPr>
                <w:rFonts w:cs="Times New Roman"/>
                <w:szCs w:val="28"/>
                <w:lang w:val="ru-RU"/>
              </w:rPr>
              <w:t xml:space="preserve"> / </w:t>
            </w:r>
            <w:proofErr w:type="spellStart"/>
            <w:r w:rsidRPr="00684EB1">
              <w:rPr>
                <w:rFonts w:cs="Times New Roman"/>
                <w:szCs w:val="28"/>
                <w:lang w:val="ru-RU"/>
              </w:rPr>
              <w:t>Біз</w:t>
            </w:r>
            <w:proofErr w:type="spellEnd"/>
            <w:r w:rsidRPr="00684EB1">
              <w:rPr>
                <w:rFonts w:cs="Times New Roman"/>
                <w:szCs w:val="28"/>
                <w:lang w:val="ru-RU"/>
              </w:rPr>
              <w:t xml:space="preserve"> </w:t>
            </w:r>
            <w:proofErr w:type="spellStart"/>
            <w:r w:rsidRPr="00684EB1">
              <w:rPr>
                <w:rFonts w:cs="Times New Roman"/>
                <w:szCs w:val="28"/>
                <w:lang w:val="ru-RU"/>
              </w:rPr>
              <w:t>біргеміз</w:t>
            </w:r>
            <w:proofErr w:type="spellEnd"/>
            <w:r w:rsidRPr="00684EB1">
              <w:rPr>
                <w:rFonts w:cs="Times New Roman"/>
                <w:szCs w:val="28"/>
                <w:lang w:val="ru-RU"/>
              </w:rPr>
              <w:t>».</w:t>
            </w:r>
          </w:p>
        </w:tc>
      </w:tr>
      <w:tr w:rsidR="00B9286B" w:rsidRPr="00F7265A" w14:paraId="62EB1D90" w14:textId="77777777">
        <w:trPr>
          <w:jc w:val="center"/>
        </w:trPr>
        <w:tc>
          <w:tcPr>
            <w:tcW w:w="2835" w:type="dxa"/>
          </w:tcPr>
          <w:p w14:paraId="1515DA0A" w14:textId="77777777" w:rsidR="00B9286B" w:rsidRPr="00684EB1" w:rsidRDefault="00BE1021" w:rsidP="00F7265A">
            <w:pPr>
              <w:ind w:firstLine="0"/>
              <w:rPr>
                <w:rFonts w:cs="Times New Roman"/>
                <w:szCs w:val="28"/>
                <w:lang w:val="ru-RU"/>
              </w:rPr>
            </w:pPr>
            <w:r w:rsidRPr="00684EB1">
              <w:rPr>
                <w:rFonts w:cs="Times New Roman"/>
                <w:szCs w:val="28"/>
                <w:lang w:val="ru-RU"/>
              </w:rPr>
              <w:t>Оздоровительный модуль (до 3 академических часов в день)</w:t>
            </w:r>
          </w:p>
        </w:tc>
        <w:tc>
          <w:tcPr>
            <w:tcW w:w="6803" w:type="dxa"/>
          </w:tcPr>
          <w:p w14:paraId="025A729A" w14:textId="77FEC19D" w:rsidR="00B9286B" w:rsidRPr="00684EB1" w:rsidRDefault="00BE1021" w:rsidP="00F7265A">
            <w:pPr>
              <w:ind w:firstLine="0"/>
              <w:jc w:val="both"/>
              <w:rPr>
                <w:rFonts w:cs="Times New Roman"/>
                <w:szCs w:val="28"/>
                <w:lang w:val="ru-RU"/>
              </w:rPr>
            </w:pPr>
            <w:r w:rsidRPr="00684EB1">
              <w:rPr>
                <w:rFonts w:cs="Times New Roman"/>
                <w:szCs w:val="28"/>
                <w:lang w:val="ru-RU"/>
              </w:rPr>
              <w:t>Утренняя зарядка, спортивная эстафета, игры на сплочение.</w:t>
            </w:r>
          </w:p>
        </w:tc>
      </w:tr>
      <w:tr w:rsidR="00B9286B" w:rsidRPr="00F7265A" w14:paraId="68D90559" w14:textId="77777777">
        <w:trPr>
          <w:jc w:val="center"/>
        </w:trPr>
        <w:tc>
          <w:tcPr>
            <w:tcW w:w="2835" w:type="dxa"/>
          </w:tcPr>
          <w:p w14:paraId="70DA102D" w14:textId="77777777" w:rsidR="00B9286B" w:rsidRPr="00684EB1" w:rsidRDefault="00BE1021" w:rsidP="00F7265A">
            <w:pPr>
              <w:ind w:firstLine="0"/>
              <w:rPr>
                <w:rFonts w:cs="Times New Roman"/>
                <w:szCs w:val="28"/>
              </w:rPr>
            </w:pPr>
            <w:proofErr w:type="spellStart"/>
            <w:r w:rsidRPr="00684EB1">
              <w:rPr>
                <w:rFonts w:cs="Times New Roman"/>
                <w:szCs w:val="28"/>
              </w:rPr>
              <w:t>Ожидаемый</w:t>
            </w:r>
            <w:proofErr w:type="spellEnd"/>
            <w:r w:rsidRPr="00684EB1">
              <w:rPr>
                <w:rFonts w:cs="Times New Roman"/>
                <w:szCs w:val="28"/>
              </w:rPr>
              <w:t xml:space="preserve"> </w:t>
            </w:r>
            <w:proofErr w:type="spellStart"/>
            <w:r w:rsidRPr="00684EB1">
              <w:rPr>
                <w:rFonts w:cs="Times New Roman"/>
                <w:szCs w:val="28"/>
              </w:rPr>
              <w:t>результат</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6803" w:type="dxa"/>
          </w:tcPr>
          <w:p w14:paraId="78AB90A5" w14:textId="77777777" w:rsidR="00B9286B" w:rsidRPr="00684EB1" w:rsidRDefault="00BE1021" w:rsidP="00F7265A">
            <w:pPr>
              <w:ind w:firstLine="0"/>
              <w:jc w:val="both"/>
              <w:rPr>
                <w:rFonts w:cs="Times New Roman"/>
                <w:szCs w:val="28"/>
                <w:lang w:val="ru-RU"/>
              </w:rPr>
            </w:pPr>
            <w:r w:rsidRPr="00684EB1">
              <w:rPr>
                <w:rFonts w:cs="Times New Roman"/>
                <w:szCs w:val="28"/>
                <w:lang w:val="ru-RU"/>
              </w:rPr>
              <w:t>Сформированы языковые команды, участники подготовили отрядную визитку и правила общения.</w:t>
            </w:r>
          </w:p>
        </w:tc>
      </w:tr>
    </w:tbl>
    <w:p w14:paraId="68AF0776" w14:textId="77777777" w:rsidR="00B9286B" w:rsidRPr="00684EB1" w:rsidRDefault="00BE1021" w:rsidP="00F7265A">
      <w:pPr>
        <w:pStyle w:val="31"/>
        <w:spacing w:before="0" w:after="0"/>
        <w:rPr>
          <w:rFonts w:cs="Times New Roman"/>
          <w:szCs w:val="28"/>
          <w:lang w:val="ru-RU"/>
        </w:rPr>
      </w:pPr>
      <w:r w:rsidRPr="00684EB1">
        <w:rPr>
          <w:rFonts w:eastAsia="Times New Roman" w:cs="Times New Roman"/>
          <w:szCs w:val="28"/>
          <w:lang w:val="ru-RU"/>
        </w:rPr>
        <w:t>3 день. «</w:t>
      </w:r>
      <w:proofErr w:type="spellStart"/>
      <w:r w:rsidRPr="00684EB1">
        <w:rPr>
          <w:rFonts w:eastAsia="Times New Roman" w:cs="Times New Roman"/>
          <w:szCs w:val="28"/>
          <w:lang w:val="ru-RU"/>
        </w:rPr>
        <w:t>Сөздік</w:t>
      </w:r>
      <w:proofErr w:type="spellEnd"/>
      <w:r w:rsidRPr="00684EB1">
        <w:rPr>
          <w:rFonts w:eastAsia="Times New Roman" w:cs="Times New Roman"/>
          <w:szCs w:val="28"/>
          <w:lang w:val="ru-RU"/>
        </w:rPr>
        <w:t xml:space="preserve"> </w:t>
      </w:r>
      <w:proofErr w:type="spellStart"/>
      <w:r w:rsidRPr="00684EB1">
        <w:rPr>
          <w:rFonts w:eastAsia="Times New Roman" w:cs="Times New Roman"/>
          <w:szCs w:val="28"/>
          <w:lang w:val="ru-RU"/>
        </w:rPr>
        <w:t>және</w:t>
      </w:r>
      <w:proofErr w:type="spellEnd"/>
      <w:r w:rsidRPr="00684EB1">
        <w:rPr>
          <w:rFonts w:eastAsia="Times New Roman" w:cs="Times New Roman"/>
          <w:szCs w:val="28"/>
          <w:lang w:val="ru-RU"/>
        </w:rPr>
        <w:t xml:space="preserve"> </w:t>
      </w:r>
      <w:proofErr w:type="spellStart"/>
      <w:r w:rsidRPr="00684EB1">
        <w:rPr>
          <w:rFonts w:eastAsia="Times New Roman" w:cs="Times New Roman"/>
          <w:szCs w:val="28"/>
          <w:lang w:val="ru-RU"/>
        </w:rPr>
        <w:t>сөйлесу</w:t>
      </w:r>
      <w:proofErr w:type="spellEnd"/>
      <w:r w:rsidRPr="00684EB1">
        <w:rPr>
          <w:rFonts w:eastAsia="Times New Roman" w:cs="Times New Roman"/>
          <w:szCs w:val="28"/>
          <w:lang w:val="ru-RU"/>
        </w:rPr>
        <w:t>» - день словаря и общения</w:t>
      </w:r>
    </w:p>
    <w:tbl>
      <w:tblPr>
        <w:tblStyle w:val="aff0"/>
        <w:tblW w:w="0" w:type="auto"/>
        <w:jc w:val="center"/>
        <w:tblLook w:val="04A0" w:firstRow="1" w:lastRow="0" w:firstColumn="1" w:lastColumn="0" w:noHBand="0" w:noVBand="1"/>
      </w:tblPr>
      <w:tblGrid>
        <w:gridCol w:w="2834"/>
        <w:gridCol w:w="6795"/>
      </w:tblGrid>
      <w:tr w:rsidR="00B9286B" w:rsidRPr="00684EB1" w14:paraId="36D0F27E" w14:textId="77777777">
        <w:trPr>
          <w:tblHeader/>
          <w:jc w:val="center"/>
        </w:trPr>
        <w:tc>
          <w:tcPr>
            <w:tcW w:w="2835" w:type="dxa"/>
            <w:shd w:val="clear" w:color="auto" w:fill="D9EAD3"/>
            <w:vAlign w:val="center"/>
          </w:tcPr>
          <w:p w14:paraId="1DBE3BCC" w14:textId="77777777" w:rsidR="00B9286B" w:rsidRPr="00684EB1" w:rsidRDefault="00BE1021" w:rsidP="00F7265A">
            <w:pPr>
              <w:ind w:firstLine="0"/>
              <w:rPr>
                <w:rFonts w:cs="Times New Roman"/>
                <w:szCs w:val="28"/>
              </w:rPr>
            </w:pPr>
            <w:proofErr w:type="spellStart"/>
            <w:r w:rsidRPr="00684EB1">
              <w:rPr>
                <w:rFonts w:cs="Times New Roman"/>
                <w:b/>
                <w:szCs w:val="28"/>
              </w:rPr>
              <w:t>Компонент</w:t>
            </w:r>
            <w:proofErr w:type="spellEnd"/>
            <w:r w:rsidRPr="00684EB1">
              <w:rPr>
                <w:rFonts w:cs="Times New Roman"/>
                <w:b/>
                <w:szCs w:val="28"/>
              </w:rPr>
              <w:t xml:space="preserve"> </w:t>
            </w:r>
            <w:proofErr w:type="spellStart"/>
            <w:r w:rsidRPr="00684EB1">
              <w:rPr>
                <w:rFonts w:cs="Times New Roman"/>
                <w:b/>
                <w:szCs w:val="28"/>
              </w:rPr>
              <w:t>дня</w:t>
            </w:r>
            <w:proofErr w:type="spellEnd"/>
          </w:p>
        </w:tc>
        <w:tc>
          <w:tcPr>
            <w:tcW w:w="6803" w:type="dxa"/>
            <w:shd w:val="clear" w:color="auto" w:fill="D9EAD3"/>
            <w:vAlign w:val="center"/>
          </w:tcPr>
          <w:p w14:paraId="2608B33D" w14:textId="77777777" w:rsidR="00B9286B" w:rsidRPr="00684EB1" w:rsidRDefault="00BE1021" w:rsidP="00F7265A">
            <w:pPr>
              <w:ind w:firstLine="0"/>
              <w:rPr>
                <w:rFonts w:cs="Times New Roman"/>
                <w:szCs w:val="28"/>
              </w:rPr>
            </w:pPr>
            <w:proofErr w:type="spellStart"/>
            <w:r w:rsidRPr="00684EB1">
              <w:rPr>
                <w:rFonts w:cs="Times New Roman"/>
                <w:b/>
                <w:szCs w:val="28"/>
              </w:rPr>
              <w:t>Содержание</w:t>
            </w:r>
            <w:proofErr w:type="spellEnd"/>
          </w:p>
        </w:tc>
      </w:tr>
      <w:tr w:rsidR="00B9286B" w:rsidRPr="00F7265A" w14:paraId="34CC978F" w14:textId="77777777">
        <w:trPr>
          <w:jc w:val="center"/>
        </w:trPr>
        <w:tc>
          <w:tcPr>
            <w:tcW w:w="2835" w:type="dxa"/>
          </w:tcPr>
          <w:p w14:paraId="08F3A29E" w14:textId="77777777" w:rsidR="00B9286B" w:rsidRPr="00684EB1" w:rsidRDefault="00BE1021" w:rsidP="00F7265A">
            <w:pPr>
              <w:ind w:firstLine="0"/>
              <w:rPr>
                <w:rFonts w:cs="Times New Roman"/>
                <w:szCs w:val="28"/>
                <w:lang w:val="ru-RU"/>
              </w:rPr>
            </w:pPr>
            <w:r w:rsidRPr="00684EB1">
              <w:rPr>
                <w:rFonts w:cs="Times New Roman"/>
                <w:szCs w:val="28"/>
                <w:lang w:val="ru-RU"/>
              </w:rPr>
              <w:t>Развивающие / проектные / исследовательские / творческие занятия (не менее 2)</w:t>
            </w:r>
          </w:p>
        </w:tc>
        <w:tc>
          <w:tcPr>
            <w:tcW w:w="6803" w:type="dxa"/>
          </w:tcPr>
          <w:p w14:paraId="05B24EE2" w14:textId="3E53E6F4" w:rsidR="00B9286B" w:rsidRPr="00684EB1" w:rsidRDefault="00BE1021" w:rsidP="00F7265A">
            <w:pPr>
              <w:ind w:firstLine="0"/>
              <w:jc w:val="both"/>
              <w:rPr>
                <w:rFonts w:cs="Times New Roman"/>
                <w:szCs w:val="28"/>
                <w:lang w:val="ru-RU"/>
              </w:rPr>
            </w:pPr>
            <w:r w:rsidRPr="00684EB1">
              <w:rPr>
                <w:rFonts w:cs="Times New Roman"/>
                <w:szCs w:val="28"/>
                <w:lang w:val="ru-RU"/>
              </w:rPr>
              <w:t xml:space="preserve">Развивающее занятие «Словарь </w:t>
            </w:r>
            <w:r w:rsidR="002B0A03" w:rsidRPr="00FD4D4F">
              <w:rPr>
                <w:rFonts w:cs="Times New Roman"/>
                <w:szCs w:val="28"/>
                <w:lang w:val="ru-RU"/>
              </w:rPr>
              <w:t>ДО</w:t>
            </w:r>
            <w:r w:rsidR="005C06FD">
              <w:rPr>
                <w:rFonts w:cs="Times New Roman"/>
                <w:szCs w:val="28"/>
                <w:lang w:val="ru-RU"/>
              </w:rPr>
              <w:t>Л</w:t>
            </w:r>
            <w:r w:rsidRPr="00684EB1">
              <w:rPr>
                <w:rFonts w:cs="Times New Roman"/>
                <w:szCs w:val="28"/>
                <w:lang w:val="ru-RU"/>
              </w:rPr>
              <w:t xml:space="preserve">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 приветствие, знакомство, просьба, благодарность.</w:t>
            </w:r>
          </w:p>
          <w:p w14:paraId="2488F285" w14:textId="579D24AC" w:rsidR="00B9286B" w:rsidRPr="00684EB1" w:rsidRDefault="00BE1021" w:rsidP="00F7265A">
            <w:pPr>
              <w:ind w:firstLine="0"/>
              <w:jc w:val="both"/>
              <w:rPr>
                <w:rFonts w:cs="Times New Roman"/>
                <w:szCs w:val="28"/>
                <w:lang w:val="ru-RU"/>
              </w:rPr>
            </w:pPr>
            <w:r w:rsidRPr="00684EB1">
              <w:rPr>
                <w:rFonts w:cs="Times New Roman"/>
                <w:szCs w:val="28"/>
                <w:lang w:val="ru-RU"/>
              </w:rPr>
              <w:t>Творческое занятие «Фразы и ценности»: речевой этикет, уважение, поддержка, культура общения.</w:t>
            </w:r>
          </w:p>
        </w:tc>
      </w:tr>
      <w:tr w:rsidR="00B9286B" w:rsidRPr="00F7265A" w14:paraId="7F15315B" w14:textId="77777777">
        <w:trPr>
          <w:jc w:val="center"/>
        </w:trPr>
        <w:tc>
          <w:tcPr>
            <w:tcW w:w="2835" w:type="dxa"/>
          </w:tcPr>
          <w:p w14:paraId="27DF081E" w14:textId="77777777" w:rsidR="00B9286B" w:rsidRPr="00684EB1" w:rsidRDefault="00BE1021" w:rsidP="00F7265A">
            <w:pPr>
              <w:ind w:firstLine="0"/>
              <w:rPr>
                <w:rFonts w:cs="Times New Roman"/>
                <w:szCs w:val="28"/>
                <w:lang w:val="ru-RU"/>
              </w:rPr>
            </w:pPr>
            <w:r w:rsidRPr="00684EB1">
              <w:rPr>
                <w:rFonts w:cs="Times New Roman"/>
                <w:szCs w:val="28"/>
                <w:lang w:val="ru-RU"/>
              </w:rPr>
              <w:t>Практико-ориентированные занятия (не менее 2)</w:t>
            </w:r>
          </w:p>
        </w:tc>
        <w:tc>
          <w:tcPr>
            <w:tcW w:w="6803" w:type="dxa"/>
          </w:tcPr>
          <w:p w14:paraId="32471F19" w14:textId="3DF5DC24" w:rsidR="00B9286B" w:rsidRPr="00684EB1" w:rsidRDefault="00BE1021" w:rsidP="00F7265A">
            <w:pPr>
              <w:ind w:firstLine="0"/>
              <w:jc w:val="both"/>
              <w:rPr>
                <w:rFonts w:cs="Times New Roman"/>
                <w:szCs w:val="28"/>
                <w:lang w:val="ru-RU"/>
              </w:rPr>
            </w:pPr>
            <w:r w:rsidRPr="00684EB1">
              <w:rPr>
                <w:rFonts w:cs="Times New Roman"/>
                <w:szCs w:val="28"/>
                <w:lang w:val="ru-RU"/>
              </w:rPr>
              <w:t xml:space="preserve">Практикум диалогов «Один день в лагере»: бытовые и игровые фразы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w:t>
            </w:r>
          </w:p>
          <w:p w14:paraId="6D80BE66" w14:textId="563F40F2" w:rsidR="00B9286B" w:rsidRPr="00684EB1" w:rsidRDefault="00BE1021" w:rsidP="00F7265A">
            <w:pPr>
              <w:ind w:firstLine="0"/>
              <w:jc w:val="both"/>
              <w:rPr>
                <w:rFonts w:cs="Times New Roman"/>
                <w:szCs w:val="28"/>
                <w:lang w:val="ru-RU"/>
              </w:rPr>
            </w:pPr>
            <w:r w:rsidRPr="00684EB1">
              <w:rPr>
                <w:rFonts w:cs="Times New Roman"/>
                <w:szCs w:val="28"/>
                <w:lang w:val="ru-RU"/>
              </w:rPr>
              <w:t>Языковой квест «</w:t>
            </w:r>
            <w:proofErr w:type="spellStart"/>
            <w:r w:rsidRPr="00684EB1">
              <w:rPr>
                <w:rFonts w:cs="Times New Roman"/>
                <w:szCs w:val="28"/>
                <w:lang w:val="ru-RU"/>
              </w:rPr>
              <w:t>Сөздік</w:t>
            </w:r>
            <w:proofErr w:type="spellEnd"/>
            <w:r w:rsidRPr="00684EB1">
              <w:rPr>
                <w:rFonts w:cs="Times New Roman"/>
                <w:szCs w:val="28"/>
                <w:lang w:val="ru-RU"/>
              </w:rPr>
              <w:t xml:space="preserve"> </w:t>
            </w:r>
            <w:proofErr w:type="spellStart"/>
            <w:r w:rsidRPr="00684EB1">
              <w:rPr>
                <w:rFonts w:cs="Times New Roman"/>
                <w:szCs w:val="28"/>
                <w:lang w:val="ru-RU"/>
              </w:rPr>
              <w:t>және</w:t>
            </w:r>
            <w:proofErr w:type="spellEnd"/>
            <w:r w:rsidRPr="00684EB1">
              <w:rPr>
                <w:rFonts w:cs="Times New Roman"/>
                <w:szCs w:val="28"/>
                <w:lang w:val="ru-RU"/>
              </w:rPr>
              <w:t xml:space="preserve"> </w:t>
            </w:r>
            <w:proofErr w:type="spellStart"/>
            <w:r w:rsidRPr="00684EB1">
              <w:rPr>
                <w:rFonts w:cs="Times New Roman"/>
                <w:szCs w:val="28"/>
                <w:lang w:val="ru-RU"/>
              </w:rPr>
              <w:t>сөйлесу</w:t>
            </w:r>
            <w:proofErr w:type="spellEnd"/>
            <w:r w:rsidRPr="00684EB1">
              <w:rPr>
                <w:rFonts w:cs="Times New Roman"/>
                <w:szCs w:val="28"/>
                <w:lang w:val="ru-RU"/>
              </w:rPr>
              <w:t>»: поиск подсказок и выполнение заданий с использованием изученных фраз.</w:t>
            </w:r>
          </w:p>
        </w:tc>
      </w:tr>
      <w:tr w:rsidR="00B9286B" w:rsidRPr="00F7265A" w14:paraId="46772F1D" w14:textId="77777777">
        <w:trPr>
          <w:jc w:val="center"/>
        </w:trPr>
        <w:tc>
          <w:tcPr>
            <w:tcW w:w="2835" w:type="dxa"/>
          </w:tcPr>
          <w:p w14:paraId="6B137C3F" w14:textId="77777777" w:rsidR="00B9286B" w:rsidRPr="00684EB1" w:rsidRDefault="00BE1021" w:rsidP="00F7265A">
            <w:pPr>
              <w:ind w:firstLine="0"/>
              <w:rPr>
                <w:rFonts w:cs="Times New Roman"/>
                <w:szCs w:val="28"/>
                <w:lang w:val="ru-RU"/>
              </w:rPr>
            </w:pPr>
            <w:r w:rsidRPr="00684EB1">
              <w:rPr>
                <w:rFonts w:cs="Times New Roman"/>
                <w:szCs w:val="28"/>
                <w:lang w:val="ru-RU"/>
              </w:rPr>
              <w:t>Воспитательные мероприятия и проекты (не менее 2)</w:t>
            </w:r>
          </w:p>
        </w:tc>
        <w:tc>
          <w:tcPr>
            <w:tcW w:w="6803" w:type="dxa"/>
          </w:tcPr>
          <w:p w14:paraId="65927764" w14:textId="6F9D4DC4" w:rsidR="00B9286B" w:rsidRPr="00684EB1" w:rsidRDefault="00BE1021" w:rsidP="00F7265A">
            <w:pPr>
              <w:ind w:firstLine="0"/>
              <w:jc w:val="both"/>
              <w:rPr>
                <w:rFonts w:cs="Times New Roman"/>
                <w:szCs w:val="28"/>
                <w:lang w:val="ru-RU"/>
              </w:rPr>
            </w:pPr>
            <w:r w:rsidRPr="00684EB1">
              <w:rPr>
                <w:rFonts w:cs="Times New Roman"/>
                <w:szCs w:val="28"/>
                <w:lang w:val="ru-RU"/>
              </w:rPr>
              <w:t>Воспитательное мероприятие «Уважение к языку и культуре общения».</w:t>
            </w:r>
          </w:p>
          <w:p w14:paraId="3EFB36EE" w14:textId="40F3B67D" w:rsidR="00B9286B" w:rsidRPr="00684EB1" w:rsidRDefault="00BE1021" w:rsidP="00F7265A">
            <w:pPr>
              <w:ind w:firstLine="0"/>
              <w:jc w:val="both"/>
              <w:rPr>
                <w:rFonts w:cs="Times New Roman"/>
                <w:szCs w:val="28"/>
                <w:lang w:val="ru-RU"/>
              </w:rPr>
            </w:pPr>
            <w:r w:rsidRPr="00684EB1">
              <w:rPr>
                <w:rFonts w:cs="Times New Roman"/>
                <w:szCs w:val="28"/>
                <w:lang w:val="ru-RU"/>
              </w:rPr>
              <w:t xml:space="preserve">Вечер творческих мини-выступлений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w:t>
            </w:r>
          </w:p>
        </w:tc>
      </w:tr>
      <w:tr w:rsidR="00B9286B" w:rsidRPr="00F7265A" w14:paraId="5EBDA1C7" w14:textId="77777777">
        <w:trPr>
          <w:jc w:val="center"/>
        </w:trPr>
        <w:tc>
          <w:tcPr>
            <w:tcW w:w="2835" w:type="dxa"/>
          </w:tcPr>
          <w:p w14:paraId="65573F87" w14:textId="77777777" w:rsidR="00B9286B" w:rsidRPr="00684EB1" w:rsidRDefault="00BE1021" w:rsidP="00F7265A">
            <w:pPr>
              <w:ind w:firstLine="0"/>
              <w:rPr>
                <w:rFonts w:cs="Times New Roman"/>
                <w:szCs w:val="28"/>
                <w:lang w:val="ru-RU"/>
              </w:rPr>
            </w:pPr>
            <w:r w:rsidRPr="00684EB1">
              <w:rPr>
                <w:rFonts w:cs="Times New Roman"/>
                <w:szCs w:val="28"/>
                <w:lang w:val="ru-RU"/>
              </w:rPr>
              <w:t>Оздоровительный модуль (до 3 академических часов в день)</w:t>
            </w:r>
          </w:p>
        </w:tc>
        <w:tc>
          <w:tcPr>
            <w:tcW w:w="6803" w:type="dxa"/>
          </w:tcPr>
          <w:p w14:paraId="5F2D0FA2" w14:textId="2CB110E2" w:rsidR="00B9286B" w:rsidRPr="00684EB1" w:rsidRDefault="00BE1021" w:rsidP="00F7265A">
            <w:pPr>
              <w:ind w:firstLine="0"/>
              <w:jc w:val="both"/>
              <w:rPr>
                <w:rFonts w:cs="Times New Roman"/>
                <w:szCs w:val="28"/>
                <w:lang w:val="ru-RU"/>
              </w:rPr>
            </w:pPr>
            <w:r w:rsidRPr="00684EB1">
              <w:rPr>
                <w:rFonts w:cs="Times New Roman"/>
                <w:szCs w:val="28"/>
                <w:lang w:val="ru-RU"/>
              </w:rPr>
              <w:t xml:space="preserve">Зарядка на свежем воздухе с командами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 подвижная игра, прогулка.</w:t>
            </w:r>
          </w:p>
        </w:tc>
      </w:tr>
      <w:tr w:rsidR="00B9286B" w:rsidRPr="00F7265A" w14:paraId="3E314C2D" w14:textId="77777777">
        <w:trPr>
          <w:jc w:val="center"/>
        </w:trPr>
        <w:tc>
          <w:tcPr>
            <w:tcW w:w="2835" w:type="dxa"/>
          </w:tcPr>
          <w:p w14:paraId="2BF426A9" w14:textId="77777777" w:rsidR="00B9286B" w:rsidRPr="00684EB1" w:rsidRDefault="00BE1021" w:rsidP="00F7265A">
            <w:pPr>
              <w:ind w:firstLine="0"/>
              <w:rPr>
                <w:rFonts w:cs="Times New Roman"/>
                <w:szCs w:val="28"/>
              </w:rPr>
            </w:pPr>
            <w:proofErr w:type="spellStart"/>
            <w:r w:rsidRPr="00684EB1">
              <w:rPr>
                <w:rFonts w:cs="Times New Roman"/>
                <w:szCs w:val="28"/>
              </w:rPr>
              <w:t>Ожидаемый</w:t>
            </w:r>
            <w:proofErr w:type="spellEnd"/>
            <w:r w:rsidRPr="00684EB1">
              <w:rPr>
                <w:rFonts w:cs="Times New Roman"/>
                <w:szCs w:val="28"/>
              </w:rPr>
              <w:t xml:space="preserve"> </w:t>
            </w:r>
            <w:proofErr w:type="spellStart"/>
            <w:r w:rsidRPr="00684EB1">
              <w:rPr>
                <w:rFonts w:cs="Times New Roman"/>
                <w:szCs w:val="28"/>
              </w:rPr>
              <w:t>результат</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6803" w:type="dxa"/>
          </w:tcPr>
          <w:p w14:paraId="507BF34A" w14:textId="77931B15" w:rsidR="00B9286B" w:rsidRPr="00684EB1" w:rsidRDefault="00BE1021" w:rsidP="00F7265A">
            <w:pPr>
              <w:ind w:firstLine="0"/>
              <w:jc w:val="both"/>
              <w:rPr>
                <w:rFonts w:cs="Times New Roman"/>
                <w:szCs w:val="28"/>
                <w:lang w:val="ru-RU"/>
              </w:rPr>
            </w:pPr>
            <w:r w:rsidRPr="00684EB1">
              <w:rPr>
                <w:rFonts w:cs="Times New Roman"/>
                <w:szCs w:val="28"/>
                <w:lang w:val="ru-RU"/>
              </w:rPr>
              <w:t xml:space="preserve">Участники расширили словарный запас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 и подготовили творческое задание.</w:t>
            </w:r>
          </w:p>
        </w:tc>
      </w:tr>
    </w:tbl>
    <w:p w14:paraId="04444294" w14:textId="77777777" w:rsidR="00B9286B" w:rsidRPr="00684EB1" w:rsidRDefault="00BE1021" w:rsidP="00F7265A">
      <w:pPr>
        <w:pStyle w:val="31"/>
        <w:spacing w:before="0" w:after="0"/>
        <w:rPr>
          <w:rFonts w:cs="Times New Roman"/>
          <w:szCs w:val="28"/>
          <w:lang w:val="ru-RU"/>
        </w:rPr>
      </w:pPr>
      <w:r w:rsidRPr="00684EB1">
        <w:rPr>
          <w:rFonts w:eastAsia="Times New Roman" w:cs="Times New Roman"/>
          <w:szCs w:val="28"/>
          <w:lang w:val="ru-RU"/>
        </w:rPr>
        <w:t>4 день. «</w:t>
      </w:r>
      <w:proofErr w:type="spellStart"/>
      <w:r w:rsidRPr="00684EB1">
        <w:rPr>
          <w:rFonts w:eastAsia="Times New Roman" w:cs="Times New Roman"/>
          <w:szCs w:val="28"/>
          <w:lang w:val="ru-RU"/>
        </w:rPr>
        <w:t>Тілдік</w:t>
      </w:r>
      <w:proofErr w:type="spellEnd"/>
      <w:r w:rsidRPr="00684EB1">
        <w:rPr>
          <w:rFonts w:eastAsia="Times New Roman" w:cs="Times New Roman"/>
          <w:szCs w:val="28"/>
          <w:lang w:val="ru-RU"/>
        </w:rPr>
        <w:t xml:space="preserve"> орта» - день языковой среды</w:t>
      </w:r>
    </w:p>
    <w:tbl>
      <w:tblPr>
        <w:tblStyle w:val="aff0"/>
        <w:tblW w:w="0" w:type="auto"/>
        <w:jc w:val="center"/>
        <w:tblLook w:val="04A0" w:firstRow="1" w:lastRow="0" w:firstColumn="1" w:lastColumn="0" w:noHBand="0" w:noVBand="1"/>
      </w:tblPr>
      <w:tblGrid>
        <w:gridCol w:w="2834"/>
        <w:gridCol w:w="6795"/>
      </w:tblGrid>
      <w:tr w:rsidR="00B9286B" w:rsidRPr="00684EB1" w14:paraId="7113E777" w14:textId="77777777">
        <w:trPr>
          <w:tblHeader/>
          <w:jc w:val="center"/>
        </w:trPr>
        <w:tc>
          <w:tcPr>
            <w:tcW w:w="2835" w:type="dxa"/>
            <w:shd w:val="clear" w:color="auto" w:fill="D9EAD3"/>
            <w:vAlign w:val="center"/>
          </w:tcPr>
          <w:p w14:paraId="49BACE47" w14:textId="77777777" w:rsidR="00B9286B" w:rsidRPr="00684EB1" w:rsidRDefault="00BE1021" w:rsidP="00F7265A">
            <w:pPr>
              <w:ind w:firstLine="0"/>
              <w:rPr>
                <w:rFonts w:cs="Times New Roman"/>
                <w:szCs w:val="28"/>
              </w:rPr>
            </w:pPr>
            <w:proofErr w:type="spellStart"/>
            <w:r w:rsidRPr="00684EB1">
              <w:rPr>
                <w:rFonts w:cs="Times New Roman"/>
                <w:b/>
                <w:szCs w:val="28"/>
              </w:rPr>
              <w:t>Компонент</w:t>
            </w:r>
            <w:proofErr w:type="spellEnd"/>
            <w:r w:rsidRPr="00684EB1">
              <w:rPr>
                <w:rFonts w:cs="Times New Roman"/>
                <w:b/>
                <w:szCs w:val="28"/>
              </w:rPr>
              <w:t xml:space="preserve"> </w:t>
            </w:r>
            <w:proofErr w:type="spellStart"/>
            <w:r w:rsidRPr="00684EB1">
              <w:rPr>
                <w:rFonts w:cs="Times New Roman"/>
                <w:b/>
                <w:szCs w:val="28"/>
              </w:rPr>
              <w:t>дня</w:t>
            </w:r>
            <w:proofErr w:type="spellEnd"/>
          </w:p>
        </w:tc>
        <w:tc>
          <w:tcPr>
            <w:tcW w:w="6803" w:type="dxa"/>
            <w:shd w:val="clear" w:color="auto" w:fill="D9EAD3"/>
            <w:vAlign w:val="center"/>
          </w:tcPr>
          <w:p w14:paraId="1E886192" w14:textId="77777777" w:rsidR="00B9286B" w:rsidRPr="00684EB1" w:rsidRDefault="00BE1021" w:rsidP="00F7265A">
            <w:pPr>
              <w:ind w:firstLine="0"/>
              <w:rPr>
                <w:rFonts w:cs="Times New Roman"/>
                <w:szCs w:val="28"/>
              </w:rPr>
            </w:pPr>
            <w:proofErr w:type="spellStart"/>
            <w:r w:rsidRPr="00684EB1">
              <w:rPr>
                <w:rFonts w:cs="Times New Roman"/>
                <w:b/>
                <w:szCs w:val="28"/>
              </w:rPr>
              <w:t>Содержание</w:t>
            </w:r>
            <w:proofErr w:type="spellEnd"/>
          </w:p>
        </w:tc>
      </w:tr>
      <w:tr w:rsidR="00B9286B" w:rsidRPr="00F7265A" w14:paraId="41AB6078" w14:textId="77777777">
        <w:trPr>
          <w:jc w:val="center"/>
        </w:trPr>
        <w:tc>
          <w:tcPr>
            <w:tcW w:w="2835" w:type="dxa"/>
          </w:tcPr>
          <w:p w14:paraId="23A3C0BC" w14:textId="77777777" w:rsidR="00B9286B" w:rsidRPr="00684EB1" w:rsidRDefault="00BE1021" w:rsidP="00F7265A">
            <w:pPr>
              <w:ind w:firstLine="0"/>
              <w:rPr>
                <w:rFonts w:cs="Times New Roman"/>
                <w:szCs w:val="28"/>
                <w:lang w:val="ru-RU"/>
              </w:rPr>
            </w:pPr>
            <w:r w:rsidRPr="00684EB1">
              <w:rPr>
                <w:rFonts w:cs="Times New Roman"/>
                <w:szCs w:val="28"/>
                <w:lang w:val="ru-RU"/>
              </w:rPr>
              <w:t xml:space="preserve">Развивающие / проектные / исследовательские / </w:t>
            </w:r>
            <w:r w:rsidRPr="00684EB1">
              <w:rPr>
                <w:rFonts w:cs="Times New Roman"/>
                <w:szCs w:val="28"/>
                <w:lang w:val="ru-RU"/>
              </w:rPr>
              <w:lastRenderedPageBreak/>
              <w:t>творческие занятия (не менее 2)</w:t>
            </w:r>
          </w:p>
        </w:tc>
        <w:tc>
          <w:tcPr>
            <w:tcW w:w="6803" w:type="dxa"/>
          </w:tcPr>
          <w:p w14:paraId="5C25B38D" w14:textId="1B44135F" w:rsidR="00B9286B" w:rsidRPr="00684EB1" w:rsidRDefault="00BE1021" w:rsidP="00F7265A">
            <w:pPr>
              <w:ind w:firstLine="0"/>
              <w:rPr>
                <w:rFonts w:cs="Times New Roman"/>
                <w:szCs w:val="28"/>
                <w:lang w:val="ru-RU"/>
              </w:rPr>
            </w:pPr>
            <w:r w:rsidRPr="00684EB1">
              <w:rPr>
                <w:rFonts w:cs="Times New Roman"/>
                <w:szCs w:val="28"/>
                <w:lang w:val="ru-RU"/>
              </w:rPr>
              <w:lastRenderedPageBreak/>
              <w:t>Развивающее занятие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 в лагере»: фразы для общения, игры, просьбы, помощи и командной работы.</w:t>
            </w:r>
          </w:p>
          <w:p w14:paraId="2D661E76" w14:textId="4E5651B1" w:rsidR="00B9286B" w:rsidRPr="00684EB1" w:rsidRDefault="00BE1021" w:rsidP="00F7265A">
            <w:pPr>
              <w:ind w:firstLine="0"/>
              <w:rPr>
                <w:rFonts w:cs="Times New Roman"/>
                <w:szCs w:val="28"/>
                <w:lang w:val="ru-RU"/>
              </w:rPr>
            </w:pPr>
            <w:r w:rsidRPr="00684EB1">
              <w:rPr>
                <w:rFonts w:cs="Times New Roman"/>
                <w:szCs w:val="28"/>
                <w:lang w:val="ru-RU"/>
              </w:rPr>
              <w:lastRenderedPageBreak/>
              <w:t xml:space="preserve">Творческое занятие «Моя лагерная история»: короткий рассказ о себе, команде или дне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w:t>
            </w:r>
          </w:p>
        </w:tc>
      </w:tr>
      <w:tr w:rsidR="00B9286B" w:rsidRPr="00F7265A" w14:paraId="7494AB5B" w14:textId="77777777">
        <w:trPr>
          <w:jc w:val="center"/>
        </w:trPr>
        <w:tc>
          <w:tcPr>
            <w:tcW w:w="2835" w:type="dxa"/>
          </w:tcPr>
          <w:p w14:paraId="66A0BFFF" w14:textId="77777777" w:rsidR="00B9286B" w:rsidRPr="00684EB1" w:rsidRDefault="00BE1021" w:rsidP="00F7265A">
            <w:pPr>
              <w:ind w:firstLine="0"/>
              <w:rPr>
                <w:rFonts w:cs="Times New Roman"/>
                <w:szCs w:val="28"/>
                <w:lang w:val="ru-RU"/>
              </w:rPr>
            </w:pPr>
            <w:r w:rsidRPr="00684EB1">
              <w:rPr>
                <w:rFonts w:cs="Times New Roman"/>
                <w:szCs w:val="28"/>
                <w:lang w:val="ru-RU"/>
              </w:rPr>
              <w:lastRenderedPageBreak/>
              <w:t>Практико-ориентированные занятия (не менее 2)</w:t>
            </w:r>
          </w:p>
        </w:tc>
        <w:tc>
          <w:tcPr>
            <w:tcW w:w="6803" w:type="dxa"/>
          </w:tcPr>
          <w:p w14:paraId="3FF282C3" w14:textId="5891EF10" w:rsidR="00B9286B" w:rsidRPr="00684EB1" w:rsidRDefault="00BE1021" w:rsidP="00F7265A">
            <w:pPr>
              <w:ind w:firstLine="0"/>
              <w:rPr>
                <w:rFonts w:cs="Times New Roman"/>
                <w:szCs w:val="28"/>
                <w:lang w:val="ru-RU"/>
              </w:rPr>
            </w:pPr>
            <w:r w:rsidRPr="00684EB1">
              <w:rPr>
                <w:rFonts w:cs="Times New Roman"/>
                <w:szCs w:val="28"/>
                <w:lang w:val="ru-RU"/>
              </w:rPr>
              <w:t>Практикум интервью с использованием простых фраз и вопросов.</w:t>
            </w:r>
          </w:p>
          <w:p w14:paraId="558F469C" w14:textId="37EB09EE" w:rsidR="00B9286B" w:rsidRPr="00684EB1" w:rsidRDefault="00BE1021" w:rsidP="00F7265A">
            <w:pPr>
              <w:ind w:firstLine="0"/>
              <w:rPr>
                <w:rFonts w:cs="Times New Roman"/>
                <w:szCs w:val="28"/>
                <w:lang w:val="ru-RU"/>
              </w:rPr>
            </w:pPr>
            <w:r w:rsidRPr="00684EB1">
              <w:rPr>
                <w:rFonts w:cs="Times New Roman"/>
                <w:szCs w:val="28"/>
                <w:lang w:val="ru-RU"/>
              </w:rPr>
              <w:t xml:space="preserve">Мастер-класс «Постер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 создание информационного постера или мини-презентации.</w:t>
            </w:r>
          </w:p>
        </w:tc>
      </w:tr>
      <w:tr w:rsidR="00B9286B" w:rsidRPr="00F7265A" w14:paraId="333E8EAC" w14:textId="77777777">
        <w:trPr>
          <w:jc w:val="center"/>
        </w:trPr>
        <w:tc>
          <w:tcPr>
            <w:tcW w:w="2835" w:type="dxa"/>
          </w:tcPr>
          <w:p w14:paraId="067EB65A" w14:textId="77777777" w:rsidR="00B9286B" w:rsidRPr="00684EB1" w:rsidRDefault="00BE1021" w:rsidP="00F7265A">
            <w:pPr>
              <w:ind w:firstLine="0"/>
              <w:rPr>
                <w:rFonts w:cs="Times New Roman"/>
                <w:szCs w:val="28"/>
                <w:lang w:val="ru-RU"/>
              </w:rPr>
            </w:pPr>
            <w:r w:rsidRPr="00684EB1">
              <w:rPr>
                <w:rFonts w:cs="Times New Roman"/>
                <w:szCs w:val="28"/>
                <w:lang w:val="ru-RU"/>
              </w:rPr>
              <w:t>Воспитательные мероприятия и проекты (не менее 2)</w:t>
            </w:r>
          </w:p>
        </w:tc>
        <w:tc>
          <w:tcPr>
            <w:tcW w:w="6803" w:type="dxa"/>
          </w:tcPr>
          <w:p w14:paraId="46264A93" w14:textId="6F593746" w:rsidR="00B9286B" w:rsidRPr="00684EB1" w:rsidRDefault="00BE1021" w:rsidP="00F7265A">
            <w:pPr>
              <w:ind w:firstLine="0"/>
              <w:rPr>
                <w:rFonts w:cs="Times New Roman"/>
                <w:szCs w:val="28"/>
                <w:lang w:val="ru-RU"/>
              </w:rPr>
            </w:pPr>
            <w:r w:rsidRPr="00684EB1">
              <w:rPr>
                <w:rFonts w:cs="Times New Roman"/>
                <w:szCs w:val="28"/>
                <w:lang w:val="ru-RU"/>
              </w:rPr>
              <w:t>Воспитательное мероприятие «Уважение и поддержка в общении».</w:t>
            </w:r>
          </w:p>
          <w:p w14:paraId="4607C5DD" w14:textId="7DC6155D" w:rsidR="00B9286B" w:rsidRPr="00684EB1" w:rsidRDefault="00BE1021" w:rsidP="00F7265A">
            <w:pPr>
              <w:ind w:firstLine="0"/>
              <w:rPr>
                <w:rFonts w:cs="Times New Roman"/>
                <w:szCs w:val="28"/>
                <w:lang w:val="ru-RU"/>
              </w:rPr>
            </w:pPr>
            <w:r w:rsidRPr="00684EB1">
              <w:rPr>
                <w:rFonts w:cs="Times New Roman"/>
                <w:szCs w:val="28"/>
                <w:lang w:val="ru-RU"/>
              </w:rPr>
              <w:t xml:space="preserve">Вечер языковых игр, песен или творческих заданий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w:t>
            </w:r>
          </w:p>
        </w:tc>
      </w:tr>
      <w:tr w:rsidR="00B9286B" w:rsidRPr="00F7265A" w14:paraId="2AF6183C" w14:textId="77777777">
        <w:trPr>
          <w:jc w:val="center"/>
        </w:trPr>
        <w:tc>
          <w:tcPr>
            <w:tcW w:w="2835" w:type="dxa"/>
          </w:tcPr>
          <w:p w14:paraId="01F418BB" w14:textId="77777777" w:rsidR="00B9286B" w:rsidRPr="00684EB1" w:rsidRDefault="00BE1021" w:rsidP="00F7265A">
            <w:pPr>
              <w:ind w:firstLine="0"/>
              <w:rPr>
                <w:rFonts w:cs="Times New Roman"/>
                <w:szCs w:val="28"/>
                <w:lang w:val="ru-RU"/>
              </w:rPr>
            </w:pPr>
            <w:r w:rsidRPr="00684EB1">
              <w:rPr>
                <w:rFonts w:cs="Times New Roman"/>
                <w:szCs w:val="28"/>
                <w:lang w:val="ru-RU"/>
              </w:rPr>
              <w:t>Оздоровительный модуль (до 3 академических часов в день)</w:t>
            </w:r>
          </w:p>
        </w:tc>
        <w:tc>
          <w:tcPr>
            <w:tcW w:w="6803" w:type="dxa"/>
          </w:tcPr>
          <w:p w14:paraId="0C6572E9" w14:textId="5C057332" w:rsidR="00B9286B" w:rsidRPr="00684EB1" w:rsidRDefault="00BE1021" w:rsidP="00F7265A">
            <w:pPr>
              <w:ind w:firstLine="0"/>
              <w:rPr>
                <w:rFonts w:cs="Times New Roman"/>
                <w:szCs w:val="28"/>
                <w:lang w:val="ru-RU"/>
              </w:rPr>
            </w:pPr>
            <w:r w:rsidRPr="00684EB1">
              <w:rPr>
                <w:rFonts w:cs="Times New Roman"/>
                <w:szCs w:val="28"/>
                <w:lang w:val="ru-RU"/>
              </w:rPr>
              <w:t xml:space="preserve">Зарядка, спортивная игра с командами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 прогулка.</w:t>
            </w:r>
          </w:p>
        </w:tc>
      </w:tr>
      <w:tr w:rsidR="00B9286B" w:rsidRPr="00F7265A" w14:paraId="7EA082F1" w14:textId="77777777">
        <w:trPr>
          <w:jc w:val="center"/>
        </w:trPr>
        <w:tc>
          <w:tcPr>
            <w:tcW w:w="2835" w:type="dxa"/>
          </w:tcPr>
          <w:p w14:paraId="3E0C7A1F" w14:textId="77777777" w:rsidR="00B9286B" w:rsidRPr="00684EB1" w:rsidRDefault="00BE1021" w:rsidP="00F7265A">
            <w:pPr>
              <w:ind w:firstLine="0"/>
              <w:rPr>
                <w:rFonts w:cs="Times New Roman"/>
                <w:szCs w:val="28"/>
              </w:rPr>
            </w:pPr>
            <w:proofErr w:type="spellStart"/>
            <w:r w:rsidRPr="00684EB1">
              <w:rPr>
                <w:rFonts w:cs="Times New Roman"/>
                <w:szCs w:val="28"/>
              </w:rPr>
              <w:t>Ожидаемый</w:t>
            </w:r>
            <w:proofErr w:type="spellEnd"/>
            <w:r w:rsidRPr="00684EB1">
              <w:rPr>
                <w:rFonts w:cs="Times New Roman"/>
                <w:szCs w:val="28"/>
              </w:rPr>
              <w:t xml:space="preserve"> </w:t>
            </w:r>
            <w:proofErr w:type="spellStart"/>
            <w:r w:rsidRPr="00684EB1">
              <w:rPr>
                <w:rFonts w:cs="Times New Roman"/>
                <w:szCs w:val="28"/>
              </w:rPr>
              <w:t>результат</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6803" w:type="dxa"/>
          </w:tcPr>
          <w:p w14:paraId="7FB5DB06" w14:textId="33683FEE" w:rsidR="00B9286B" w:rsidRPr="00684EB1" w:rsidRDefault="00BE1021" w:rsidP="00F7265A">
            <w:pPr>
              <w:ind w:firstLine="0"/>
              <w:rPr>
                <w:rFonts w:cs="Times New Roman"/>
                <w:szCs w:val="28"/>
                <w:lang w:val="ru-RU"/>
              </w:rPr>
            </w:pPr>
            <w:r w:rsidRPr="00684EB1">
              <w:rPr>
                <w:rFonts w:cs="Times New Roman"/>
                <w:szCs w:val="28"/>
                <w:lang w:val="ru-RU"/>
              </w:rPr>
              <w:t xml:space="preserve">Создан постер, интервью или короткая презентация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w:t>
            </w:r>
          </w:p>
        </w:tc>
      </w:tr>
    </w:tbl>
    <w:p w14:paraId="6ECC4ADD" w14:textId="77777777" w:rsidR="00B9286B" w:rsidRPr="00684EB1" w:rsidRDefault="00BE1021" w:rsidP="00F7265A">
      <w:pPr>
        <w:pStyle w:val="31"/>
        <w:spacing w:before="0" w:after="0"/>
        <w:rPr>
          <w:rFonts w:cs="Times New Roman"/>
          <w:szCs w:val="28"/>
          <w:lang w:val="ru-RU"/>
        </w:rPr>
      </w:pPr>
      <w:r w:rsidRPr="00684EB1">
        <w:rPr>
          <w:rFonts w:eastAsia="Times New Roman" w:cs="Times New Roman"/>
          <w:szCs w:val="28"/>
          <w:lang w:val="ru-RU"/>
        </w:rPr>
        <w:t>5 день. «</w:t>
      </w:r>
      <w:proofErr w:type="spellStart"/>
      <w:r w:rsidRPr="00684EB1">
        <w:rPr>
          <w:rFonts w:eastAsia="Times New Roman" w:cs="Times New Roman"/>
          <w:szCs w:val="28"/>
          <w:lang w:val="ru-RU"/>
        </w:rPr>
        <w:t>Мәдениет</w:t>
      </w:r>
      <w:proofErr w:type="spellEnd"/>
      <w:r w:rsidRPr="00684EB1">
        <w:rPr>
          <w:rFonts w:eastAsia="Times New Roman" w:cs="Times New Roman"/>
          <w:szCs w:val="28"/>
          <w:lang w:val="ru-RU"/>
        </w:rPr>
        <w:t xml:space="preserve"> </w:t>
      </w:r>
      <w:proofErr w:type="spellStart"/>
      <w:r w:rsidRPr="00684EB1">
        <w:rPr>
          <w:rFonts w:eastAsia="Times New Roman" w:cs="Times New Roman"/>
          <w:szCs w:val="28"/>
          <w:lang w:val="ru-RU"/>
        </w:rPr>
        <w:t>және</w:t>
      </w:r>
      <w:proofErr w:type="spellEnd"/>
      <w:r w:rsidRPr="00684EB1">
        <w:rPr>
          <w:rFonts w:eastAsia="Times New Roman" w:cs="Times New Roman"/>
          <w:szCs w:val="28"/>
          <w:lang w:val="ru-RU"/>
        </w:rPr>
        <w:t xml:space="preserve"> </w:t>
      </w:r>
      <w:proofErr w:type="spellStart"/>
      <w:r w:rsidRPr="00684EB1">
        <w:rPr>
          <w:rFonts w:eastAsia="Times New Roman" w:cs="Times New Roman"/>
          <w:szCs w:val="28"/>
          <w:lang w:val="ru-RU"/>
        </w:rPr>
        <w:t>тіл</w:t>
      </w:r>
      <w:proofErr w:type="spellEnd"/>
      <w:r w:rsidRPr="00684EB1">
        <w:rPr>
          <w:rFonts w:eastAsia="Times New Roman" w:cs="Times New Roman"/>
          <w:szCs w:val="28"/>
          <w:lang w:val="ru-RU"/>
        </w:rPr>
        <w:t>» - день культуры и речевого этикета</w:t>
      </w:r>
    </w:p>
    <w:tbl>
      <w:tblPr>
        <w:tblStyle w:val="aff0"/>
        <w:tblW w:w="0" w:type="auto"/>
        <w:jc w:val="center"/>
        <w:tblLook w:val="04A0" w:firstRow="1" w:lastRow="0" w:firstColumn="1" w:lastColumn="0" w:noHBand="0" w:noVBand="1"/>
      </w:tblPr>
      <w:tblGrid>
        <w:gridCol w:w="2834"/>
        <w:gridCol w:w="6795"/>
      </w:tblGrid>
      <w:tr w:rsidR="00B9286B" w:rsidRPr="00684EB1" w14:paraId="3BD02141" w14:textId="77777777">
        <w:trPr>
          <w:tblHeader/>
          <w:jc w:val="center"/>
        </w:trPr>
        <w:tc>
          <w:tcPr>
            <w:tcW w:w="2835" w:type="dxa"/>
            <w:shd w:val="clear" w:color="auto" w:fill="D9EAD3"/>
            <w:vAlign w:val="center"/>
          </w:tcPr>
          <w:p w14:paraId="2E60EF1B" w14:textId="77777777" w:rsidR="00B9286B" w:rsidRPr="00684EB1" w:rsidRDefault="00BE1021" w:rsidP="00F7265A">
            <w:pPr>
              <w:ind w:firstLine="0"/>
              <w:rPr>
                <w:rFonts w:cs="Times New Roman"/>
                <w:szCs w:val="28"/>
              </w:rPr>
            </w:pPr>
            <w:proofErr w:type="spellStart"/>
            <w:r w:rsidRPr="00684EB1">
              <w:rPr>
                <w:rFonts w:cs="Times New Roman"/>
                <w:b/>
                <w:szCs w:val="28"/>
              </w:rPr>
              <w:t>Компонент</w:t>
            </w:r>
            <w:proofErr w:type="spellEnd"/>
            <w:r w:rsidRPr="00684EB1">
              <w:rPr>
                <w:rFonts w:cs="Times New Roman"/>
                <w:b/>
                <w:szCs w:val="28"/>
              </w:rPr>
              <w:t xml:space="preserve"> </w:t>
            </w:r>
            <w:proofErr w:type="spellStart"/>
            <w:r w:rsidRPr="00684EB1">
              <w:rPr>
                <w:rFonts w:cs="Times New Roman"/>
                <w:b/>
                <w:szCs w:val="28"/>
              </w:rPr>
              <w:t>дня</w:t>
            </w:r>
            <w:proofErr w:type="spellEnd"/>
          </w:p>
        </w:tc>
        <w:tc>
          <w:tcPr>
            <w:tcW w:w="6803" w:type="dxa"/>
            <w:shd w:val="clear" w:color="auto" w:fill="D9EAD3"/>
            <w:vAlign w:val="center"/>
          </w:tcPr>
          <w:p w14:paraId="57C1AB29" w14:textId="77777777" w:rsidR="00B9286B" w:rsidRPr="00684EB1" w:rsidRDefault="00BE1021" w:rsidP="00F7265A">
            <w:pPr>
              <w:ind w:firstLine="0"/>
              <w:rPr>
                <w:rFonts w:cs="Times New Roman"/>
                <w:szCs w:val="28"/>
              </w:rPr>
            </w:pPr>
            <w:proofErr w:type="spellStart"/>
            <w:r w:rsidRPr="00684EB1">
              <w:rPr>
                <w:rFonts w:cs="Times New Roman"/>
                <w:b/>
                <w:szCs w:val="28"/>
              </w:rPr>
              <w:t>Содержание</w:t>
            </w:r>
            <w:proofErr w:type="spellEnd"/>
          </w:p>
        </w:tc>
      </w:tr>
      <w:tr w:rsidR="00B9286B" w:rsidRPr="00F7265A" w14:paraId="1E3AC387" w14:textId="77777777">
        <w:trPr>
          <w:jc w:val="center"/>
        </w:trPr>
        <w:tc>
          <w:tcPr>
            <w:tcW w:w="2835" w:type="dxa"/>
          </w:tcPr>
          <w:p w14:paraId="3A98A0E4" w14:textId="77777777" w:rsidR="00B9286B" w:rsidRPr="00684EB1" w:rsidRDefault="00BE1021" w:rsidP="00F7265A">
            <w:pPr>
              <w:ind w:firstLine="0"/>
              <w:rPr>
                <w:rFonts w:cs="Times New Roman"/>
                <w:szCs w:val="28"/>
                <w:lang w:val="ru-RU"/>
              </w:rPr>
            </w:pPr>
            <w:r w:rsidRPr="00684EB1">
              <w:rPr>
                <w:rFonts w:cs="Times New Roman"/>
                <w:szCs w:val="28"/>
                <w:lang w:val="ru-RU"/>
              </w:rPr>
              <w:t>Развивающие / проектные / исследовательские / творческие занятия (не менее 2)</w:t>
            </w:r>
          </w:p>
        </w:tc>
        <w:tc>
          <w:tcPr>
            <w:tcW w:w="6803" w:type="dxa"/>
          </w:tcPr>
          <w:p w14:paraId="587EAD81" w14:textId="0A46E5A9" w:rsidR="0012789F" w:rsidRDefault="00BE1021" w:rsidP="00F7265A">
            <w:pPr>
              <w:ind w:firstLine="0"/>
              <w:rPr>
                <w:rFonts w:cs="Times New Roman"/>
                <w:szCs w:val="28"/>
                <w:lang w:val="ru-RU"/>
              </w:rPr>
            </w:pPr>
            <w:r w:rsidRPr="00684EB1">
              <w:rPr>
                <w:rFonts w:cs="Times New Roman"/>
                <w:szCs w:val="28"/>
                <w:lang w:val="ru-RU"/>
              </w:rPr>
              <w:t xml:space="preserve">Развивающее занятие «Культура общения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 приветствие, благодарность, этикет, жесты и ситуации.</w:t>
            </w:r>
          </w:p>
          <w:p w14:paraId="056F69CE" w14:textId="0ED9E6FA" w:rsidR="00B9286B" w:rsidRPr="00684EB1" w:rsidRDefault="00BE1021" w:rsidP="00F7265A">
            <w:pPr>
              <w:ind w:firstLine="0"/>
              <w:rPr>
                <w:rFonts w:cs="Times New Roman"/>
                <w:szCs w:val="28"/>
                <w:lang w:val="ru-RU"/>
              </w:rPr>
            </w:pPr>
            <w:r w:rsidRPr="00684EB1">
              <w:rPr>
                <w:rFonts w:cs="Times New Roman"/>
                <w:szCs w:val="28"/>
                <w:lang w:val="ru-RU"/>
              </w:rPr>
              <w:t>Познавательное занятие «Культурная карта выбранного языка»: символы, традиции, речевые нормы, повседневные ситуации.</w:t>
            </w:r>
          </w:p>
        </w:tc>
      </w:tr>
      <w:tr w:rsidR="00B9286B" w:rsidRPr="00F7265A" w14:paraId="386E483B" w14:textId="77777777">
        <w:trPr>
          <w:jc w:val="center"/>
        </w:trPr>
        <w:tc>
          <w:tcPr>
            <w:tcW w:w="2835" w:type="dxa"/>
          </w:tcPr>
          <w:p w14:paraId="4F6BD4A7" w14:textId="77777777" w:rsidR="00B9286B" w:rsidRPr="00684EB1" w:rsidRDefault="00BE1021" w:rsidP="00F7265A">
            <w:pPr>
              <w:ind w:firstLine="0"/>
              <w:rPr>
                <w:rFonts w:cs="Times New Roman"/>
                <w:szCs w:val="28"/>
                <w:lang w:val="ru-RU"/>
              </w:rPr>
            </w:pPr>
            <w:r w:rsidRPr="00684EB1">
              <w:rPr>
                <w:rFonts w:cs="Times New Roman"/>
                <w:szCs w:val="28"/>
                <w:lang w:val="ru-RU"/>
              </w:rPr>
              <w:t>Практико-ориентированные занятия (не менее 2)</w:t>
            </w:r>
          </w:p>
        </w:tc>
        <w:tc>
          <w:tcPr>
            <w:tcW w:w="6803" w:type="dxa"/>
          </w:tcPr>
          <w:p w14:paraId="76C9F6DD" w14:textId="7FE81FF7" w:rsidR="00B9286B" w:rsidRPr="00684EB1" w:rsidRDefault="00BE1021" w:rsidP="00F7265A">
            <w:pPr>
              <w:ind w:firstLine="0"/>
              <w:rPr>
                <w:rFonts w:cs="Times New Roman"/>
                <w:szCs w:val="28"/>
                <w:lang w:val="ru-RU"/>
              </w:rPr>
            </w:pPr>
            <w:r w:rsidRPr="00684EB1">
              <w:rPr>
                <w:rFonts w:cs="Times New Roman"/>
                <w:szCs w:val="28"/>
                <w:lang w:val="ru-RU"/>
              </w:rPr>
              <w:t xml:space="preserve">Практикум мини-диалогов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w:t>
            </w:r>
          </w:p>
          <w:p w14:paraId="3D106137" w14:textId="70F6339B" w:rsidR="00B9286B" w:rsidRPr="00684EB1" w:rsidRDefault="00BE1021" w:rsidP="00F7265A">
            <w:pPr>
              <w:ind w:firstLine="0"/>
              <w:rPr>
                <w:rFonts w:cs="Times New Roman"/>
                <w:szCs w:val="28"/>
                <w:lang w:val="ru-RU"/>
              </w:rPr>
            </w:pPr>
            <w:r w:rsidRPr="00684EB1">
              <w:rPr>
                <w:rFonts w:cs="Times New Roman"/>
                <w:szCs w:val="28"/>
                <w:lang w:val="ru-RU"/>
              </w:rPr>
              <w:t>Творческая мастерская «Культура и язык»: оформление языковых карточек, постеров или культурной карты.</w:t>
            </w:r>
          </w:p>
        </w:tc>
      </w:tr>
      <w:tr w:rsidR="00B9286B" w:rsidRPr="00F7265A" w14:paraId="703D9605" w14:textId="77777777">
        <w:trPr>
          <w:jc w:val="center"/>
        </w:trPr>
        <w:tc>
          <w:tcPr>
            <w:tcW w:w="2835" w:type="dxa"/>
          </w:tcPr>
          <w:p w14:paraId="79D5E3AF" w14:textId="77777777" w:rsidR="00B9286B" w:rsidRPr="00684EB1" w:rsidRDefault="00BE1021" w:rsidP="00F7265A">
            <w:pPr>
              <w:ind w:firstLine="0"/>
              <w:rPr>
                <w:rFonts w:cs="Times New Roman"/>
                <w:szCs w:val="28"/>
                <w:lang w:val="ru-RU"/>
              </w:rPr>
            </w:pPr>
            <w:r w:rsidRPr="00684EB1">
              <w:rPr>
                <w:rFonts w:cs="Times New Roman"/>
                <w:szCs w:val="28"/>
                <w:lang w:val="ru-RU"/>
              </w:rPr>
              <w:t>Воспитательные мероприятия и проекты (не менее 2)</w:t>
            </w:r>
          </w:p>
        </w:tc>
        <w:tc>
          <w:tcPr>
            <w:tcW w:w="6803" w:type="dxa"/>
          </w:tcPr>
          <w:p w14:paraId="330CA3DD" w14:textId="77777777" w:rsidR="0012789F" w:rsidRDefault="00BE1021" w:rsidP="00F7265A">
            <w:pPr>
              <w:ind w:firstLine="0"/>
              <w:rPr>
                <w:rFonts w:cs="Times New Roman"/>
                <w:szCs w:val="28"/>
                <w:lang w:val="ru-RU"/>
              </w:rPr>
            </w:pPr>
            <w:r w:rsidRPr="00684EB1">
              <w:rPr>
                <w:rFonts w:cs="Times New Roman"/>
                <w:szCs w:val="28"/>
                <w:lang w:val="ru-RU"/>
              </w:rPr>
              <w:t>Воспитательное мероприятие «Язык как мост уважения и дружбы».</w:t>
            </w:r>
          </w:p>
          <w:p w14:paraId="399A51B6" w14:textId="06F72277" w:rsidR="00B9286B" w:rsidRPr="00684EB1" w:rsidRDefault="00BE1021" w:rsidP="00F7265A">
            <w:pPr>
              <w:ind w:firstLine="0"/>
              <w:rPr>
                <w:rFonts w:cs="Times New Roman"/>
                <w:szCs w:val="28"/>
                <w:lang w:val="ru-RU"/>
              </w:rPr>
            </w:pPr>
            <w:r w:rsidRPr="00684EB1">
              <w:rPr>
                <w:rFonts w:cs="Times New Roman"/>
                <w:szCs w:val="28"/>
                <w:lang w:val="ru-RU"/>
              </w:rPr>
              <w:t>Вечер культурных станций по выбранному языковому направлению.</w:t>
            </w:r>
          </w:p>
        </w:tc>
      </w:tr>
      <w:tr w:rsidR="00B9286B" w:rsidRPr="00F7265A" w14:paraId="56842CCA" w14:textId="77777777">
        <w:trPr>
          <w:jc w:val="center"/>
        </w:trPr>
        <w:tc>
          <w:tcPr>
            <w:tcW w:w="2835" w:type="dxa"/>
          </w:tcPr>
          <w:p w14:paraId="05B13508" w14:textId="77777777" w:rsidR="00B9286B" w:rsidRPr="00684EB1" w:rsidRDefault="00BE1021" w:rsidP="00F7265A">
            <w:pPr>
              <w:ind w:firstLine="0"/>
              <w:rPr>
                <w:rFonts w:cs="Times New Roman"/>
                <w:szCs w:val="28"/>
                <w:lang w:val="ru-RU"/>
              </w:rPr>
            </w:pPr>
            <w:r w:rsidRPr="00684EB1">
              <w:rPr>
                <w:rFonts w:cs="Times New Roman"/>
                <w:szCs w:val="28"/>
                <w:lang w:val="ru-RU"/>
              </w:rPr>
              <w:t>Оздоровительный модуль (до 3 академических часов в день)</w:t>
            </w:r>
          </w:p>
        </w:tc>
        <w:tc>
          <w:tcPr>
            <w:tcW w:w="6803" w:type="dxa"/>
          </w:tcPr>
          <w:p w14:paraId="7A4C2714" w14:textId="4817457A" w:rsidR="00B9286B" w:rsidRPr="00684EB1" w:rsidRDefault="00BE1021" w:rsidP="00F7265A">
            <w:pPr>
              <w:ind w:firstLine="0"/>
              <w:rPr>
                <w:rFonts w:cs="Times New Roman"/>
                <w:szCs w:val="28"/>
                <w:lang w:val="ru-RU"/>
              </w:rPr>
            </w:pPr>
            <w:r w:rsidRPr="00684EB1">
              <w:rPr>
                <w:rFonts w:cs="Times New Roman"/>
                <w:szCs w:val="28"/>
                <w:lang w:val="ru-RU"/>
              </w:rPr>
              <w:t>Зарядка, подвижные игры, командная эстафета «Языковой маршрут».</w:t>
            </w:r>
          </w:p>
        </w:tc>
      </w:tr>
      <w:tr w:rsidR="00B9286B" w:rsidRPr="00F7265A" w14:paraId="2BA25A03" w14:textId="77777777">
        <w:trPr>
          <w:jc w:val="center"/>
        </w:trPr>
        <w:tc>
          <w:tcPr>
            <w:tcW w:w="2835" w:type="dxa"/>
          </w:tcPr>
          <w:p w14:paraId="27B72B68" w14:textId="77777777" w:rsidR="00B9286B" w:rsidRPr="00684EB1" w:rsidRDefault="00BE1021" w:rsidP="00F7265A">
            <w:pPr>
              <w:ind w:firstLine="0"/>
              <w:rPr>
                <w:rFonts w:cs="Times New Roman"/>
                <w:szCs w:val="28"/>
              </w:rPr>
            </w:pPr>
            <w:proofErr w:type="spellStart"/>
            <w:r w:rsidRPr="00684EB1">
              <w:rPr>
                <w:rFonts w:cs="Times New Roman"/>
                <w:szCs w:val="28"/>
              </w:rPr>
              <w:lastRenderedPageBreak/>
              <w:t>Ожидаемый</w:t>
            </w:r>
            <w:proofErr w:type="spellEnd"/>
            <w:r w:rsidRPr="00684EB1">
              <w:rPr>
                <w:rFonts w:cs="Times New Roman"/>
                <w:szCs w:val="28"/>
              </w:rPr>
              <w:t xml:space="preserve"> </w:t>
            </w:r>
            <w:proofErr w:type="spellStart"/>
            <w:r w:rsidRPr="00684EB1">
              <w:rPr>
                <w:rFonts w:cs="Times New Roman"/>
                <w:szCs w:val="28"/>
              </w:rPr>
              <w:t>результат</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6803" w:type="dxa"/>
          </w:tcPr>
          <w:p w14:paraId="39090F72" w14:textId="71F86FE7" w:rsidR="00B9286B" w:rsidRPr="00684EB1" w:rsidRDefault="00BE1021" w:rsidP="00F7265A">
            <w:pPr>
              <w:ind w:firstLine="0"/>
              <w:rPr>
                <w:rFonts w:cs="Times New Roman"/>
                <w:szCs w:val="28"/>
                <w:lang w:val="ru-RU"/>
              </w:rPr>
            </w:pPr>
            <w:r w:rsidRPr="00684EB1">
              <w:rPr>
                <w:rFonts w:cs="Times New Roman"/>
                <w:szCs w:val="28"/>
                <w:lang w:val="ru-RU"/>
              </w:rPr>
              <w:t xml:space="preserve">Участники познакомились с культурным контекстом </w:t>
            </w:r>
            <w:r w:rsidR="005C06FD">
              <w:rPr>
                <w:rFonts w:cs="Times New Roman"/>
                <w:szCs w:val="28"/>
                <w:lang w:val="ru-RU"/>
              </w:rPr>
              <w:t>английского</w:t>
            </w:r>
            <w:r w:rsidR="005C06FD" w:rsidRPr="00684EB1">
              <w:rPr>
                <w:rFonts w:cs="Times New Roman"/>
                <w:szCs w:val="28"/>
                <w:lang w:val="ru-RU"/>
              </w:rPr>
              <w:t xml:space="preserve"> </w:t>
            </w:r>
            <w:r w:rsidRPr="00684EB1">
              <w:rPr>
                <w:rFonts w:cs="Times New Roman"/>
                <w:szCs w:val="28"/>
                <w:lang w:val="ru-RU"/>
              </w:rPr>
              <w:t>языка, подготовили культурную карту или постер.</w:t>
            </w:r>
          </w:p>
        </w:tc>
      </w:tr>
    </w:tbl>
    <w:p w14:paraId="0163354D" w14:textId="0E76ED38" w:rsidR="00B9286B" w:rsidRPr="00684EB1" w:rsidRDefault="00D91B33" w:rsidP="00F7265A">
      <w:pPr>
        <w:pStyle w:val="31"/>
        <w:spacing w:before="0" w:after="0"/>
        <w:rPr>
          <w:rFonts w:cs="Times New Roman"/>
          <w:szCs w:val="28"/>
          <w:lang w:val="ru-RU"/>
        </w:rPr>
      </w:pPr>
      <w:r>
        <w:rPr>
          <w:rFonts w:eastAsia="Times New Roman" w:cs="Times New Roman"/>
          <w:szCs w:val="28"/>
          <w:lang w:val="ru-RU"/>
        </w:rPr>
        <w:t>6</w:t>
      </w:r>
      <w:r w:rsidR="00BE1021" w:rsidRPr="00684EB1">
        <w:rPr>
          <w:rFonts w:eastAsia="Times New Roman" w:cs="Times New Roman"/>
          <w:szCs w:val="28"/>
          <w:lang w:val="ru-RU"/>
        </w:rPr>
        <w:t xml:space="preserve"> день. «</w:t>
      </w:r>
      <w:proofErr w:type="spellStart"/>
      <w:r w:rsidR="00BE1021" w:rsidRPr="00684EB1">
        <w:rPr>
          <w:rFonts w:eastAsia="Times New Roman" w:cs="Times New Roman"/>
          <w:szCs w:val="28"/>
          <w:lang w:val="ru-RU"/>
        </w:rPr>
        <w:t>Тіл</w:t>
      </w:r>
      <w:proofErr w:type="spellEnd"/>
      <w:r w:rsidR="00BE1021" w:rsidRPr="00684EB1">
        <w:rPr>
          <w:rFonts w:eastAsia="Times New Roman" w:cs="Times New Roman"/>
          <w:szCs w:val="28"/>
          <w:lang w:val="ru-RU"/>
        </w:rPr>
        <w:t xml:space="preserve"> </w:t>
      </w:r>
      <w:proofErr w:type="spellStart"/>
      <w:r w:rsidR="00BE1021" w:rsidRPr="00684EB1">
        <w:rPr>
          <w:rFonts w:eastAsia="Times New Roman" w:cs="Times New Roman"/>
          <w:szCs w:val="28"/>
          <w:lang w:val="ru-RU"/>
        </w:rPr>
        <w:t>және</w:t>
      </w:r>
      <w:proofErr w:type="spellEnd"/>
      <w:r w:rsidR="00BE1021" w:rsidRPr="00684EB1">
        <w:rPr>
          <w:rFonts w:eastAsia="Times New Roman" w:cs="Times New Roman"/>
          <w:szCs w:val="28"/>
          <w:lang w:val="ru-RU"/>
        </w:rPr>
        <w:t xml:space="preserve"> медиа» - день языкового медиапродукта</w:t>
      </w:r>
    </w:p>
    <w:tbl>
      <w:tblPr>
        <w:tblStyle w:val="aff0"/>
        <w:tblW w:w="0" w:type="auto"/>
        <w:jc w:val="center"/>
        <w:tblLook w:val="04A0" w:firstRow="1" w:lastRow="0" w:firstColumn="1" w:lastColumn="0" w:noHBand="0" w:noVBand="1"/>
      </w:tblPr>
      <w:tblGrid>
        <w:gridCol w:w="2834"/>
        <w:gridCol w:w="6795"/>
      </w:tblGrid>
      <w:tr w:rsidR="00B9286B" w:rsidRPr="00684EB1" w14:paraId="2F6F1103" w14:textId="77777777">
        <w:trPr>
          <w:tblHeader/>
          <w:jc w:val="center"/>
        </w:trPr>
        <w:tc>
          <w:tcPr>
            <w:tcW w:w="2835" w:type="dxa"/>
            <w:shd w:val="clear" w:color="auto" w:fill="D9EAD3"/>
            <w:vAlign w:val="center"/>
          </w:tcPr>
          <w:p w14:paraId="560068F1" w14:textId="77777777" w:rsidR="00B9286B" w:rsidRPr="00684EB1" w:rsidRDefault="00BE1021" w:rsidP="00F7265A">
            <w:pPr>
              <w:ind w:firstLine="0"/>
              <w:rPr>
                <w:rFonts w:cs="Times New Roman"/>
                <w:szCs w:val="28"/>
              </w:rPr>
            </w:pPr>
            <w:proofErr w:type="spellStart"/>
            <w:r w:rsidRPr="00684EB1">
              <w:rPr>
                <w:rFonts w:cs="Times New Roman"/>
                <w:b/>
                <w:szCs w:val="28"/>
              </w:rPr>
              <w:t>Компонент</w:t>
            </w:r>
            <w:proofErr w:type="spellEnd"/>
            <w:r w:rsidRPr="00684EB1">
              <w:rPr>
                <w:rFonts w:cs="Times New Roman"/>
                <w:b/>
                <w:szCs w:val="28"/>
              </w:rPr>
              <w:t xml:space="preserve"> </w:t>
            </w:r>
            <w:proofErr w:type="spellStart"/>
            <w:r w:rsidRPr="00684EB1">
              <w:rPr>
                <w:rFonts w:cs="Times New Roman"/>
                <w:b/>
                <w:szCs w:val="28"/>
              </w:rPr>
              <w:t>дня</w:t>
            </w:r>
            <w:proofErr w:type="spellEnd"/>
          </w:p>
        </w:tc>
        <w:tc>
          <w:tcPr>
            <w:tcW w:w="6803" w:type="dxa"/>
            <w:shd w:val="clear" w:color="auto" w:fill="D9EAD3"/>
            <w:vAlign w:val="center"/>
          </w:tcPr>
          <w:p w14:paraId="68C6D891" w14:textId="77777777" w:rsidR="00B9286B" w:rsidRPr="00684EB1" w:rsidRDefault="00BE1021" w:rsidP="00F7265A">
            <w:pPr>
              <w:ind w:firstLine="0"/>
              <w:rPr>
                <w:rFonts w:cs="Times New Roman"/>
                <w:szCs w:val="28"/>
              </w:rPr>
            </w:pPr>
            <w:proofErr w:type="spellStart"/>
            <w:r w:rsidRPr="00684EB1">
              <w:rPr>
                <w:rFonts w:cs="Times New Roman"/>
                <w:b/>
                <w:szCs w:val="28"/>
              </w:rPr>
              <w:t>Содержание</w:t>
            </w:r>
            <w:proofErr w:type="spellEnd"/>
          </w:p>
        </w:tc>
      </w:tr>
      <w:tr w:rsidR="00B9286B" w:rsidRPr="00F7265A" w14:paraId="48391C9A" w14:textId="77777777">
        <w:trPr>
          <w:jc w:val="center"/>
        </w:trPr>
        <w:tc>
          <w:tcPr>
            <w:tcW w:w="2835" w:type="dxa"/>
          </w:tcPr>
          <w:p w14:paraId="52EC6DDD" w14:textId="77777777" w:rsidR="00B9286B" w:rsidRPr="00684EB1" w:rsidRDefault="00BE1021" w:rsidP="00F7265A">
            <w:pPr>
              <w:ind w:firstLine="0"/>
              <w:rPr>
                <w:rFonts w:cs="Times New Roman"/>
                <w:szCs w:val="28"/>
                <w:lang w:val="ru-RU"/>
              </w:rPr>
            </w:pPr>
            <w:r w:rsidRPr="00684EB1">
              <w:rPr>
                <w:rFonts w:cs="Times New Roman"/>
                <w:szCs w:val="28"/>
                <w:lang w:val="ru-RU"/>
              </w:rPr>
              <w:t>Развивающие / проектные / исследовательские / творческие занятия (не менее 2)</w:t>
            </w:r>
          </w:p>
        </w:tc>
        <w:tc>
          <w:tcPr>
            <w:tcW w:w="6803" w:type="dxa"/>
          </w:tcPr>
          <w:p w14:paraId="533FA5F4" w14:textId="525B402B" w:rsidR="00B9286B" w:rsidRPr="00684EB1" w:rsidRDefault="00BE1021" w:rsidP="00F7265A">
            <w:pPr>
              <w:ind w:firstLine="0"/>
              <w:rPr>
                <w:rFonts w:cs="Times New Roman"/>
                <w:szCs w:val="28"/>
                <w:lang w:val="ru-RU"/>
              </w:rPr>
            </w:pPr>
            <w:r w:rsidRPr="00684EB1">
              <w:rPr>
                <w:rFonts w:cs="Times New Roman"/>
                <w:szCs w:val="28"/>
                <w:lang w:val="ru-RU"/>
              </w:rPr>
              <w:t>Развивающее занятие «Информация, язык и культура общения».</w:t>
            </w:r>
          </w:p>
          <w:p w14:paraId="4BCE6658" w14:textId="2FD5901E" w:rsidR="00B9286B" w:rsidRPr="00684EB1" w:rsidRDefault="00BE1021" w:rsidP="00F7265A">
            <w:pPr>
              <w:ind w:firstLine="0"/>
              <w:rPr>
                <w:rFonts w:cs="Times New Roman"/>
                <w:szCs w:val="28"/>
                <w:lang w:val="ru-RU"/>
              </w:rPr>
            </w:pPr>
            <w:r w:rsidRPr="00684EB1">
              <w:rPr>
                <w:rFonts w:cs="Times New Roman"/>
                <w:szCs w:val="28"/>
                <w:lang w:val="ru-RU"/>
              </w:rPr>
              <w:t xml:space="preserve">Творческая лаборатория «Новость </w:t>
            </w:r>
            <w:r w:rsidR="002B0A03" w:rsidRPr="00FD4D4F">
              <w:rPr>
                <w:rFonts w:cs="Times New Roman"/>
                <w:szCs w:val="28"/>
                <w:lang w:val="ru-RU"/>
              </w:rPr>
              <w:t>ДО</w:t>
            </w:r>
            <w:r w:rsidR="005C06FD">
              <w:rPr>
                <w:rFonts w:cs="Times New Roman"/>
                <w:szCs w:val="28"/>
                <w:lang w:val="ru-RU"/>
              </w:rPr>
              <w:t>Л</w:t>
            </w:r>
            <w:r w:rsidRPr="00684EB1">
              <w:rPr>
                <w:rFonts w:cs="Times New Roman"/>
                <w:szCs w:val="28"/>
                <w:lang w:val="ru-RU"/>
              </w:rPr>
              <w:t xml:space="preserve">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w:t>
            </w:r>
          </w:p>
        </w:tc>
      </w:tr>
      <w:tr w:rsidR="00B9286B" w:rsidRPr="00F7265A" w14:paraId="011ADF50" w14:textId="77777777">
        <w:trPr>
          <w:jc w:val="center"/>
        </w:trPr>
        <w:tc>
          <w:tcPr>
            <w:tcW w:w="2835" w:type="dxa"/>
          </w:tcPr>
          <w:p w14:paraId="520B2998" w14:textId="77777777" w:rsidR="00B9286B" w:rsidRPr="00684EB1" w:rsidRDefault="00BE1021" w:rsidP="00F7265A">
            <w:pPr>
              <w:ind w:firstLine="0"/>
              <w:rPr>
                <w:rFonts w:cs="Times New Roman"/>
                <w:szCs w:val="28"/>
                <w:lang w:val="ru-RU"/>
              </w:rPr>
            </w:pPr>
            <w:r w:rsidRPr="00684EB1">
              <w:rPr>
                <w:rFonts w:cs="Times New Roman"/>
                <w:szCs w:val="28"/>
                <w:lang w:val="ru-RU"/>
              </w:rPr>
              <w:t>Практико-ориентированные занятия (не менее 2)</w:t>
            </w:r>
          </w:p>
        </w:tc>
        <w:tc>
          <w:tcPr>
            <w:tcW w:w="6803" w:type="dxa"/>
          </w:tcPr>
          <w:p w14:paraId="11478A68" w14:textId="539398B8" w:rsidR="00B9286B" w:rsidRPr="00684EB1" w:rsidRDefault="00BE1021" w:rsidP="00F7265A">
            <w:pPr>
              <w:ind w:firstLine="0"/>
              <w:rPr>
                <w:rFonts w:cs="Times New Roman"/>
                <w:szCs w:val="28"/>
                <w:lang w:val="ru-RU"/>
              </w:rPr>
            </w:pPr>
            <w:r w:rsidRPr="00684EB1">
              <w:rPr>
                <w:rFonts w:cs="Times New Roman"/>
                <w:szCs w:val="28"/>
                <w:lang w:val="ru-RU"/>
              </w:rPr>
              <w:t>Практикум интервью с участниками смены.</w:t>
            </w:r>
          </w:p>
          <w:p w14:paraId="009577A0" w14:textId="793A6540" w:rsidR="00B9286B" w:rsidRPr="00684EB1" w:rsidRDefault="00BE1021" w:rsidP="00F7265A">
            <w:pPr>
              <w:ind w:firstLine="0"/>
              <w:rPr>
                <w:rFonts w:cs="Times New Roman"/>
                <w:szCs w:val="28"/>
                <w:lang w:val="ru-RU"/>
              </w:rPr>
            </w:pPr>
            <w:r w:rsidRPr="00684EB1">
              <w:rPr>
                <w:rFonts w:cs="Times New Roman"/>
                <w:szCs w:val="28"/>
                <w:lang w:val="ru-RU"/>
              </w:rPr>
              <w:t xml:space="preserve">Практическая работа: </w:t>
            </w:r>
            <w:proofErr w:type="spellStart"/>
            <w:r w:rsidRPr="00684EB1">
              <w:rPr>
                <w:rFonts w:cs="Times New Roman"/>
                <w:szCs w:val="28"/>
                <w:lang w:val="ru-RU"/>
              </w:rPr>
              <w:t>медиадневник</w:t>
            </w:r>
            <w:proofErr w:type="spellEnd"/>
            <w:r w:rsidRPr="00684EB1">
              <w:rPr>
                <w:rFonts w:cs="Times New Roman"/>
                <w:szCs w:val="28"/>
                <w:lang w:val="ru-RU"/>
              </w:rPr>
              <w:t>, подкаст, короткое видео, фотолетопись или постер на выбранном языке с использованием доступных средств.</w:t>
            </w:r>
          </w:p>
        </w:tc>
      </w:tr>
      <w:tr w:rsidR="00B9286B" w:rsidRPr="00F7265A" w14:paraId="11014E87" w14:textId="77777777">
        <w:trPr>
          <w:jc w:val="center"/>
        </w:trPr>
        <w:tc>
          <w:tcPr>
            <w:tcW w:w="2835" w:type="dxa"/>
          </w:tcPr>
          <w:p w14:paraId="7EF5BDA7" w14:textId="77777777" w:rsidR="00B9286B" w:rsidRPr="00684EB1" w:rsidRDefault="00BE1021" w:rsidP="00F7265A">
            <w:pPr>
              <w:ind w:firstLine="0"/>
              <w:rPr>
                <w:rFonts w:cs="Times New Roman"/>
                <w:szCs w:val="28"/>
                <w:lang w:val="ru-RU"/>
              </w:rPr>
            </w:pPr>
            <w:r w:rsidRPr="00684EB1">
              <w:rPr>
                <w:rFonts w:cs="Times New Roman"/>
                <w:szCs w:val="28"/>
                <w:lang w:val="ru-RU"/>
              </w:rPr>
              <w:t>Воспитательные мероприятия и проекты (не менее 2)</w:t>
            </w:r>
          </w:p>
        </w:tc>
        <w:tc>
          <w:tcPr>
            <w:tcW w:w="6803" w:type="dxa"/>
          </w:tcPr>
          <w:p w14:paraId="3479A0D9" w14:textId="6FAF23EC" w:rsidR="00B9286B" w:rsidRPr="00684EB1" w:rsidRDefault="00BE1021" w:rsidP="00F7265A">
            <w:pPr>
              <w:ind w:firstLine="0"/>
              <w:rPr>
                <w:rFonts w:cs="Times New Roman"/>
                <w:szCs w:val="28"/>
                <w:lang w:val="ru-RU"/>
              </w:rPr>
            </w:pPr>
            <w:r w:rsidRPr="00684EB1">
              <w:rPr>
                <w:rFonts w:cs="Times New Roman"/>
                <w:szCs w:val="28"/>
                <w:lang w:val="ru-RU"/>
              </w:rPr>
              <w:t>Воспитательное мероприятие «Ответственность за слово в реальной и цифровой среде».</w:t>
            </w:r>
          </w:p>
          <w:p w14:paraId="391C62A6" w14:textId="414C4B24" w:rsidR="00B9286B" w:rsidRPr="00684EB1" w:rsidRDefault="00BE1021" w:rsidP="00F7265A">
            <w:pPr>
              <w:ind w:firstLine="0"/>
              <w:rPr>
                <w:rFonts w:cs="Times New Roman"/>
                <w:szCs w:val="28"/>
                <w:lang w:val="ru-RU"/>
              </w:rPr>
            </w:pPr>
            <w:r w:rsidRPr="00684EB1">
              <w:rPr>
                <w:rFonts w:cs="Times New Roman"/>
                <w:szCs w:val="28"/>
                <w:lang w:val="ru-RU"/>
              </w:rPr>
              <w:t>Вечер «Живое общение»: обсуждение цифрового баланса и культуры речи.</w:t>
            </w:r>
          </w:p>
        </w:tc>
      </w:tr>
      <w:tr w:rsidR="00B9286B" w:rsidRPr="00F7265A" w14:paraId="54144944" w14:textId="77777777">
        <w:trPr>
          <w:jc w:val="center"/>
        </w:trPr>
        <w:tc>
          <w:tcPr>
            <w:tcW w:w="2835" w:type="dxa"/>
          </w:tcPr>
          <w:p w14:paraId="7A2E4ACF" w14:textId="77777777" w:rsidR="00B9286B" w:rsidRPr="00684EB1" w:rsidRDefault="00BE1021" w:rsidP="00F7265A">
            <w:pPr>
              <w:ind w:firstLine="0"/>
              <w:rPr>
                <w:rFonts w:cs="Times New Roman"/>
                <w:szCs w:val="28"/>
                <w:lang w:val="ru-RU"/>
              </w:rPr>
            </w:pPr>
            <w:r w:rsidRPr="00684EB1">
              <w:rPr>
                <w:rFonts w:cs="Times New Roman"/>
                <w:szCs w:val="28"/>
                <w:lang w:val="ru-RU"/>
              </w:rPr>
              <w:t>Оздоровительный модуль (до 3 академических часов в день)</w:t>
            </w:r>
          </w:p>
        </w:tc>
        <w:tc>
          <w:tcPr>
            <w:tcW w:w="6803" w:type="dxa"/>
          </w:tcPr>
          <w:p w14:paraId="5CF8E920" w14:textId="357AF8D3" w:rsidR="00B9286B" w:rsidRPr="00684EB1" w:rsidRDefault="00BE1021" w:rsidP="00F7265A">
            <w:pPr>
              <w:ind w:firstLine="0"/>
              <w:rPr>
                <w:rFonts w:cs="Times New Roman"/>
                <w:szCs w:val="28"/>
                <w:lang w:val="ru-RU"/>
              </w:rPr>
            </w:pPr>
            <w:r w:rsidRPr="00684EB1">
              <w:rPr>
                <w:rFonts w:cs="Times New Roman"/>
                <w:szCs w:val="28"/>
                <w:lang w:val="ru-RU"/>
              </w:rPr>
              <w:t>Зарядка, спортивная игра без гаджетов, прогулка, упражнения на коммуникацию.</w:t>
            </w:r>
          </w:p>
        </w:tc>
      </w:tr>
      <w:tr w:rsidR="00B9286B" w:rsidRPr="00F7265A" w14:paraId="140FA4AF" w14:textId="77777777">
        <w:trPr>
          <w:jc w:val="center"/>
        </w:trPr>
        <w:tc>
          <w:tcPr>
            <w:tcW w:w="2835" w:type="dxa"/>
          </w:tcPr>
          <w:p w14:paraId="294B8AF9" w14:textId="77777777" w:rsidR="00B9286B" w:rsidRPr="00684EB1" w:rsidRDefault="00BE1021" w:rsidP="00F7265A">
            <w:pPr>
              <w:ind w:firstLine="0"/>
              <w:rPr>
                <w:rFonts w:cs="Times New Roman"/>
                <w:szCs w:val="28"/>
              </w:rPr>
            </w:pPr>
            <w:proofErr w:type="spellStart"/>
            <w:r w:rsidRPr="00684EB1">
              <w:rPr>
                <w:rFonts w:cs="Times New Roman"/>
                <w:szCs w:val="28"/>
              </w:rPr>
              <w:t>Ожидаемый</w:t>
            </w:r>
            <w:proofErr w:type="spellEnd"/>
            <w:r w:rsidRPr="00684EB1">
              <w:rPr>
                <w:rFonts w:cs="Times New Roman"/>
                <w:szCs w:val="28"/>
              </w:rPr>
              <w:t xml:space="preserve"> </w:t>
            </w:r>
            <w:proofErr w:type="spellStart"/>
            <w:r w:rsidRPr="00684EB1">
              <w:rPr>
                <w:rFonts w:cs="Times New Roman"/>
                <w:szCs w:val="28"/>
              </w:rPr>
              <w:t>результат</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6803" w:type="dxa"/>
          </w:tcPr>
          <w:p w14:paraId="521F410E" w14:textId="77777777" w:rsidR="00B9286B" w:rsidRPr="00684EB1" w:rsidRDefault="00BE1021" w:rsidP="00F7265A">
            <w:pPr>
              <w:ind w:firstLine="0"/>
              <w:rPr>
                <w:rFonts w:cs="Times New Roman"/>
                <w:szCs w:val="28"/>
                <w:lang w:val="ru-RU"/>
              </w:rPr>
            </w:pPr>
            <w:r w:rsidRPr="00684EB1">
              <w:rPr>
                <w:rFonts w:cs="Times New Roman"/>
                <w:szCs w:val="28"/>
                <w:lang w:val="ru-RU"/>
              </w:rPr>
              <w:t>Создан языковой медиапродукт: интервью, дневник, постер, подкаст или видеоролик.</w:t>
            </w:r>
          </w:p>
        </w:tc>
      </w:tr>
    </w:tbl>
    <w:p w14:paraId="372D84F2" w14:textId="0DC9C347" w:rsidR="00B9286B" w:rsidRPr="00D91B33" w:rsidRDefault="00D91B33" w:rsidP="00F7265A">
      <w:pPr>
        <w:pStyle w:val="31"/>
        <w:spacing w:before="0" w:after="0"/>
        <w:rPr>
          <w:rFonts w:cs="Times New Roman"/>
          <w:szCs w:val="28"/>
          <w:lang w:val="ru-RU"/>
        </w:rPr>
      </w:pPr>
      <w:r>
        <w:rPr>
          <w:rFonts w:eastAsia="Times New Roman" w:cs="Times New Roman"/>
          <w:szCs w:val="28"/>
          <w:lang w:val="kk-KZ"/>
        </w:rPr>
        <w:t>7</w:t>
      </w:r>
      <w:r w:rsidR="00BE1021" w:rsidRPr="00D91B33">
        <w:rPr>
          <w:rFonts w:eastAsia="Times New Roman" w:cs="Times New Roman"/>
          <w:szCs w:val="28"/>
          <w:lang w:val="ru-RU"/>
        </w:rPr>
        <w:t xml:space="preserve"> день. «</w:t>
      </w:r>
      <w:proofErr w:type="spellStart"/>
      <w:r w:rsidR="00BE1021" w:rsidRPr="00D91B33">
        <w:rPr>
          <w:rFonts w:eastAsia="Times New Roman" w:cs="Times New Roman"/>
          <w:szCs w:val="28"/>
          <w:lang w:val="ru-RU"/>
        </w:rPr>
        <w:t>Тіл</w:t>
      </w:r>
      <w:proofErr w:type="spellEnd"/>
      <w:r w:rsidR="00BE1021" w:rsidRPr="00D91B33">
        <w:rPr>
          <w:rFonts w:eastAsia="Times New Roman" w:cs="Times New Roman"/>
          <w:szCs w:val="28"/>
          <w:lang w:val="ru-RU"/>
        </w:rPr>
        <w:t xml:space="preserve"> </w:t>
      </w:r>
      <w:proofErr w:type="spellStart"/>
      <w:r w:rsidR="00BE1021" w:rsidRPr="00D91B33">
        <w:rPr>
          <w:rFonts w:eastAsia="Times New Roman" w:cs="Times New Roman"/>
          <w:szCs w:val="28"/>
          <w:lang w:val="ru-RU"/>
        </w:rPr>
        <w:t>жобасы</w:t>
      </w:r>
      <w:proofErr w:type="spellEnd"/>
      <w:r w:rsidR="00BE1021" w:rsidRPr="00D91B33">
        <w:rPr>
          <w:rFonts w:eastAsia="Times New Roman" w:cs="Times New Roman"/>
          <w:szCs w:val="28"/>
          <w:lang w:val="ru-RU"/>
        </w:rPr>
        <w:t>» - день проектирования</w:t>
      </w:r>
    </w:p>
    <w:tbl>
      <w:tblPr>
        <w:tblStyle w:val="aff0"/>
        <w:tblW w:w="0" w:type="auto"/>
        <w:jc w:val="center"/>
        <w:tblLook w:val="04A0" w:firstRow="1" w:lastRow="0" w:firstColumn="1" w:lastColumn="0" w:noHBand="0" w:noVBand="1"/>
      </w:tblPr>
      <w:tblGrid>
        <w:gridCol w:w="2834"/>
        <w:gridCol w:w="6795"/>
      </w:tblGrid>
      <w:tr w:rsidR="00B9286B" w:rsidRPr="00684EB1" w14:paraId="1C1A3367" w14:textId="77777777">
        <w:trPr>
          <w:tblHeader/>
          <w:jc w:val="center"/>
        </w:trPr>
        <w:tc>
          <w:tcPr>
            <w:tcW w:w="2835" w:type="dxa"/>
            <w:shd w:val="clear" w:color="auto" w:fill="D9EAD3"/>
            <w:vAlign w:val="center"/>
          </w:tcPr>
          <w:p w14:paraId="68521AAB" w14:textId="77777777" w:rsidR="00B9286B" w:rsidRPr="00684EB1" w:rsidRDefault="00BE1021" w:rsidP="00F7265A">
            <w:pPr>
              <w:ind w:firstLine="0"/>
              <w:rPr>
                <w:rFonts w:cs="Times New Roman"/>
                <w:szCs w:val="28"/>
              </w:rPr>
            </w:pPr>
            <w:proofErr w:type="spellStart"/>
            <w:r w:rsidRPr="00684EB1">
              <w:rPr>
                <w:rFonts w:cs="Times New Roman"/>
                <w:b/>
                <w:szCs w:val="28"/>
              </w:rPr>
              <w:t>Компонент</w:t>
            </w:r>
            <w:proofErr w:type="spellEnd"/>
            <w:r w:rsidRPr="00684EB1">
              <w:rPr>
                <w:rFonts w:cs="Times New Roman"/>
                <w:b/>
                <w:szCs w:val="28"/>
              </w:rPr>
              <w:t xml:space="preserve"> </w:t>
            </w:r>
            <w:proofErr w:type="spellStart"/>
            <w:r w:rsidRPr="00684EB1">
              <w:rPr>
                <w:rFonts w:cs="Times New Roman"/>
                <w:b/>
                <w:szCs w:val="28"/>
              </w:rPr>
              <w:t>дня</w:t>
            </w:r>
            <w:proofErr w:type="spellEnd"/>
          </w:p>
        </w:tc>
        <w:tc>
          <w:tcPr>
            <w:tcW w:w="6803" w:type="dxa"/>
            <w:shd w:val="clear" w:color="auto" w:fill="D9EAD3"/>
            <w:vAlign w:val="center"/>
          </w:tcPr>
          <w:p w14:paraId="30D5FB66" w14:textId="77777777" w:rsidR="00B9286B" w:rsidRPr="00684EB1" w:rsidRDefault="00BE1021" w:rsidP="00F7265A">
            <w:pPr>
              <w:ind w:firstLine="0"/>
              <w:rPr>
                <w:rFonts w:cs="Times New Roman"/>
                <w:szCs w:val="28"/>
              </w:rPr>
            </w:pPr>
            <w:proofErr w:type="spellStart"/>
            <w:r w:rsidRPr="00684EB1">
              <w:rPr>
                <w:rFonts w:cs="Times New Roman"/>
                <w:b/>
                <w:szCs w:val="28"/>
              </w:rPr>
              <w:t>Содержание</w:t>
            </w:r>
            <w:proofErr w:type="spellEnd"/>
          </w:p>
        </w:tc>
      </w:tr>
      <w:tr w:rsidR="00B9286B" w:rsidRPr="00F7265A" w14:paraId="462DE679" w14:textId="77777777">
        <w:trPr>
          <w:jc w:val="center"/>
        </w:trPr>
        <w:tc>
          <w:tcPr>
            <w:tcW w:w="2835" w:type="dxa"/>
          </w:tcPr>
          <w:p w14:paraId="3432A480" w14:textId="77777777" w:rsidR="00B9286B" w:rsidRPr="00684EB1" w:rsidRDefault="00BE1021" w:rsidP="00F7265A">
            <w:pPr>
              <w:ind w:firstLine="0"/>
              <w:rPr>
                <w:rFonts w:cs="Times New Roman"/>
                <w:szCs w:val="28"/>
                <w:lang w:val="ru-RU"/>
              </w:rPr>
            </w:pPr>
            <w:r w:rsidRPr="00684EB1">
              <w:rPr>
                <w:rFonts w:cs="Times New Roman"/>
                <w:szCs w:val="28"/>
                <w:lang w:val="ru-RU"/>
              </w:rPr>
              <w:t>Развивающие / проектные / исследовательские / творческие занятия (не менее 2)</w:t>
            </w:r>
          </w:p>
        </w:tc>
        <w:tc>
          <w:tcPr>
            <w:tcW w:w="6803" w:type="dxa"/>
          </w:tcPr>
          <w:p w14:paraId="15DD912D" w14:textId="62F860BA" w:rsidR="00B9286B" w:rsidRPr="00684EB1" w:rsidRDefault="00BE1021" w:rsidP="00F7265A">
            <w:pPr>
              <w:ind w:firstLine="0"/>
              <w:rPr>
                <w:rFonts w:cs="Times New Roman"/>
                <w:szCs w:val="28"/>
                <w:lang w:val="ru-RU"/>
              </w:rPr>
            </w:pPr>
            <w:r w:rsidRPr="00684EB1">
              <w:rPr>
                <w:rFonts w:cs="Times New Roman"/>
                <w:szCs w:val="28"/>
                <w:lang w:val="ru-RU"/>
              </w:rPr>
              <w:t>Развивающее занятие «Как оформить языковой проект: тема, цель, роли, продукт».</w:t>
            </w:r>
          </w:p>
          <w:p w14:paraId="70173A8B" w14:textId="3C771252" w:rsidR="00B9286B" w:rsidRPr="00684EB1" w:rsidRDefault="00BE1021" w:rsidP="00F7265A">
            <w:pPr>
              <w:ind w:firstLine="0"/>
              <w:rPr>
                <w:rFonts w:cs="Times New Roman"/>
                <w:szCs w:val="28"/>
                <w:lang w:val="ru-RU"/>
              </w:rPr>
            </w:pPr>
            <w:r w:rsidRPr="00684EB1">
              <w:rPr>
                <w:rFonts w:cs="Times New Roman"/>
                <w:szCs w:val="28"/>
                <w:lang w:val="ru-RU"/>
              </w:rPr>
              <w:t>Проектная консультация по выбранным языкам и форматам.</w:t>
            </w:r>
          </w:p>
        </w:tc>
      </w:tr>
      <w:tr w:rsidR="00B9286B" w:rsidRPr="00F7265A" w14:paraId="479D25BA" w14:textId="77777777">
        <w:trPr>
          <w:jc w:val="center"/>
        </w:trPr>
        <w:tc>
          <w:tcPr>
            <w:tcW w:w="2835" w:type="dxa"/>
          </w:tcPr>
          <w:p w14:paraId="69EF9316" w14:textId="77777777" w:rsidR="00B9286B" w:rsidRPr="00684EB1" w:rsidRDefault="00BE1021" w:rsidP="00F7265A">
            <w:pPr>
              <w:ind w:firstLine="0"/>
              <w:rPr>
                <w:rFonts w:cs="Times New Roman"/>
                <w:szCs w:val="28"/>
                <w:lang w:val="ru-RU"/>
              </w:rPr>
            </w:pPr>
            <w:r w:rsidRPr="00684EB1">
              <w:rPr>
                <w:rFonts w:cs="Times New Roman"/>
                <w:szCs w:val="28"/>
                <w:lang w:val="ru-RU"/>
              </w:rPr>
              <w:t>Практико-ориентированные занятия (не менее 2)</w:t>
            </w:r>
          </w:p>
        </w:tc>
        <w:tc>
          <w:tcPr>
            <w:tcW w:w="6803" w:type="dxa"/>
          </w:tcPr>
          <w:p w14:paraId="26EA98BF" w14:textId="7C909E8E" w:rsidR="00B9286B" w:rsidRPr="00684EB1" w:rsidRDefault="00BE1021" w:rsidP="00F7265A">
            <w:pPr>
              <w:ind w:firstLine="0"/>
              <w:rPr>
                <w:rFonts w:cs="Times New Roman"/>
                <w:szCs w:val="28"/>
                <w:lang w:val="ru-RU"/>
              </w:rPr>
            </w:pPr>
            <w:r w:rsidRPr="00684EB1">
              <w:rPr>
                <w:rFonts w:cs="Times New Roman"/>
                <w:szCs w:val="28"/>
                <w:lang w:val="ru-RU"/>
              </w:rPr>
              <w:t>Практическая работа по подготовке итогового языкового продукта.</w:t>
            </w:r>
          </w:p>
          <w:p w14:paraId="10F2A47E" w14:textId="01F06969" w:rsidR="00B9286B" w:rsidRPr="00684EB1" w:rsidRDefault="00BE1021" w:rsidP="00F7265A">
            <w:pPr>
              <w:ind w:firstLine="0"/>
              <w:rPr>
                <w:rFonts w:cs="Times New Roman"/>
                <w:szCs w:val="28"/>
                <w:lang w:val="ru-RU"/>
              </w:rPr>
            </w:pPr>
            <w:r w:rsidRPr="00684EB1">
              <w:rPr>
                <w:rFonts w:cs="Times New Roman"/>
                <w:szCs w:val="28"/>
                <w:lang w:val="ru-RU"/>
              </w:rPr>
              <w:t>Тренинг презентации: структура выступления, произношение, поддержка спикера.</w:t>
            </w:r>
          </w:p>
        </w:tc>
      </w:tr>
      <w:tr w:rsidR="00B9286B" w:rsidRPr="00F7265A" w14:paraId="63B9F158" w14:textId="77777777">
        <w:trPr>
          <w:jc w:val="center"/>
        </w:trPr>
        <w:tc>
          <w:tcPr>
            <w:tcW w:w="2835" w:type="dxa"/>
          </w:tcPr>
          <w:p w14:paraId="72BD33FF" w14:textId="77777777" w:rsidR="00B9286B" w:rsidRPr="00684EB1" w:rsidRDefault="00BE1021" w:rsidP="00F7265A">
            <w:pPr>
              <w:ind w:firstLine="0"/>
              <w:rPr>
                <w:rFonts w:cs="Times New Roman"/>
                <w:szCs w:val="28"/>
                <w:lang w:val="ru-RU"/>
              </w:rPr>
            </w:pPr>
            <w:r w:rsidRPr="00684EB1">
              <w:rPr>
                <w:rFonts w:cs="Times New Roman"/>
                <w:szCs w:val="28"/>
                <w:lang w:val="ru-RU"/>
              </w:rPr>
              <w:t>Воспитательные мероприятия и проекты (не менее 2)</w:t>
            </w:r>
          </w:p>
        </w:tc>
        <w:tc>
          <w:tcPr>
            <w:tcW w:w="6803" w:type="dxa"/>
          </w:tcPr>
          <w:p w14:paraId="5F80BF43" w14:textId="04D624FC" w:rsidR="00B9286B" w:rsidRPr="00684EB1" w:rsidRDefault="00BE1021" w:rsidP="00F7265A">
            <w:pPr>
              <w:ind w:firstLine="0"/>
              <w:rPr>
                <w:rFonts w:cs="Times New Roman"/>
                <w:szCs w:val="28"/>
                <w:lang w:val="ru-RU"/>
              </w:rPr>
            </w:pPr>
            <w:r w:rsidRPr="00684EB1">
              <w:rPr>
                <w:rFonts w:cs="Times New Roman"/>
                <w:szCs w:val="28"/>
                <w:lang w:val="ru-RU"/>
              </w:rPr>
              <w:t>Воспитательное мероприятие «Мой вклад в общий результат».</w:t>
            </w:r>
          </w:p>
          <w:p w14:paraId="69365078" w14:textId="3D7517D0" w:rsidR="00B9286B" w:rsidRPr="00684EB1" w:rsidRDefault="00BE1021" w:rsidP="00F7265A">
            <w:pPr>
              <w:ind w:firstLine="0"/>
              <w:rPr>
                <w:rFonts w:cs="Times New Roman"/>
                <w:szCs w:val="28"/>
                <w:lang w:val="ru-RU"/>
              </w:rPr>
            </w:pPr>
            <w:r w:rsidRPr="00684EB1">
              <w:rPr>
                <w:rFonts w:cs="Times New Roman"/>
                <w:szCs w:val="28"/>
                <w:lang w:val="ru-RU"/>
              </w:rPr>
              <w:t>Вечер проектных команд и обмен обратной связью.</w:t>
            </w:r>
          </w:p>
        </w:tc>
      </w:tr>
      <w:tr w:rsidR="00B9286B" w:rsidRPr="00F7265A" w14:paraId="5EF03F02" w14:textId="77777777">
        <w:trPr>
          <w:jc w:val="center"/>
        </w:trPr>
        <w:tc>
          <w:tcPr>
            <w:tcW w:w="2835" w:type="dxa"/>
          </w:tcPr>
          <w:p w14:paraId="6F6CB06E" w14:textId="77777777" w:rsidR="00B9286B" w:rsidRPr="00684EB1" w:rsidRDefault="00BE1021" w:rsidP="00F7265A">
            <w:pPr>
              <w:ind w:firstLine="0"/>
              <w:rPr>
                <w:rFonts w:cs="Times New Roman"/>
                <w:szCs w:val="28"/>
                <w:lang w:val="ru-RU"/>
              </w:rPr>
            </w:pPr>
            <w:r w:rsidRPr="00684EB1">
              <w:rPr>
                <w:rFonts w:cs="Times New Roman"/>
                <w:szCs w:val="28"/>
                <w:lang w:val="ru-RU"/>
              </w:rPr>
              <w:lastRenderedPageBreak/>
              <w:t>Оздоровительный модуль (до 3 академических часов в день)</w:t>
            </w:r>
          </w:p>
        </w:tc>
        <w:tc>
          <w:tcPr>
            <w:tcW w:w="6803" w:type="dxa"/>
          </w:tcPr>
          <w:p w14:paraId="37B968A4" w14:textId="5FF2D361" w:rsidR="00B9286B" w:rsidRPr="00684EB1" w:rsidRDefault="00BE1021" w:rsidP="00F7265A">
            <w:pPr>
              <w:ind w:firstLine="0"/>
              <w:rPr>
                <w:rFonts w:cs="Times New Roman"/>
                <w:szCs w:val="28"/>
                <w:lang w:val="ru-RU"/>
              </w:rPr>
            </w:pPr>
            <w:r w:rsidRPr="00684EB1">
              <w:rPr>
                <w:rFonts w:cs="Times New Roman"/>
                <w:szCs w:val="28"/>
                <w:lang w:val="ru-RU"/>
              </w:rPr>
              <w:t>Зарядка, прогулка, активная игра для профилактики утомления.</w:t>
            </w:r>
          </w:p>
        </w:tc>
      </w:tr>
      <w:tr w:rsidR="00B9286B" w:rsidRPr="00F7265A" w14:paraId="0BF2F8A6" w14:textId="77777777">
        <w:trPr>
          <w:jc w:val="center"/>
        </w:trPr>
        <w:tc>
          <w:tcPr>
            <w:tcW w:w="2835" w:type="dxa"/>
          </w:tcPr>
          <w:p w14:paraId="41AE0AFD" w14:textId="77777777" w:rsidR="00B9286B" w:rsidRPr="00684EB1" w:rsidRDefault="00BE1021" w:rsidP="00F7265A">
            <w:pPr>
              <w:ind w:firstLine="0"/>
              <w:rPr>
                <w:rFonts w:cs="Times New Roman"/>
                <w:szCs w:val="28"/>
              </w:rPr>
            </w:pPr>
            <w:proofErr w:type="spellStart"/>
            <w:r w:rsidRPr="00684EB1">
              <w:rPr>
                <w:rFonts w:cs="Times New Roman"/>
                <w:szCs w:val="28"/>
              </w:rPr>
              <w:t>Ожидаемый</w:t>
            </w:r>
            <w:proofErr w:type="spellEnd"/>
            <w:r w:rsidRPr="00684EB1">
              <w:rPr>
                <w:rFonts w:cs="Times New Roman"/>
                <w:szCs w:val="28"/>
              </w:rPr>
              <w:t xml:space="preserve"> </w:t>
            </w:r>
            <w:proofErr w:type="spellStart"/>
            <w:r w:rsidRPr="00684EB1">
              <w:rPr>
                <w:rFonts w:cs="Times New Roman"/>
                <w:szCs w:val="28"/>
              </w:rPr>
              <w:t>результат</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6803" w:type="dxa"/>
          </w:tcPr>
          <w:p w14:paraId="4CE86EE4" w14:textId="77777777" w:rsidR="00B9286B" w:rsidRPr="00684EB1" w:rsidRDefault="00BE1021" w:rsidP="00F7265A">
            <w:pPr>
              <w:ind w:firstLine="0"/>
              <w:rPr>
                <w:rFonts w:cs="Times New Roman"/>
                <w:szCs w:val="28"/>
                <w:lang w:val="ru-RU"/>
              </w:rPr>
            </w:pPr>
            <w:r w:rsidRPr="00684EB1">
              <w:rPr>
                <w:rFonts w:cs="Times New Roman"/>
                <w:szCs w:val="28"/>
                <w:lang w:val="ru-RU"/>
              </w:rPr>
              <w:t>Подготовлены черновые варианты итоговых языковых проектов.</w:t>
            </w:r>
          </w:p>
        </w:tc>
      </w:tr>
    </w:tbl>
    <w:p w14:paraId="0339A74A" w14:textId="2D44B11B" w:rsidR="00B9286B" w:rsidRPr="00D91B33" w:rsidRDefault="00D91B33" w:rsidP="00F7265A">
      <w:pPr>
        <w:pStyle w:val="31"/>
        <w:spacing w:before="0" w:after="0"/>
        <w:rPr>
          <w:rFonts w:cs="Times New Roman"/>
          <w:szCs w:val="28"/>
          <w:lang w:val="ru-RU"/>
        </w:rPr>
      </w:pPr>
      <w:r>
        <w:rPr>
          <w:rFonts w:eastAsia="Times New Roman" w:cs="Times New Roman"/>
          <w:szCs w:val="28"/>
          <w:lang w:val="kk-KZ"/>
        </w:rPr>
        <w:t>8</w:t>
      </w:r>
      <w:r w:rsidR="00BE1021" w:rsidRPr="00D91B33">
        <w:rPr>
          <w:rFonts w:eastAsia="Times New Roman" w:cs="Times New Roman"/>
          <w:szCs w:val="28"/>
          <w:lang w:val="ru-RU"/>
        </w:rPr>
        <w:t xml:space="preserve"> день. «</w:t>
      </w:r>
      <w:proofErr w:type="spellStart"/>
      <w:r w:rsidR="00BE1021" w:rsidRPr="00D91B33">
        <w:rPr>
          <w:rFonts w:eastAsia="Times New Roman" w:cs="Times New Roman"/>
          <w:szCs w:val="28"/>
          <w:lang w:val="ru-RU"/>
        </w:rPr>
        <w:t>Дайындық</w:t>
      </w:r>
      <w:proofErr w:type="spellEnd"/>
      <w:r w:rsidR="00BE1021" w:rsidRPr="00D91B33">
        <w:rPr>
          <w:rFonts w:eastAsia="Times New Roman" w:cs="Times New Roman"/>
          <w:szCs w:val="28"/>
          <w:lang w:val="ru-RU"/>
        </w:rPr>
        <w:t xml:space="preserve"> </w:t>
      </w:r>
      <w:proofErr w:type="spellStart"/>
      <w:r w:rsidR="00BE1021" w:rsidRPr="00D91B33">
        <w:rPr>
          <w:rFonts w:eastAsia="Times New Roman" w:cs="Times New Roman"/>
          <w:szCs w:val="28"/>
          <w:lang w:val="ru-RU"/>
        </w:rPr>
        <w:t>күні</w:t>
      </w:r>
      <w:proofErr w:type="spellEnd"/>
      <w:r w:rsidR="00BE1021" w:rsidRPr="00D91B33">
        <w:rPr>
          <w:rFonts w:eastAsia="Times New Roman" w:cs="Times New Roman"/>
          <w:szCs w:val="28"/>
          <w:lang w:val="ru-RU"/>
        </w:rPr>
        <w:t>» - день подготовки</w:t>
      </w:r>
    </w:p>
    <w:tbl>
      <w:tblPr>
        <w:tblStyle w:val="aff0"/>
        <w:tblW w:w="0" w:type="auto"/>
        <w:jc w:val="center"/>
        <w:tblLook w:val="04A0" w:firstRow="1" w:lastRow="0" w:firstColumn="1" w:lastColumn="0" w:noHBand="0" w:noVBand="1"/>
      </w:tblPr>
      <w:tblGrid>
        <w:gridCol w:w="2834"/>
        <w:gridCol w:w="6795"/>
      </w:tblGrid>
      <w:tr w:rsidR="00B9286B" w:rsidRPr="00684EB1" w14:paraId="24772158" w14:textId="77777777">
        <w:trPr>
          <w:tblHeader/>
          <w:jc w:val="center"/>
        </w:trPr>
        <w:tc>
          <w:tcPr>
            <w:tcW w:w="2835" w:type="dxa"/>
            <w:shd w:val="clear" w:color="auto" w:fill="D9EAD3"/>
            <w:vAlign w:val="center"/>
          </w:tcPr>
          <w:p w14:paraId="55D37116" w14:textId="77777777" w:rsidR="00B9286B" w:rsidRPr="00684EB1" w:rsidRDefault="00BE1021" w:rsidP="00F7265A">
            <w:pPr>
              <w:ind w:firstLine="0"/>
              <w:rPr>
                <w:rFonts w:cs="Times New Roman"/>
                <w:szCs w:val="28"/>
              </w:rPr>
            </w:pPr>
            <w:proofErr w:type="spellStart"/>
            <w:r w:rsidRPr="00684EB1">
              <w:rPr>
                <w:rFonts w:cs="Times New Roman"/>
                <w:b/>
                <w:szCs w:val="28"/>
              </w:rPr>
              <w:t>Компонент</w:t>
            </w:r>
            <w:proofErr w:type="spellEnd"/>
            <w:r w:rsidRPr="00684EB1">
              <w:rPr>
                <w:rFonts w:cs="Times New Roman"/>
                <w:b/>
                <w:szCs w:val="28"/>
              </w:rPr>
              <w:t xml:space="preserve"> </w:t>
            </w:r>
            <w:proofErr w:type="spellStart"/>
            <w:r w:rsidRPr="00684EB1">
              <w:rPr>
                <w:rFonts w:cs="Times New Roman"/>
                <w:b/>
                <w:szCs w:val="28"/>
              </w:rPr>
              <w:t>дня</w:t>
            </w:r>
            <w:proofErr w:type="spellEnd"/>
          </w:p>
        </w:tc>
        <w:tc>
          <w:tcPr>
            <w:tcW w:w="6803" w:type="dxa"/>
            <w:shd w:val="clear" w:color="auto" w:fill="D9EAD3"/>
            <w:vAlign w:val="center"/>
          </w:tcPr>
          <w:p w14:paraId="2BA64378" w14:textId="77777777" w:rsidR="00B9286B" w:rsidRPr="00684EB1" w:rsidRDefault="00BE1021" w:rsidP="00F7265A">
            <w:pPr>
              <w:ind w:firstLine="0"/>
              <w:rPr>
                <w:rFonts w:cs="Times New Roman"/>
                <w:szCs w:val="28"/>
              </w:rPr>
            </w:pPr>
            <w:proofErr w:type="spellStart"/>
            <w:r w:rsidRPr="00684EB1">
              <w:rPr>
                <w:rFonts w:cs="Times New Roman"/>
                <w:b/>
                <w:szCs w:val="28"/>
              </w:rPr>
              <w:t>Содержание</w:t>
            </w:r>
            <w:proofErr w:type="spellEnd"/>
          </w:p>
        </w:tc>
      </w:tr>
      <w:tr w:rsidR="00B9286B" w:rsidRPr="00F7265A" w14:paraId="30E3BBB5" w14:textId="77777777">
        <w:trPr>
          <w:jc w:val="center"/>
        </w:trPr>
        <w:tc>
          <w:tcPr>
            <w:tcW w:w="2835" w:type="dxa"/>
          </w:tcPr>
          <w:p w14:paraId="09470324" w14:textId="77777777" w:rsidR="00B9286B" w:rsidRPr="00684EB1" w:rsidRDefault="00BE1021" w:rsidP="00F7265A">
            <w:pPr>
              <w:ind w:firstLine="0"/>
              <w:rPr>
                <w:rFonts w:cs="Times New Roman"/>
                <w:szCs w:val="28"/>
                <w:lang w:val="ru-RU"/>
              </w:rPr>
            </w:pPr>
            <w:r w:rsidRPr="00684EB1">
              <w:rPr>
                <w:rFonts w:cs="Times New Roman"/>
                <w:szCs w:val="28"/>
                <w:lang w:val="ru-RU"/>
              </w:rPr>
              <w:t>Развивающие / проектные / исследовательские / творческие занятия (не менее 2)</w:t>
            </w:r>
          </w:p>
        </w:tc>
        <w:tc>
          <w:tcPr>
            <w:tcW w:w="6803" w:type="dxa"/>
          </w:tcPr>
          <w:p w14:paraId="04502B36" w14:textId="1098CB1C" w:rsidR="00B9286B" w:rsidRPr="00684EB1" w:rsidRDefault="00BE1021" w:rsidP="00F7265A">
            <w:pPr>
              <w:ind w:firstLine="0"/>
              <w:rPr>
                <w:rFonts w:cs="Times New Roman"/>
                <w:szCs w:val="28"/>
                <w:lang w:val="ru-RU"/>
              </w:rPr>
            </w:pPr>
            <w:r w:rsidRPr="00684EB1">
              <w:rPr>
                <w:rFonts w:cs="Times New Roman"/>
                <w:szCs w:val="28"/>
                <w:lang w:val="ru-RU"/>
              </w:rPr>
              <w:t>Развивающее занятие «Критерии хорошей презентации на языке».</w:t>
            </w:r>
          </w:p>
          <w:p w14:paraId="129673C3" w14:textId="4D694D5C" w:rsidR="00B9286B" w:rsidRPr="00684EB1" w:rsidRDefault="00BE1021" w:rsidP="00F7265A">
            <w:pPr>
              <w:ind w:firstLine="0"/>
              <w:rPr>
                <w:rFonts w:cs="Times New Roman"/>
                <w:szCs w:val="28"/>
                <w:lang w:val="ru-RU"/>
              </w:rPr>
            </w:pPr>
            <w:r w:rsidRPr="00684EB1">
              <w:rPr>
                <w:rFonts w:cs="Times New Roman"/>
                <w:szCs w:val="28"/>
                <w:lang w:val="ru-RU"/>
              </w:rPr>
              <w:t>Творческая доработка сценических, проектных и выставочных материалов.</w:t>
            </w:r>
          </w:p>
        </w:tc>
      </w:tr>
      <w:tr w:rsidR="00B9286B" w:rsidRPr="00F7265A" w14:paraId="385D8428" w14:textId="77777777">
        <w:trPr>
          <w:jc w:val="center"/>
        </w:trPr>
        <w:tc>
          <w:tcPr>
            <w:tcW w:w="2835" w:type="dxa"/>
          </w:tcPr>
          <w:p w14:paraId="2BA4ED9D" w14:textId="77777777" w:rsidR="00B9286B" w:rsidRPr="00684EB1" w:rsidRDefault="00BE1021" w:rsidP="00F7265A">
            <w:pPr>
              <w:ind w:firstLine="0"/>
              <w:rPr>
                <w:rFonts w:cs="Times New Roman"/>
                <w:szCs w:val="28"/>
                <w:lang w:val="ru-RU"/>
              </w:rPr>
            </w:pPr>
            <w:r w:rsidRPr="00684EB1">
              <w:rPr>
                <w:rFonts w:cs="Times New Roman"/>
                <w:szCs w:val="28"/>
                <w:lang w:val="ru-RU"/>
              </w:rPr>
              <w:t>Практико-ориентированные занятия (не менее 2)</w:t>
            </w:r>
          </w:p>
        </w:tc>
        <w:tc>
          <w:tcPr>
            <w:tcW w:w="6803" w:type="dxa"/>
          </w:tcPr>
          <w:p w14:paraId="713C7839" w14:textId="62BB6E25" w:rsidR="00B9286B" w:rsidRPr="00684EB1" w:rsidRDefault="00BE1021" w:rsidP="00F7265A">
            <w:pPr>
              <w:ind w:firstLine="0"/>
              <w:rPr>
                <w:rFonts w:cs="Times New Roman"/>
                <w:szCs w:val="28"/>
                <w:lang w:val="ru-RU"/>
              </w:rPr>
            </w:pPr>
            <w:r w:rsidRPr="00684EB1">
              <w:rPr>
                <w:rFonts w:cs="Times New Roman"/>
                <w:szCs w:val="28"/>
                <w:lang w:val="ru-RU"/>
              </w:rPr>
              <w:t>Практикум репетиции защиты проекта.</w:t>
            </w:r>
          </w:p>
          <w:p w14:paraId="37DD1AE5" w14:textId="26094977" w:rsidR="00B9286B" w:rsidRPr="00684EB1" w:rsidRDefault="00BE1021" w:rsidP="00F7265A">
            <w:pPr>
              <w:ind w:firstLine="0"/>
              <w:rPr>
                <w:rFonts w:cs="Times New Roman"/>
                <w:szCs w:val="28"/>
                <w:lang w:val="ru-RU"/>
              </w:rPr>
            </w:pPr>
            <w:r w:rsidRPr="00684EB1">
              <w:rPr>
                <w:rFonts w:cs="Times New Roman"/>
                <w:szCs w:val="28"/>
                <w:lang w:val="ru-RU"/>
              </w:rPr>
              <w:t>Практическая работа по оформлению языкового портфеля, стендов, карточек, сценариев или презентаций.</w:t>
            </w:r>
          </w:p>
        </w:tc>
      </w:tr>
      <w:tr w:rsidR="00B9286B" w:rsidRPr="00F7265A" w14:paraId="1B5B4B99" w14:textId="77777777">
        <w:trPr>
          <w:jc w:val="center"/>
        </w:trPr>
        <w:tc>
          <w:tcPr>
            <w:tcW w:w="2835" w:type="dxa"/>
          </w:tcPr>
          <w:p w14:paraId="76A3B883" w14:textId="77777777" w:rsidR="00B9286B" w:rsidRPr="00684EB1" w:rsidRDefault="00BE1021" w:rsidP="00F7265A">
            <w:pPr>
              <w:ind w:firstLine="0"/>
              <w:rPr>
                <w:rFonts w:cs="Times New Roman"/>
                <w:szCs w:val="28"/>
                <w:lang w:val="ru-RU"/>
              </w:rPr>
            </w:pPr>
            <w:r w:rsidRPr="00684EB1">
              <w:rPr>
                <w:rFonts w:cs="Times New Roman"/>
                <w:szCs w:val="28"/>
                <w:lang w:val="ru-RU"/>
              </w:rPr>
              <w:t>Воспитательные мероприятия и проекты (не менее 2)</w:t>
            </w:r>
          </w:p>
        </w:tc>
        <w:tc>
          <w:tcPr>
            <w:tcW w:w="6803" w:type="dxa"/>
          </w:tcPr>
          <w:p w14:paraId="01EA6C76" w14:textId="2E311852" w:rsidR="00B9286B" w:rsidRPr="00684EB1" w:rsidRDefault="00BE1021" w:rsidP="00F7265A">
            <w:pPr>
              <w:ind w:firstLine="0"/>
              <w:rPr>
                <w:rFonts w:cs="Times New Roman"/>
                <w:szCs w:val="28"/>
                <w:lang w:val="ru-RU"/>
              </w:rPr>
            </w:pPr>
            <w:r w:rsidRPr="00684EB1">
              <w:rPr>
                <w:rFonts w:cs="Times New Roman"/>
                <w:szCs w:val="28"/>
                <w:lang w:val="ru-RU"/>
              </w:rPr>
              <w:t>Воспитательное мероприятие «Культура признания и благодарности».</w:t>
            </w:r>
          </w:p>
          <w:p w14:paraId="194F8984" w14:textId="1971C486" w:rsidR="00B9286B" w:rsidRPr="00684EB1" w:rsidRDefault="00BE1021" w:rsidP="00F7265A">
            <w:pPr>
              <w:ind w:firstLine="0"/>
              <w:rPr>
                <w:rFonts w:cs="Times New Roman"/>
                <w:szCs w:val="28"/>
                <w:lang w:val="ru-RU"/>
              </w:rPr>
            </w:pPr>
            <w:r w:rsidRPr="00684EB1">
              <w:rPr>
                <w:rFonts w:cs="Times New Roman"/>
                <w:szCs w:val="28"/>
                <w:lang w:val="ru-RU"/>
              </w:rPr>
              <w:t>Рефлексия «Как команда помогла мне говорить увереннее».</w:t>
            </w:r>
          </w:p>
        </w:tc>
      </w:tr>
      <w:tr w:rsidR="00B9286B" w:rsidRPr="00F7265A" w14:paraId="15D11866" w14:textId="77777777">
        <w:trPr>
          <w:jc w:val="center"/>
        </w:trPr>
        <w:tc>
          <w:tcPr>
            <w:tcW w:w="2835" w:type="dxa"/>
          </w:tcPr>
          <w:p w14:paraId="186FF15E" w14:textId="77777777" w:rsidR="00B9286B" w:rsidRPr="00684EB1" w:rsidRDefault="00BE1021" w:rsidP="00F7265A">
            <w:pPr>
              <w:ind w:firstLine="0"/>
              <w:rPr>
                <w:rFonts w:cs="Times New Roman"/>
                <w:szCs w:val="28"/>
                <w:lang w:val="ru-RU"/>
              </w:rPr>
            </w:pPr>
            <w:r w:rsidRPr="00684EB1">
              <w:rPr>
                <w:rFonts w:cs="Times New Roman"/>
                <w:szCs w:val="28"/>
                <w:lang w:val="ru-RU"/>
              </w:rPr>
              <w:t>Оздоровительный модуль (до 3 академических часов в день)</w:t>
            </w:r>
          </w:p>
        </w:tc>
        <w:tc>
          <w:tcPr>
            <w:tcW w:w="6803" w:type="dxa"/>
          </w:tcPr>
          <w:p w14:paraId="198B7340" w14:textId="0C30287A" w:rsidR="00B9286B" w:rsidRPr="00684EB1" w:rsidRDefault="00BE1021" w:rsidP="00F7265A">
            <w:pPr>
              <w:ind w:firstLine="0"/>
              <w:rPr>
                <w:rFonts w:cs="Times New Roman"/>
                <w:szCs w:val="28"/>
                <w:lang w:val="ru-RU"/>
              </w:rPr>
            </w:pPr>
            <w:r w:rsidRPr="00684EB1">
              <w:rPr>
                <w:rFonts w:cs="Times New Roman"/>
                <w:szCs w:val="28"/>
                <w:lang w:val="ru-RU"/>
              </w:rPr>
              <w:t>Зарядка, эстафеты дружбы, упражнения на эмоциональную разгрузку.</w:t>
            </w:r>
          </w:p>
        </w:tc>
      </w:tr>
      <w:tr w:rsidR="00B9286B" w:rsidRPr="00F7265A" w14:paraId="12F1C648" w14:textId="77777777">
        <w:trPr>
          <w:jc w:val="center"/>
        </w:trPr>
        <w:tc>
          <w:tcPr>
            <w:tcW w:w="2835" w:type="dxa"/>
          </w:tcPr>
          <w:p w14:paraId="11A1B2BC" w14:textId="77777777" w:rsidR="00B9286B" w:rsidRPr="00684EB1" w:rsidRDefault="00BE1021" w:rsidP="00F7265A">
            <w:pPr>
              <w:ind w:firstLine="0"/>
              <w:rPr>
                <w:rFonts w:cs="Times New Roman"/>
                <w:szCs w:val="28"/>
              </w:rPr>
            </w:pPr>
            <w:proofErr w:type="spellStart"/>
            <w:r w:rsidRPr="00684EB1">
              <w:rPr>
                <w:rFonts w:cs="Times New Roman"/>
                <w:szCs w:val="28"/>
              </w:rPr>
              <w:t>Ожидаемый</w:t>
            </w:r>
            <w:proofErr w:type="spellEnd"/>
            <w:r w:rsidRPr="00684EB1">
              <w:rPr>
                <w:rFonts w:cs="Times New Roman"/>
                <w:szCs w:val="28"/>
              </w:rPr>
              <w:t xml:space="preserve"> </w:t>
            </w:r>
            <w:proofErr w:type="spellStart"/>
            <w:r w:rsidRPr="00684EB1">
              <w:rPr>
                <w:rFonts w:cs="Times New Roman"/>
                <w:szCs w:val="28"/>
              </w:rPr>
              <w:t>результат</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6803" w:type="dxa"/>
          </w:tcPr>
          <w:p w14:paraId="03529A30" w14:textId="77777777" w:rsidR="00B9286B" w:rsidRPr="00684EB1" w:rsidRDefault="00BE1021" w:rsidP="00F7265A">
            <w:pPr>
              <w:ind w:firstLine="0"/>
              <w:rPr>
                <w:rFonts w:cs="Times New Roman"/>
                <w:szCs w:val="28"/>
                <w:lang w:val="ru-RU"/>
              </w:rPr>
            </w:pPr>
            <w:r w:rsidRPr="00684EB1">
              <w:rPr>
                <w:rFonts w:cs="Times New Roman"/>
                <w:szCs w:val="28"/>
                <w:lang w:val="ru-RU"/>
              </w:rPr>
              <w:t>Итоговые материалы готовы к презентации на фестивале языков.</w:t>
            </w:r>
          </w:p>
        </w:tc>
      </w:tr>
    </w:tbl>
    <w:p w14:paraId="60507D64" w14:textId="3E878E28" w:rsidR="00B9286B" w:rsidRPr="00684EB1" w:rsidRDefault="00D91B33" w:rsidP="00F7265A">
      <w:pPr>
        <w:pStyle w:val="31"/>
        <w:spacing w:before="0" w:after="0"/>
        <w:rPr>
          <w:rFonts w:cs="Times New Roman"/>
          <w:szCs w:val="28"/>
          <w:lang w:val="ru-RU"/>
        </w:rPr>
      </w:pPr>
      <w:r>
        <w:rPr>
          <w:rFonts w:eastAsia="Times New Roman" w:cs="Times New Roman"/>
          <w:szCs w:val="28"/>
          <w:lang w:val="ru-RU"/>
        </w:rPr>
        <w:t>9</w:t>
      </w:r>
      <w:r w:rsidR="00BE1021" w:rsidRPr="00684EB1">
        <w:rPr>
          <w:rFonts w:eastAsia="Times New Roman" w:cs="Times New Roman"/>
          <w:szCs w:val="28"/>
          <w:lang w:val="ru-RU"/>
        </w:rPr>
        <w:t xml:space="preserve"> день. «</w:t>
      </w:r>
      <w:proofErr w:type="spellStart"/>
      <w:r w:rsidR="00BE1021" w:rsidRPr="00684EB1">
        <w:rPr>
          <w:rFonts w:eastAsia="Times New Roman" w:cs="Times New Roman"/>
          <w:szCs w:val="28"/>
          <w:lang w:val="ru-RU"/>
        </w:rPr>
        <w:t>Тіл</w:t>
      </w:r>
      <w:proofErr w:type="spellEnd"/>
      <w:r w:rsidR="00BE1021" w:rsidRPr="00684EB1">
        <w:rPr>
          <w:rFonts w:eastAsia="Times New Roman" w:cs="Times New Roman"/>
          <w:szCs w:val="28"/>
          <w:lang w:val="ru-RU"/>
        </w:rPr>
        <w:t xml:space="preserve"> </w:t>
      </w:r>
      <w:proofErr w:type="spellStart"/>
      <w:r w:rsidR="00BE1021" w:rsidRPr="00684EB1">
        <w:rPr>
          <w:rFonts w:eastAsia="Times New Roman" w:cs="Times New Roman"/>
          <w:szCs w:val="28"/>
          <w:lang w:val="ru-RU"/>
        </w:rPr>
        <w:t>мерекесі</w:t>
      </w:r>
      <w:proofErr w:type="spellEnd"/>
      <w:r w:rsidR="00BE1021" w:rsidRPr="00684EB1">
        <w:rPr>
          <w:rFonts w:eastAsia="Times New Roman" w:cs="Times New Roman"/>
          <w:szCs w:val="28"/>
          <w:lang w:val="ru-RU"/>
        </w:rPr>
        <w:t>» - фестиваль достижений языковой смены</w:t>
      </w:r>
    </w:p>
    <w:tbl>
      <w:tblPr>
        <w:tblStyle w:val="aff0"/>
        <w:tblW w:w="0" w:type="auto"/>
        <w:jc w:val="center"/>
        <w:tblLook w:val="04A0" w:firstRow="1" w:lastRow="0" w:firstColumn="1" w:lastColumn="0" w:noHBand="0" w:noVBand="1"/>
      </w:tblPr>
      <w:tblGrid>
        <w:gridCol w:w="2834"/>
        <w:gridCol w:w="6795"/>
      </w:tblGrid>
      <w:tr w:rsidR="00B9286B" w:rsidRPr="00684EB1" w14:paraId="26732241" w14:textId="77777777">
        <w:trPr>
          <w:tblHeader/>
          <w:jc w:val="center"/>
        </w:trPr>
        <w:tc>
          <w:tcPr>
            <w:tcW w:w="2835" w:type="dxa"/>
            <w:shd w:val="clear" w:color="auto" w:fill="D9EAD3"/>
            <w:vAlign w:val="center"/>
          </w:tcPr>
          <w:p w14:paraId="0AE74FE1" w14:textId="77777777" w:rsidR="00B9286B" w:rsidRPr="00684EB1" w:rsidRDefault="00BE1021" w:rsidP="00F7265A">
            <w:pPr>
              <w:ind w:firstLine="0"/>
              <w:rPr>
                <w:rFonts w:cs="Times New Roman"/>
                <w:szCs w:val="28"/>
              </w:rPr>
            </w:pPr>
            <w:proofErr w:type="spellStart"/>
            <w:r w:rsidRPr="00684EB1">
              <w:rPr>
                <w:rFonts w:cs="Times New Roman"/>
                <w:b/>
                <w:szCs w:val="28"/>
              </w:rPr>
              <w:t>Компонент</w:t>
            </w:r>
            <w:proofErr w:type="spellEnd"/>
            <w:r w:rsidRPr="00684EB1">
              <w:rPr>
                <w:rFonts w:cs="Times New Roman"/>
                <w:b/>
                <w:szCs w:val="28"/>
              </w:rPr>
              <w:t xml:space="preserve"> </w:t>
            </w:r>
            <w:proofErr w:type="spellStart"/>
            <w:r w:rsidRPr="00684EB1">
              <w:rPr>
                <w:rFonts w:cs="Times New Roman"/>
                <w:b/>
                <w:szCs w:val="28"/>
              </w:rPr>
              <w:t>дня</w:t>
            </w:r>
            <w:proofErr w:type="spellEnd"/>
          </w:p>
        </w:tc>
        <w:tc>
          <w:tcPr>
            <w:tcW w:w="6803" w:type="dxa"/>
            <w:shd w:val="clear" w:color="auto" w:fill="D9EAD3"/>
            <w:vAlign w:val="center"/>
          </w:tcPr>
          <w:p w14:paraId="66F02974" w14:textId="77777777" w:rsidR="00B9286B" w:rsidRPr="00684EB1" w:rsidRDefault="00BE1021" w:rsidP="00F7265A">
            <w:pPr>
              <w:ind w:firstLine="0"/>
              <w:rPr>
                <w:rFonts w:cs="Times New Roman"/>
                <w:szCs w:val="28"/>
              </w:rPr>
            </w:pPr>
            <w:proofErr w:type="spellStart"/>
            <w:r w:rsidRPr="00684EB1">
              <w:rPr>
                <w:rFonts w:cs="Times New Roman"/>
                <w:b/>
                <w:szCs w:val="28"/>
              </w:rPr>
              <w:t>Содержание</w:t>
            </w:r>
            <w:proofErr w:type="spellEnd"/>
          </w:p>
        </w:tc>
      </w:tr>
      <w:tr w:rsidR="00B9286B" w:rsidRPr="00F7265A" w14:paraId="6C2585E3" w14:textId="77777777">
        <w:trPr>
          <w:jc w:val="center"/>
        </w:trPr>
        <w:tc>
          <w:tcPr>
            <w:tcW w:w="2835" w:type="dxa"/>
          </w:tcPr>
          <w:p w14:paraId="29F5ECA9" w14:textId="77777777" w:rsidR="00B9286B" w:rsidRPr="00684EB1" w:rsidRDefault="00BE1021" w:rsidP="00F7265A">
            <w:pPr>
              <w:ind w:firstLine="0"/>
              <w:rPr>
                <w:rFonts w:cs="Times New Roman"/>
                <w:szCs w:val="28"/>
                <w:lang w:val="ru-RU"/>
              </w:rPr>
            </w:pPr>
            <w:r w:rsidRPr="00684EB1">
              <w:rPr>
                <w:rFonts w:cs="Times New Roman"/>
                <w:szCs w:val="28"/>
                <w:lang w:val="ru-RU"/>
              </w:rPr>
              <w:t>Развивающие / проектные / исследовательские / творческие занятия (не менее 2)</w:t>
            </w:r>
          </w:p>
        </w:tc>
        <w:tc>
          <w:tcPr>
            <w:tcW w:w="6803" w:type="dxa"/>
          </w:tcPr>
          <w:p w14:paraId="5A84C917" w14:textId="0622B97E" w:rsidR="00B9286B" w:rsidRPr="00684EB1" w:rsidRDefault="00BE1021" w:rsidP="00F7265A">
            <w:pPr>
              <w:ind w:firstLine="0"/>
              <w:rPr>
                <w:rFonts w:cs="Times New Roman"/>
                <w:szCs w:val="28"/>
                <w:lang w:val="ru-RU"/>
              </w:rPr>
            </w:pPr>
            <w:r w:rsidRPr="00684EB1">
              <w:rPr>
                <w:rFonts w:cs="Times New Roman"/>
                <w:szCs w:val="28"/>
                <w:lang w:val="ru-RU"/>
              </w:rPr>
              <w:t>Развивающая площадка «Выставка языковых проектов»: знакомство с работами других команд.</w:t>
            </w:r>
          </w:p>
          <w:p w14:paraId="33234BF3" w14:textId="40EE7C27" w:rsidR="00B9286B" w:rsidRPr="00684EB1" w:rsidRDefault="00BE1021" w:rsidP="00F7265A">
            <w:pPr>
              <w:ind w:firstLine="0"/>
              <w:rPr>
                <w:rFonts w:cs="Times New Roman"/>
                <w:szCs w:val="28"/>
                <w:lang w:val="ru-RU"/>
              </w:rPr>
            </w:pPr>
            <w:r w:rsidRPr="00684EB1">
              <w:rPr>
                <w:rFonts w:cs="Times New Roman"/>
                <w:szCs w:val="28"/>
                <w:lang w:val="ru-RU"/>
              </w:rPr>
              <w:t xml:space="preserve">Интеллектуально-творческая викторина по </w:t>
            </w:r>
            <w:r w:rsidR="005C06FD">
              <w:rPr>
                <w:rFonts w:cs="Times New Roman"/>
                <w:szCs w:val="28"/>
                <w:lang w:val="ru-RU"/>
              </w:rPr>
              <w:t xml:space="preserve">английскому </w:t>
            </w:r>
            <w:r w:rsidRPr="00684EB1">
              <w:rPr>
                <w:rFonts w:cs="Times New Roman"/>
                <w:szCs w:val="28"/>
                <w:lang w:val="ru-RU"/>
              </w:rPr>
              <w:t>языку, речевым ситуациям и культурному содержанию.</w:t>
            </w:r>
          </w:p>
        </w:tc>
      </w:tr>
      <w:tr w:rsidR="00B9286B" w:rsidRPr="00F7265A" w14:paraId="28FDD69B" w14:textId="77777777">
        <w:trPr>
          <w:jc w:val="center"/>
        </w:trPr>
        <w:tc>
          <w:tcPr>
            <w:tcW w:w="2835" w:type="dxa"/>
          </w:tcPr>
          <w:p w14:paraId="768E42C8" w14:textId="77777777" w:rsidR="00B9286B" w:rsidRPr="00684EB1" w:rsidRDefault="00BE1021" w:rsidP="00F7265A">
            <w:pPr>
              <w:ind w:firstLine="0"/>
              <w:rPr>
                <w:rFonts w:cs="Times New Roman"/>
                <w:szCs w:val="28"/>
                <w:lang w:val="ru-RU"/>
              </w:rPr>
            </w:pPr>
            <w:r w:rsidRPr="00684EB1">
              <w:rPr>
                <w:rFonts w:cs="Times New Roman"/>
                <w:szCs w:val="28"/>
                <w:lang w:val="ru-RU"/>
              </w:rPr>
              <w:t>Практико-ориентированные занятия (не менее 2)</w:t>
            </w:r>
          </w:p>
        </w:tc>
        <w:tc>
          <w:tcPr>
            <w:tcW w:w="6803" w:type="dxa"/>
          </w:tcPr>
          <w:p w14:paraId="4AA4F375" w14:textId="17D525AC" w:rsidR="00B9286B" w:rsidRPr="00684EB1" w:rsidRDefault="00BE1021" w:rsidP="00F7265A">
            <w:pPr>
              <w:ind w:firstLine="0"/>
              <w:rPr>
                <w:rFonts w:cs="Times New Roman"/>
                <w:szCs w:val="28"/>
                <w:lang w:val="ru-RU"/>
              </w:rPr>
            </w:pPr>
            <w:r w:rsidRPr="00684EB1">
              <w:rPr>
                <w:rFonts w:cs="Times New Roman"/>
                <w:szCs w:val="28"/>
                <w:lang w:val="ru-RU"/>
              </w:rPr>
              <w:t>Практическая защита командных языковых проектов.</w:t>
            </w:r>
          </w:p>
          <w:p w14:paraId="351CB2A3" w14:textId="68792475" w:rsidR="00B9286B" w:rsidRPr="00684EB1" w:rsidRDefault="00BE1021" w:rsidP="00F7265A">
            <w:pPr>
              <w:ind w:firstLine="0"/>
              <w:rPr>
                <w:rFonts w:cs="Times New Roman"/>
                <w:szCs w:val="28"/>
                <w:lang w:val="ru-RU"/>
              </w:rPr>
            </w:pPr>
            <w:r w:rsidRPr="00684EB1">
              <w:rPr>
                <w:rFonts w:cs="Times New Roman"/>
                <w:szCs w:val="28"/>
                <w:lang w:val="ru-RU"/>
              </w:rPr>
              <w:t xml:space="preserve">Практическая презентация творческих, медийных, культурных и языковых продуктов на </w:t>
            </w:r>
            <w:r w:rsidR="005C06FD">
              <w:rPr>
                <w:rFonts w:cs="Times New Roman"/>
                <w:szCs w:val="28"/>
                <w:lang w:val="ru-RU"/>
              </w:rPr>
              <w:t>английском</w:t>
            </w:r>
            <w:r w:rsidR="005C06FD" w:rsidRPr="00684EB1">
              <w:rPr>
                <w:rFonts w:cs="Times New Roman"/>
                <w:szCs w:val="28"/>
                <w:lang w:val="ru-RU"/>
              </w:rPr>
              <w:t xml:space="preserve"> </w:t>
            </w:r>
            <w:r w:rsidRPr="00684EB1">
              <w:rPr>
                <w:rFonts w:cs="Times New Roman"/>
                <w:szCs w:val="28"/>
                <w:lang w:val="ru-RU"/>
              </w:rPr>
              <w:t>языке.</w:t>
            </w:r>
          </w:p>
        </w:tc>
      </w:tr>
      <w:tr w:rsidR="00B9286B" w:rsidRPr="00F7265A" w14:paraId="1899C3E0" w14:textId="77777777">
        <w:trPr>
          <w:jc w:val="center"/>
        </w:trPr>
        <w:tc>
          <w:tcPr>
            <w:tcW w:w="2835" w:type="dxa"/>
          </w:tcPr>
          <w:p w14:paraId="2D1EC569" w14:textId="77777777" w:rsidR="00B9286B" w:rsidRPr="00684EB1" w:rsidRDefault="00BE1021" w:rsidP="00F7265A">
            <w:pPr>
              <w:ind w:firstLine="0"/>
              <w:rPr>
                <w:rFonts w:cs="Times New Roman"/>
                <w:szCs w:val="28"/>
                <w:lang w:val="ru-RU"/>
              </w:rPr>
            </w:pPr>
            <w:r w:rsidRPr="00684EB1">
              <w:rPr>
                <w:rFonts w:cs="Times New Roman"/>
                <w:szCs w:val="28"/>
                <w:lang w:val="ru-RU"/>
              </w:rPr>
              <w:lastRenderedPageBreak/>
              <w:t>Воспитательные мероприятия и проекты (не менее 2)</w:t>
            </w:r>
          </w:p>
        </w:tc>
        <w:tc>
          <w:tcPr>
            <w:tcW w:w="6803" w:type="dxa"/>
          </w:tcPr>
          <w:p w14:paraId="10882377" w14:textId="559F51DA" w:rsidR="00B9286B" w:rsidRPr="00684EB1" w:rsidRDefault="00BE1021" w:rsidP="00F7265A">
            <w:pPr>
              <w:ind w:firstLine="0"/>
              <w:rPr>
                <w:rFonts w:cs="Times New Roman"/>
                <w:szCs w:val="28"/>
                <w:lang w:val="ru-RU"/>
              </w:rPr>
            </w:pPr>
            <w:r w:rsidRPr="00684EB1">
              <w:rPr>
                <w:rFonts w:cs="Times New Roman"/>
                <w:szCs w:val="28"/>
                <w:lang w:val="ru-RU"/>
              </w:rPr>
              <w:t>Итоговое воспитательное мероприятие «</w:t>
            </w:r>
            <w:proofErr w:type="spellStart"/>
            <w:r w:rsidRPr="00684EB1">
              <w:rPr>
                <w:rFonts w:cs="Times New Roman"/>
                <w:szCs w:val="28"/>
                <w:lang w:val="ru-RU"/>
              </w:rPr>
              <w:t>Адал</w:t>
            </w:r>
            <w:proofErr w:type="spellEnd"/>
            <w:r w:rsidRPr="00684EB1">
              <w:rPr>
                <w:rFonts w:cs="Times New Roman"/>
                <w:szCs w:val="28"/>
                <w:lang w:val="ru-RU"/>
              </w:rPr>
              <w:t xml:space="preserve"> </w:t>
            </w:r>
            <w:proofErr w:type="spellStart"/>
            <w:r w:rsidRPr="00684EB1">
              <w:rPr>
                <w:rFonts w:cs="Times New Roman"/>
                <w:szCs w:val="28"/>
                <w:lang w:val="ru-RU"/>
              </w:rPr>
              <w:t>азамат</w:t>
            </w:r>
            <w:proofErr w:type="spellEnd"/>
            <w:r w:rsidRPr="00684EB1">
              <w:rPr>
                <w:rFonts w:cs="Times New Roman"/>
                <w:szCs w:val="28"/>
                <w:lang w:val="ru-RU"/>
              </w:rPr>
              <w:t>: уважение, ответственность, диалог культур».</w:t>
            </w:r>
          </w:p>
          <w:p w14:paraId="51C5494C" w14:textId="05194ADC" w:rsidR="00B9286B" w:rsidRPr="00684EB1" w:rsidRDefault="00BE1021" w:rsidP="00F7265A">
            <w:pPr>
              <w:ind w:firstLine="0"/>
              <w:rPr>
                <w:rFonts w:cs="Times New Roman"/>
                <w:szCs w:val="28"/>
                <w:lang w:val="ru-RU"/>
              </w:rPr>
            </w:pPr>
            <w:r w:rsidRPr="00684EB1">
              <w:rPr>
                <w:rFonts w:cs="Times New Roman"/>
                <w:szCs w:val="28"/>
                <w:lang w:val="ru-RU"/>
              </w:rPr>
              <w:t>Церемония признания достижений и благодарности участникам.</w:t>
            </w:r>
          </w:p>
        </w:tc>
      </w:tr>
      <w:tr w:rsidR="00B9286B" w:rsidRPr="00F7265A" w14:paraId="588AD3B3" w14:textId="77777777">
        <w:trPr>
          <w:jc w:val="center"/>
        </w:trPr>
        <w:tc>
          <w:tcPr>
            <w:tcW w:w="2835" w:type="dxa"/>
          </w:tcPr>
          <w:p w14:paraId="5DFC24FE" w14:textId="77777777" w:rsidR="00B9286B" w:rsidRPr="00684EB1" w:rsidRDefault="00BE1021" w:rsidP="00F7265A">
            <w:pPr>
              <w:ind w:firstLine="0"/>
              <w:rPr>
                <w:rFonts w:cs="Times New Roman"/>
                <w:szCs w:val="28"/>
                <w:lang w:val="ru-RU"/>
              </w:rPr>
            </w:pPr>
            <w:r w:rsidRPr="00684EB1">
              <w:rPr>
                <w:rFonts w:cs="Times New Roman"/>
                <w:szCs w:val="28"/>
                <w:lang w:val="ru-RU"/>
              </w:rPr>
              <w:t>Оздоровительный модуль (до 3 академических часов в день)</w:t>
            </w:r>
          </w:p>
        </w:tc>
        <w:tc>
          <w:tcPr>
            <w:tcW w:w="6803" w:type="dxa"/>
          </w:tcPr>
          <w:p w14:paraId="2D23FC17" w14:textId="22536D98" w:rsidR="00B9286B" w:rsidRPr="00684EB1" w:rsidRDefault="00BE1021" w:rsidP="00F7265A">
            <w:pPr>
              <w:ind w:firstLine="0"/>
              <w:rPr>
                <w:rFonts w:cs="Times New Roman"/>
                <w:szCs w:val="28"/>
                <w:lang w:val="ru-RU"/>
              </w:rPr>
            </w:pPr>
            <w:r w:rsidRPr="00684EB1">
              <w:rPr>
                <w:rFonts w:cs="Times New Roman"/>
                <w:szCs w:val="28"/>
                <w:lang w:val="ru-RU"/>
              </w:rPr>
              <w:t>Зарядка, спортивно-творческий фестиваль, подвижные игры.</w:t>
            </w:r>
          </w:p>
        </w:tc>
      </w:tr>
      <w:tr w:rsidR="00B9286B" w:rsidRPr="00F7265A" w14:paraId="4D1DB869" w14:textId="77777777">
        <w:trPr>
          <w:jc w:val="center"/>
        </w:trPr>
        <w:tc>
          <w:tcPr>
            <w:tcW w:w="2835" w:type="dxa"/>
          </w:tcPr>
          <w:p w14:paraId="60E84F98" w14:textId="77777777" w:rsidR="00B9286B" w:rsidRPr="00684EB1" w:rsidRDefault="00BE1021" w:rsidP="00F7265A">
            <w:pPr>
              <w:ind w:firstLine="0"/>
              <w:rPr>
                <w:rFonts w:cs="Times New Roman"/>
                <w:szCs w:val="28"/>
              </w:rPr>
            </w:pPr>
            <w:proofErr w:type="spellStart"/>
            <w:r w:rsidRPr="00684EB1">
              <w:rPr>
                <w:rFonts w:cs="Times New Roman"/>
                <w:szCs w:val="28"/>
              </w:rPr>
              <w:t>Ожидаемый</w:t>
            </w:r>
            <w:proofErr w:type="spellEnd"/>
            <w:r w:rsidRPr="00684EB1">
              <w:rPr>
                <w:rFonts w:cs="Times New Roman"/>
                <w:szCs w:val="28"/>
              </w:rPr>
              <w:t xml:space="preserve"> </w:t>
            </w:r>
            <w:proofErr w:type="spellStart"/>
            <w:r w:rsidRPr="00684EB1">
              <w:rPr>
                <w:rFonts w:cs="Times New Roman"/>
                <w:szCs w:val="28"/>
              </w:rPr>
              <w:t>результат</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6803" w:type="dxa"/>
          </w:tcPr>
          <w:p w14:paraId="4B4264B1" w14:textId="47588642" w:rsidR="00B9286B" w:rsidRPr="00684EB1" w:rsidRDefault="00BE1021" w:rsidP="00F7265A">
            <w:pPr>
              <w:ind w:firstLine="0"/>
              <w:rPr>
                <w:rFonts w:cs="Times New Roman"/>
                <w:szCs w:val="28"/>
                <w:lang w:val="ru-RU"/>
              </w:rPr>
            </w:pPr>
            <w:r w:rsidRPr="00684EB1">
              <w:rPr>
                <w:rFonts w:cs="Times New Roman"/>
                <w:szCs w:val="28"/>
                <w:lang w:val="ru-RU"/>
              </w:rPr>
              <w:t xml:space="preserve">Проведены презентации языковых проектов и фестиваль достижений по </w:t>
            </w:r>
            <w:r w:rsidR="005C06FD">
              <w:rPr>
                <w:rFonts w:cs="Times New Roman"/>
                <w:szCs w:val="28"/>
                <w:lang w:val="ru-RU"/>
              </w:rPr>
              <w:t xml:space="preserve">английскому </w:t>
            </w:r>
            <w:r w:rsidRPr="00684EB1">
              <w:rPr>
                <w:rFonts w:cs="Times New Roman"/>
                <w:szCs w:val="28"/>
                <w:lang w:val="ru-RU"/>
              </w:rPr>
              <w:t>языку.</w:t>
            </w:r>
          </w:p>
        </w:tc>
      </w:tr>
    </w:tbl>
    <w:p w14:paraId="08387362" w14:textId="595F5A2B" w:rsidR="00B9286B" w:rsidRPr="00684EB1" w:rsidRDefault="00BE1021" w:rsidP="00F7265A">
      <w:pPr>
        <w:pStyle w:val="31"/>
        <w:spacing w:before="0" w:after="0"/>
        <w:rPr>
          <w:rFonts w:cs="Times New Roman"/>
          <w:szCs w:val="28"/>
          <w:lang w:val="ru-RU"/>
        </w:rPr>
      </w:pPr>
      <w:r w:rsidRPr="00684EB1">
        <w:rPr>
          <w:rFonts w:eastAsia="Times New Roman" w:cs="Times New Roman"/>
          <w:szCs w:val="28"/>
          <w:lang w:val="ru-RU"/>
        </w:rPr>
        <w:t>1</w:t>
      </w:r>
      <w:r w:rsidR="00D91B33">
        <w:rPr>
          <w:rFonts w:eastAsia="Times New Roman" w:cs="Times New Roman"/>
          <w:szCs w:val="28"/>
          <w:lang w:val="ru-RU"/>
        </w:rPr>
        <w:t>0</w:t>
      </w:r>
      <w:r w:rsidRPr="00684EB1">
        <w:rPr>
          <w:rFonts w:eastAsia="Times New Roman" w:cs="Times New Roman"/>
          <w:szCs w:val="28"/>
          <w:lang w:val="ru-RU"/>
        </w:rPr>
        <w:t xml:space="preserve"> день. «</w:t>
      </w:r>
      <w:proofErr w:type="spellStart"/>
      <w:r w:rsidRPr="00684EB1">
        <w:rPr>
          <w:rFonts w:eastAsia="Times New Roman" w:cs="Times New Roman"/>
          <w:szCs w:val="28"/>
          <w:lang w:val="ru-RU"/>
        </w:rPr>
        <w:t>Қоштасу</w:t>
      </w:r>
      <w:proofErr w:type="spellEnd"/>
      <w:r w:rsidRPr="00684EB1">
        <w:rPr>
          <w:rFonts w:eastAsia="Times New Roman" w:cs="Times New Roman"/>
          <w:szCs w:val="28"/>
          <w:lang w:val="ru-RU"/>
        </w:rPr>
        <w:t xml:space="preserve"> </w:t>
      </w:r>
      <w:proofErr w:type="spellStart"/>
      <w:r w:rsidRPr="00684EB1">
        <w:rPr>
          <w:rFonts w:eastAsia="Times New Roman" w:cs="Times New Roman"/>
          <w:szCs w:val="28"/>
          <w:lang w:val="ru-RU"/>
        </w:rPr>
        <w:t>күні</w:t>
      </w:r>
      <w:proofErr w:type="spellEnd"/>
      <w:r w:rsidRPr="00684EB1">
        <w:rPr>
          <w:rFonts w:eastAsia="Times New Roman" w:cs="Times New Roman"/>
          <w:szCs w:val="28"/>
          <w:lang w:val="ru-RU"/>
        </w:rPr>
        <w:t>» - день закрытия смены</w:t>
      </w:r>
    </w:p>
    <w:tbl>
      <w:tblPr>
        <w:tblStyle w:val="aff0"/>
        <w:tblW w:w="0" w:type="auto"/>
        <w:jc w:val="center"/>
        <w:tblLook w:val="04A0" w:firstRow="1" w:lastRow="0" w:firstColumn="1" w:lastColumn="0" w:noHBand="0" w:noVBand="1"/>
      </w:tblPr>
      <w:tblGrid>
        <w:gridCol w:w="2834"/>
        <w:gridCol w:w="6795"/>
      </w:tblGrid>
      <w:tr w:rsidR="00B9286B" w:rsidRPr="00684EB1" w14:paraId="795ED031" w14:textId="77777777">
        <w:trPr>
          <w:tblHeader/>
          <w:jc w:val="center"/>
        </w:trPr>
        <w:tc>
          <w:tcPr>
            <w:tcW w:w="2835" w:type="dxa"/>
            <w:shd w:val="clear" w:color="auto" w:fill="D9EAD3"/>
            <w:vAlign w:val="center"/>
          </w:tcPr>
          <w:p w14:paraId="78AF24E7" w14:textId="77777777" w:rsidR="00B9286B" w:rsidRPr="00684EB1" w:rsidRDefault="00BE1021" w:rsidP="00F7265A">
            <w:pPr>
              <w:ind w:firstLine="0"/>
              <w:rPr>
                <w:rFonts w:cs="Times New Roman"/>
                <w:szCs w:val="28"/>
              </w:rPr>
            </w:pPr>
            <w:proofErr w:type="spellStart"/>
            <w:r w:rsidRPr="00684EB1">
              <w:rPr>
                <w:rFonts w:cs="Times New Roman"/>
                <w:b/>
                <w:szCs w:val="28"/>
              </w:rPr>
              <w:t>Компонент</w:t>
            </w:r>
            <w:proofErr w:type="spellEnd"/>
            <w:r w:rsidRPr="00684EB1">
              <w:rPr>
                <w:rFonts w:cs="Times New Roman"/>
                <w:b/>
                <w:szCs w:val="28"/>
              </w:rPr>
              <w:t xml:space="preserve"> </w:t>
            </w:r>
            <w:proofErr w:type="spellStart"/>
            <w:r w:rsidRPr="00684EB1">
              <w:rPr>
                <w:rFonts w:cs="Times New Roman"/>
                <w:b/>
                <w:szCs w:val="28"/>
              </w:rPr>
              <w:t>дня</w:t>
            </w:r>
            <w:proofErr w:type="spellEnd"/>
          </w:p>
        </w:tc>
        <w:tc>
          <w:tcPr>
            <w:tcW w:w="6803" w:type="dxa"/>
            <w:shd w:val="clear" w:color="auto" w:fill="D9EAD3"/>
            <w:vAlign w:val="center"/>
          </w:tcPr>
          <w:p w14:paraId="7227BBDC" w14:textId="77777777" w:rsidR="00B9286B" w:rsidRPr="00684EB1" w:rsidRDefault="00BE1021" w:rsidP="00F7265A">
            <w:pPr>
              <w:ind w:firstLine="0"/>
              <w:rPr>
                <w:rFonts w:cs="Times New Roman"/>
                <w:szCs w:val="28"/>
              </w:rPr>
            </w:pPr>
            <w:proofErr w:type="spellStart"/>
            <w:r w:rsidRPr="00684EB1">
              <w:rPr>
                <w:rFonts w:cs="Times New Roman"/>
                <w:b/>
                <w:szCs w:val="28"/>
              </w:rPr>
              <w:t>Содержание</w:t>
            </w:r>
            <w:proofErr w:type="spellEnd"/>
          </w:p>
        </w:tc>
      </w:tr>
      <w:tr w:rsidR="00B9286B" w:rsidRPr="00F7265A" w14:paraId="5F1E2B01" w14:textId="77777777">
        <w:trPr>
          <w:jc w:val="center"/>
        </w:trPr>
        <w:tc>
          <w:tcPr>
            <w:tcW w:w="2835" w:type="dxa"/>
          </w:tcPr>
          <w:p w14:paraId="4565EFF2" w14:textId="77777777" w:rsidR="00B9286B" w:rsidRPr="00684EB1" w:rsidRDefault="00BE1021" w:rsidP="00F7265A">
            <w:pPr>
              <w:ind w:firstLine="0"/>
              <w:rPr>
                <w:rFonts w:cs="Times New Roman"/>
                <w:szCs w:val="28"/>
                <w:lang w:val="ru-RU"/>
              </w:rPr>
            </w:pPr>
            <w:r w:rsidRPr="00684EB1">
              <w:rPr>
                <w:rFonts w:cs="Times New Roman"/>
                <w:szCs w:val="28"/>
                <w:lang w:val="ru-RU"/>
              </w:rPr>
              <w:t>Развивающие / проектные / исследовательские / творческие занятия (не менее 2)</w:t>
            </w:r>
          </w:p>
        </w:tc>
        <w:tc>
          <w:tcPr>
            <w:tcW w:w="6803" w:type="dxa"/>
          </w:tcPr>
          <w:p w14:paraId="72B2F266" w14:textId="1BD8060B" w:rsidR="00B9286B" w:rsidRPr="00684EB1" w:rsidRDefault="00BE1021" w:rsidP="00F7265A">
            <w:pPr>
              <w:ind w:firstLine="0"/>
              <w:rPr>
                <w:rFonts w:cs="Times New Roman"/>
                <w:szCs w:val="28"/>
                <w:lang w:val="ru-RU"/>
              </w:rPr>
            </w:pPr>
            <w:r w:rsidRPr="00684EB1">
              <w:rPr>
                <w:rFonts w:cs="Times New Roman"/>
                <w:szCs w:val="28"/>
                <w:lang w:val="ru-RU"/>
              </w:rPr>
              <w:t>Развивающее занятие-рефлексия «Какие слова и фразы я уношу с собой».</w:t>
            </w:r>
          </w:p>
          <w:p w14:paraId="560A2AF0" w14:textId="638A7F25" w:rsidR="00B9286B" w:rsidRPr="00684EB1" w:rsidRDefault="00BE1021" w:rsidP="00F7265A">
            <w:pPr>
              <w:ind w:firstLine="0"/>
              <w:rPr>
                <w:rFonts w:cs="Times New Roman"/>
                <w:szCs w:val="28"/>
                <w:lang w:val="ru-RU"/>
              </w:rPr>
            </w:pPr>
            <w:r w:rsidRPr="00684EB1">
              <w:rPr>
                <w:rFonts w:cs="Times New Roman"/>
                <w:szCs w:val="28"/>
                <w:lang w:val="ru-RU"/>
              </w:rPr>
              <w:t>Индивидуальное задание «Мой следующий шаг в изучении языков».</w:t>
            </w:r>
          </w:p>
        </w:tc>
      </w:tr>
      <w:tr w:rsidR="00B9286B" w:rsidRPr="00F7265A" w14:paraId="36F6DE7E" w14:textId="77777777">
        <w:trPr>
          <w:jc w:val="center"/>
        </w:trPr>
        <w:tc>
          <w:tcPr>
            <w:tcW w:w="2835" w:type="dxa"/>
          </w:tcPr>
          <w:p w14:paraId="23649BD5" w14:textId="77777777" w:rsidR="00B9286B" w:rsidRPr="00684EB1" w:rsidRDefault="00BE1021" w:rsidP="00F7265A">
            <w:pPr>
              <w:ind w:firstLine="0"/>
              <w:rPr>
                <w:rFonts w:cs="Times New Roman"/>
                <w:szCs w:val="28"/>
                <w:lang w:val="ru-RU"/>
              </w:rPr>
            </w:pPr>
            <w:r w:rsidRPr="00684EB1">
              <w:rPr>
                <w:rFonts w:cs="Times New Roman"/>
                <w:szCs w:val="28"/>
                <w:lang w:val="ru-RU"/>
              </w:rPr>
              <w:t>Практико-ориентированные занятия (не менее 2)</w:t>
            </w:r>
          </w:p>
        </w:tc>
        <w:tc>
          <w:tcPr>
            <w:tcW w:w="6803" w:type="dxa"/>
          </w:tcPr>
          <w:p w14:paraId="65BB0561" w14:textId="56AC2827" w:rsidR="00B9286B" w:rsidRPr="00684EB1" w:rsidRDefault="00BE1021" w:rsidP="00F7265A">
            <w:pPr>
              <w:ind w:firstLine="0"/>
              <w:rPr>
                <w:rFonts w:cs="Times New Roman"/>
                <w:szCs w:val="28"/>
                <w:lang w:val="ru-RU"/>
              </w:rPr>
            </w:pPr>
            <w:r w:rsidRPr="00684EB1">
              <w:rPr>
                <w:rFonts w:cs="Times New Roman"/>
                <w:szCs w:val="28"/>
                <w:lang w:val="ru-RU"/>
              </w:rPr>
              <w:t>Итоговое анкетирование и самооценка участника.</w:t>
            </w:r>
          </w:p>
          <w:p w14:paraId="52CA539F" w14:textId="35F73066" w:rsidR="00B9286B" w:rsidRPr="00684EB1" w:rsidRDefault="00BE1021" w:rsidP="00F7265A">
            <w:pPr>
              <w:ind w:firstLine="0"/>
              <w:rPr>
                <w:rFonts w:cs="Times New Roman"/>
                <w:szCs w:val="28"/>
                <w:lang w:val="ru-RU"/>
              </w:rPr>
            </w:pPr>
            <w:r w:rsidRPr="00684EB1">
              <w:rPr>
                <w:rFonts w:cs="Times New Roman"/>
                <w:szCs w:val="28"/>
                <w:lang w:val="ru-RU"/>
              </w:rPr>
              <w:t>Практическая работа по оформлению языкового портфеля: карточка достижений или письмо себе.</w:t>
            </w:r>
          </w:p>
        </w:tc>
      </w:tr>
      <w:tr w:rsidR="00B9286B" w:rsidRPr="00F7265A" w14:paraId="0A90E323" w14:textId="77777777">
        <w:trPr>
          <w:jc w:val="center"/>
        </w:trPr>
        <w:tc>
          <w:tcPr>
            <w:tcW w:w="2835" w:type="dxa"/>
          </w:tcPr>
          <w:p w14:paraId="37C2588C" w14:textId="77777777" w:rsidR="00B9286B" w:rsidRPr="00684EB1" w:rsidRDefault="00BE1021" w:rsidP="00F7265A">
            <w:pPr>
              <w:ind w:firstLine="0"/>
              <w:rPr>
                <w:rFonts w:cs="Times New Roman"/>
                <w:szCs w:val="28"/>
                <w:lang w:val="ru-RU"/>
              </w:rPr>
            </w:pPr>
            <w:r w:rsidRPr="00684EB1">
              <w:rPr>
                <w:rFonts w:cs="Times New Roman"/>
                <w:szCs w:val="28"/>
                <w:lang w:val="ru-RU"/>
              </w:rPr>
              <w:t>Воспитательные мероприятия и проекты (не менее 2)</w:t>
            </w:r>
          </w:p>
        </w:tc>
        <w:tc>
          <w:tcPr>
            <w:tcW w:w="6803" w:type="dxa"/>
          </w:tcPr>
          <w:p w14:paraId="35CBC55B" w14:textId="4EE6EDA3" w:rsidR="00B9286B" w:rsidRPr="00684EB1" w:rsidRDefault="00BE1021" w:rsidP="00F7265A">
            <w:pPr>
              <w:ind w:firstLine="0"/>
              <w:rPr>
                <w:rFonts w:cs="Times New Roman"/>
                <w:szCs w:val="28"/>
                <w:lang w:val="ru-RU"/>
              </w:rPr>
            </w:pPr>
            <w:r w:rsidRPr="00684EB1">
              <w:rPr>
                <w:rFonts w:cs="Times New Roman"/>
                <w:szCs w:val="28"/>
                <w:lang w:val="ru-RU"/>
              </w:rPr>
              <w:t>Торжественное закрытие смены.</w:t>
            </w:r>
          </w:p>
          <w:p w14:paraId="655F0D5F" w14:textId="471020DB" w:rsidR="00B9286B" w:rsidRPr="00684EB1" w:rsidRDefault="00BE1021" w:rsidP="00F7265A">
            <w:pPr>
              <w:ind w:firstLine="0"/>
              <w:rPr>
                <w:rFonts w:cs="Times New Roman"/>
                <w:szCs w:val="28"/>
                <w:lang w:val="ru-RU"/>
              </w:rPr>
            </w:pPr>
            <w:r w:rsidRPr="00684EB1">
              <w:rPr>
                <w:rFonts w:cs="Times New Roman"/>
                <w:szCs w:val="28"/>
                <w:lang w:val="ru-RU"/>
              </w:rPr>
              <w:t>Прощальный круг благодарности и безопасный организованный выезд.</w:t>
            </w:r>
          </w:p>
        </w:tc>
      </w:tr>
      <w:tr w:rsidR="00B9286B" w:rsidRPr="00F7265A" w14:paraId="32E04DF7" w14:textId="77777777">
        <w:trPr>
          <w:jc w:val="center"/>
        </w:trPr>
        <w:tc>
          <w:tcPr>
            <w:tcW w:w="2835" w:type="dxa"/>
          </w:tcPr>
          <w:p w14:paraId="73665F39" w14:textId="77777777" w:rsidR="00B9286B" w:rsidRPr="00684EB1" w:rsidRDefault="00BE1021" w:rsidP="00F7265A">
            <w:pPr>
              <w:ind w:firstLine="0"/>
              <w:rPr>
                <w:rFonts w:cs="Times New Roman"/>
                <w:szCs w:val="28"/>
                <w:lang w:val="ru-RU"/>
              </w:rPr>
            </w:pPr>
            <w:r w:rsidRPr="00684EB1">
              <w:rPr>
                <w:rFonts w:cs="Times New Roman"/>
                <w:szCs w:val="28"/>
                <w:lang w:val="ru-RU"/>
              </w:rPr>
              <w:t>Оздоровительный модуль (до 3 академических часов в день)</w:t>
            </w:r>
          </w:p>
        </w:tc>
        <w:tc>
          <w:tcPr>
            <w:tcW w:w="6803" w:type="dxa"/>
          </w:tcPr>
          <w:p w14:paraId="395FFFAC" w14:textId="566C8D92" w:rsidR="00B9286B" w:rsidRPr="00684EB1" w:rsidRDefault="00BE1021" w:rsidP="00F7265A">
            <w:pPr>
              <w:ind w:firstLine="0"/>
              <w:rPr>
                <w:rFonts w:cs="Times New Roman"/>
                <w:szCs w:val="28"/>
                <w:lang w:val="ru-RU"/>
              </w:rPr>
            </w:pPr>
            <w:r w:rsidRPr="00684EB1">
              <w:rPr>
                <w:rFonts w:cs="Times New Roman"/>
                <w:szCs w:val="28"/>
                <w:lang w:val="ru-RU"/>
              </w:rPr>
              <w:t>Легкая зарядка, прогулка, спокойные игры, эмоциональная разгрузка.</w:t>
            </w:r>
          </w:p>
        </w:tc>
      </w:tr>
      <w:tr w:rsidR="00B9286B" w:rsidRPr="00F7265A" w14:paraId="3EE4E104" w14:textId="77777777">
        <w:trPr>
          <w:jc w:val="center"/>
        </w:trPr>
        <w:tc>
          <w:tcPr>
            <w:tcW w:w="2835" w:type="dxa"/>
          </w:tcPr>
          <w:p w14:paraId="621BC675" w14:textId="77777777" w:rsidR="00B9286B" w:rsidRPr="00684EB1" w:rsidRDefault="00BE1021" w:rsidP="00F7265A">
            <w:pPr>
              <w:ind w:firstLine="0"/>
              <w:rPr>
                <w:rFonts w:cs="Times New Roman"/>
                <w:szCs w:val="28"/>
              </w:rPr>
            </w:pPr>
            <w:proofErr w:type="spellStart"/>
            <w:r w:rsidRPr="00684EB1">
              <w:rPr>
                <w:rFonts w:cs="Times New Roman"/>
                <w:szCs w:val="28"/>
              </w:rPr>
              <w:t>Ожидаемый</w:t>
            </w:r>
            <w:proofErr w:type="spellEnd"/>
            <w:r w:rsidRPr="00684EB1">
              <w:rPr>
                <w:rFonts w:cs="Times New Roman"/>
                <w:szCs w:val="28"/>
              </w:rPr>
              <w:t xml:space="preserve"> </w:t>
            </w:r>
            <w:proofErr w:type="spellStart"/>
            <w:r w:rsidRPr="00684EB1">
              <w:rPr>
                <w:rFonts w:cs="Times New Roman"/>
                <w:szCs w:val="28"/>
              </w:rPr>
              <w:t>результат</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6803" w:type="dxa"/>
          </w:tcPr>
          <w:p w14:paraId="5E996C84" w14:textId="77777777" w:rsidR="00B9286B" w:rsidRPr="00684EB1" w:rsidRDefault="00BE1021" w:rsidP="00F7265A">
            <w:pPr>
              <w:ind w:firstLine="0"/>
              <w:rPr>
                <w:rFonts w:cs="Times New Roman"/>
                <w:szCs w:val="28"/>
                <w:lang w:val="ru-RU"/>
              </w:rPr>
            </w:pPr>
            <w:r w:rsidRPr="00684EB1">
              <w:rPr>
                <w:rFonts w:cs="Times New Roman"/>
                <w:szCs w:val="28"/>
                <w:lang w:val="ru-RU"/>
              </w:rPr>
              <w:t>Участники подвели итоги смены, оформили языковой портфель и получили положительный опыт завершения.</w:t>
            </w:r>
          </w:p>
        </w:tc>
      </w:tr>
    </w:tbl>
    <w:p w14:paraId="79C22A3B" w14:textId="77777777" w:rsidR="00496FDA" w:rsidRDefault="00496FDA" w:rsidP="00F7265A">
      <w:pPr>
        <w:pStyle w:val="21"/>
        <w:spacing w:before="0" w:after="0"/>
        <w:ind w:firstLine="425"/>
        <w:rPr>
          <w:rFonts w:eastAsia="Times New Roman" w:cs="Times New Roman"/>
          <w:szCs w:val="28"/>
          <w:lang w:val="ru-RU"/>
        </w:rPr>
      </w:pPr>
    </w:p>
    <w:p w14:paraId="6D9920DB" w14:textId="1E714072" w:rsidR="00B9286B" w:rsidRPr="00684EB1" w:rsidRDefault="00BE1021" w:rsidP="00F7265A">
      <w:pPr>
        <w:pStyle w:val="21"/>
        <w:spacing w:before="0" w:after="0"/>
        <w:ind w:firstLine="425"/>
        <w:rPr>
          <w:rFonts w:cs="Times New Roman"/>
          <w:szCs w:val="28"/>
          <w:lang w:val="ru-RU"/>
        </w:rPr>
      </w:pPr>
      <w:r w:rsidRPr="00684EB1">
        <w:rPr>
          <w:rFonts w:eastAsia="Times New Roman" w:cs="Times New Roman"/>
          <w:szCs w:val="28"/>
          <w:lang w:val="ru-RU"/>
        </w:rPr>
        <w:t>Ключевые мероприятия летнего сезона</w:t>
      </w:r>
    </w:p>
    <w:p w14:paraId="268E5990" w14:textId="77777777" w:rsidR="00B9286B" w:rsidRPr="00684EB1" w:rsidRDefault="00BE1021" w:rsidP="00496FDA">
      <w:pPr>
        <w:jc w:val="both"/>
        <w:rPr>
          <w:rFonts w:cs="Times New Roman"/>
          <w:szCs w:val="28"/>
          <w:lang w:val="ru-RU"/>
        </w:rPr>
      </w:pPr>
      <w:r w:rsidRPr="00684EB1">
        <w:rPr>
          <w:rFonts w:cs="Times New Roman"/>
          <w:szCs w:val="28"/>
          <w:lang w:val="ru-RU"/>
        </w:rPr>
        <w:t>1) Адаптационная игра «</w:t>
      </w:r>
      <w:proofErr w:type="spellStart"/>
      <w:r w:rsidRPr="00684EB1">
        <w:rPr>
          <w:rFonts w:cs="Times New Roman"/>
          <w:szCs w:val="28"/>
          <w:lang w:val="ru-RU"/>
        </w:rPr>
        <w:t>Тіл</w:t>
      </w:r>
      <w:proofErr w:type="spellEnd"/>
      <w:r w:rsidRPr="00684EB1">
        <w:rPr>
          <w:rFonts w:cs="Times New Roman"/>
          <w:szCs w:val="28"/>
          <w:lang w:val="ru-RU"/>
        </w:rPr>
        <w:t xml:space="preserve"> </w:t>
      </w:r>
      <w:proofErr w:type="spellStart"/>
      <w:r w:rsidRPr="00684EB1">
        <w:rPr>
          <w:rFonts w:cs="Times New Roman"/>
          <w:szCs w:val="28"/>
          <w:lang w:val="ru-RU"/>
        </w:rPr>
        <w:t>әлемі</w:t>
      </w:r>
      <w:proofErr w:type="spellEnd"/>
      <w:r w:rsidRPr="00684EB1">
        <w:rPr>
          <w:rFonts w:cs="Times New Roman"/>
          <w:szCs w:val="28"/>
          <w:lang w:val="ru-RU"/>
        </w:rPr>
        <w:t>»: знакомство, принятие правил, формирование языковых команд.</w:t>
      </w:r>
    </w:p>
    <w:p w14:paraId="3E0EA149" w14:textId="77777777" w:rsidR="00B9286B" w:rsidRPr="00684EB1" w:rsidRDefault="00BE1021" w:rsidP="00496FDA">
      <w:pPr>
        <w:jc w:val="both"/>
        <w:rPr>
          <w:rFonts w:cs="Times New Roman"/>
          <w:szCs w:val="28"/>
          <w:lang w:val="ru-RU"/>
        </w:rPr>
      </w:pPr>
      <w:r w:rsidRPr="00684EB1">
        <w:rPr>
          <w:rFonts w:cs="Times New Roman"/>
          <w:szCs w:val="28"/>
          <w:lang w:val="ru-RU"/>
        </w:rPr>
        <w:t>2) Командный тренинг «</w:t>
      </w:r>
      <w:proofErr w:type="spellStart"/>
      <w:r w:rsidRPr="00684EB1">
        <w:rPr>
          <w:rFonts w:cs="Times New Roman"/>
          <w:szCs w:val="28"/>
          <w:lang w:val="ru-RU"/>
        </w:rPr>
        <w:t>Тілдік</w:t>
      </w:r>
      <w:proofErr w:type="spellEnd"/>
      <w:r w:rsidRPr="00684EB1">
        <w:rPr>
          <w:rFonts w:cs="Times New Roman"/>
          <w:szCs w:val="28"/>
          <w:lang w:val="ru-RU"/>
        </w:rPr>
        <w:t xml:space="preserve"> команда»: развитие доверия, поддержки и права на языковую ошибку.</w:t>
      </w:r>
    </w:p>
    <w:p w14:paraId="524E3B4B" w14:textId="0615DE9E" w:rsidR="00B9286B" w:rsidRPr="00684EB1" w:rsidRDefault="00BE1021" w:rsidP="00496FDA">
      <w:pPr>
        <w:jc w:val="both"/>
        <w:rPr>
          <w:rFonts w:cs="Times New Roman"/>
          <w:szCs w:val="28"/>
          <w:lang w:val="ru-RU"/>
        </w:rPr>
      </w:pPr>
      <w:r w:rsidRPr="00684EB1">
        <w:rPr>
          <w:rFonts w:cs="Times New Roman"/>
          <w:szCs w:val="28"/>
          <w:lang w:val="ru-RU"/>
        </w:rPr>
        <w:t>3) Языковой день «</w:t>
      </w:r>
      <w:proofErr w:type="spellStart"/>
      <w:r w:rsidRPr="00684EB1">
        <w:rPr>
          <w:rFonts w:cs="Times New Roman"/>
          <w:szCs w:val="28"/>
          <w:lang w:val="ru-RU"/>
        </w:rPr>
        <w:t>Сөздік</w:t>
      </w:r>
      <w:proofErr w:type="spellEnd"/>
      <w:r w:rsidRPr="00684EB1">
        <w:rPr>
          <w:rFonts w:cs="Times New Roman"/>
          <w:szCs w:val="28"/>
          <w:lang w:val="ru-RU"/>
        </w:rPr>
        <w:t xml:space="preserve"> </w:t>
      </w:r>
      <w:proofErr w:type="spellStart"/>
      <w:r w:rsidRPr="00684EB1">
        <w:rPr>
          <w:rFonts w:cs="Times New Roman"/>
          <w:szCs w:val="28"/>
          <w:lang w:val="ru-RU"/>
        </w:rPr>
        <w:t>және</w:t>
      </w:r>
      <w:proofErr w:type="spellEnd"/>
      <w:r w:rsidRPr="00684EB1">
        <w:rPr>
          <w:rFonts w:cs="Times New Roman"/>
          <w:szCs w:val="28"/>
          <w:lang w:val="ru-RU"/>
        </w:rPr>
        <w:t xml:space="preserve"> </w:t>
      </w:r>
      <w:proofErr w:type="spellStart"/>
      <w:r w:rsidRPr="00684EB1">
        <w:rPr>
          <w:rFonts w:cs="Times New Roman"/>
          <w:szCs w:val="28"/>
          <w:lang w:val="ru-RU"/>
        </w:rPr>
        <w:t>сөйлесу</w:t>
      </w:r>
      <w:proofErr w:type="spellEnd"/>
      <w:r w:rsidRPr="00684EB1">
        <w:rPr>
          <w:rFonts w:cs="Times New Roman"/>
          <w:szCs w:val="28"/>
          <w:lang w:val="ru-RU"/>
        </w:rPr>
        <w:t xml:space="preserve">»: фразы, речевые ситуации, культура общения, творческие задания на </w:t>
      </w:r>
      <w:r w:rsidR="00CB1685">
        <w:rPr>
          <w:rFonts w:cs="Times New Roman"/>
          <w:szCs w:val="28"/>
          <w:lang w:val="ru-RU"/>
        </w:rPr>
        <w:t>английском</w:t>
      </w:r>
      <w:r w:rsidR="00CB1685" w:rsidRPr="00684EB1">
        <w:rPr>
          <w:rFonts w:cs="Times New Roman"/>
          <w:szCs w:val="28"/>
          <w:lang w:val="ru-RU"/>
        </w:rPr>
        <w:t xml:space="preserve"> </w:t>
      </w:r>
      <w:r w:rsidRPr="00684EB1">
        <w:rPr>
          <w:rFonts w:cs="Times New Roman"/>
          <w:szCs w:val="28"/>
          <w:lang w:val="ru-RU"/>
        </w:rPr>
        <w:t>языке.</w:t>
      </w:r>
    </w:p>
    <w:p w14:paraId="1E459AEB" w14:textId="49DA5FB6" w:rsidR="00B9286B" w:rsidRPr="00684EB1" w:rsidRDefault="00BE1021" w:rsidP="00496FDA">
      <w:pPr>
        <w:jc w:val="both"/>
        <w:rPr>
          <w:rFonts w:cs="Times New Roman"/>
          <w:szCs w:val="28"/>
          <w:lang w:val="ru-RU"/>
        </w:rPr>
      </w:pPr>
      <w:r w:rsidRPr="00684EB1">
        <w:rPr>
          <w:rFonts w:cs="Times New Roman"/>
          <w:szCs w:val="28"/>
          <w:lang w:val="ru-RU"/>
        </w:rPr>
        <w:t>4) Разговорный клуб «</w:t>
      </w:r>
      <w:proofErr w:type="spellStart"/>
      <w:r w:rsidRPr="00684EB1">
        <w:rPr>
          <w:rFonts w:cs="Times New Roman"/>
          <w:szCs w:val="28"/>
          <w:lang w:val="ru-RU"/>
        </w:rPr>
        <w:t>Тілдік</w:t>
      </w:r>
      <w:proofErr w:type="spellEnd"/>
      <w:r w:rsidRPr="00684EB1">
        <w:rPr>
          <w:rFonts w:cs="Times New Roman"/>
          <w:szCs w:val="28"/>
          <w:lang w:val="ru-RU"/>
        </w:rPr>
        <w:t xml:space="preserve"> орта»: интервью, постеры, презентации и языковые игры на </w:t>
      </w:r>
      <w:r w:rsidR="00CB1685">
        <w:rPr>
          <w:rFonts w:cs="Times New Roman"/>
          <w:szCs w:val="28"/>
          <w:lang w:val="ru-RU"/>
        </w:rPr>
        <w:t>английском</w:t>
      </w:r>
      <w:r w:rsidR="00CB1685" w:rsidRPr="00684EB1">
        <w:rPr>
          <w:rFonts w:cs="Times New Roman"/>
          <w:szCs w:val="28"/>
          <w:lang w:val="ru-RU"/>
        </w:rPr>
        <w:t xml:space="preserve"> </w:t>
      </w:r>
      <w:r w:rsidRPr="00684EB1">
        <w:rPr>
          <w:rFonts w:cs="Times New Roman"/>
          <w:szCs w:val="28"/>
          <w:lang w:val="ru-RU"/>
        </w:rPr>
        <w:t>языке.</w:t>
      </w:r>
    </w:p>
    <w:p w14:paraId="6F54E7B5" w14:textId="45ACD663" w:rsidR="00B9286B" w:rsidRPr="00684EB1" w:rsidRDefault="00BE1021" w:rsidP="00496FDA">
      <w:pPr>
        <w:jc w:val="both"/>
        <w:rPr>
          <w:rFonts w:cs="Times New Roman"/>
          <w:szCs w:val="28"/>
          <w:lang w:val="ru-RU"/>
        </w:rPr>
      </w:pPr>
      <w:r w:rsidRPr="00684EB1">
        <w:rPr>
          <w:rFonts w:cs="Times New Roman"/>
          <w:szCs w:val="28"/>
          <w:lang w:val="ru-RU"/>
        </w:rPr>
        <w:lastRenderedPageBreak/>
        <w:t>5) Культурный языковой маршрут «</w:t>
      </w:r>
      <w:proofErr w:type="spellStart"/>
      <w:r w:rsidRPr="00684EB1">
        <w:rPr>
          <w:rFonts w:cs="Times New Roman"/>
          <w:szCs w:val="28"/>
          <w:lang w:val="ru-RU"/>
        </w:rPr>
        <w:t>Мәдениет</w:t>
      </w:r>
      <w:proofErr w:type="spellEnd"/>
      <w:r w:rsidRPr="00684EB1">
        <w:rPr>
          <w:rFonts w:cs="Times New Roman"/>
          <w:szCs w:val="28"/>
          <w:lang w:val="ru-RU"/>
        </w:rPr>
        <w:t xml:space="preserve"> </w:t>
      </w:r>
      <w:proofErr w:type="spellStart"/>
      <w:r w:rsidRPr="00684EB1">
        <w:rPr>
          <w:rFonts w:cs="Times New Roman"/>
          <w:szCs w:val="28"/>
          <w:lang w:val="ru-RU"/>
        </w:rPr>
        <w:t>және</w:t>
      </w:r>
      <w:proofErr w:type="spellEnd"/>
      <w:r w:rsidRPr="00684EB1">
        <w:rPr>
          <w:rFonts w:cs="Times New Roman"/>
          <w:szCs w:val="28"/>
          <w:lang w:val="ru-RU"/>
        </w:rPr>
        <w:t xml:space="preserve"> </w:t>
      </w:r>
      <w:proofErr w:type="spellStart"/>
      <w:r w:rsidRPr="00684EB1">
        <w:rPr>
          <w:rFonts w:cs="Times New Roman"/>
          <w:szCs w:val="28"/>
          <w:lang w:val="ru-RU"/>
        </w:rPr>
        <w:t>тіл</w:t>
      </w:r>
      <w:proofErr w:type="spellEnd"/>
      <w:r w:rsidRPr="00684EB1">
        <w:rPr>
          <w:rFonts w:cs="Times New Roman"/>
          <w:szCs w:val="28"/>
          <w:lang w:val="ru-RU"/>
        </w:rPr>
        <w:t xml:space="preserve">»: речевой этикет, культурные станции и мини-диалоги на </w:t>
      </w:r>
      <w:r w:rsidR="00CB1685">
        <w:rPr>
          <w:rFonts w:cs="Times New Roman"/>
          <w:szCs w:val="28"/>
          <w:lang w:val="ru-RU"/>
        </w:rPr>
        <w:t>английском</w:t>
      </w:r>
      <w:r w:rsidR="00CB1685" w:rsidRPr="00684EB1">
        <w:rPr>
          <w:rFonts w:cs="Times New Roman"/>
          <w:szCs w:val="28"/>
          <w:lang w:val="ru-RU"/>
        </w:rPr>
        <w:t xml:space="preserve"> </w:t>
      </w:r>
      <w:r w:rsidRPr="00684EB1">
        <w:rPr>
          <w:rFonts w:cs="Times New Roman"/>
          <w:szCs w:val="28"/>
          <w:lang w:val="ru-RU"/>
        </w:rPr>
        <w:t>языке.</w:t>
      </w:r>
    </w:p>
    <w:p w14:paraId="274A0FC1" w14:textId="3F678137" w:rsidR="00B9286B" w:rsidRPr="00684EB1" w:rsidRDefault="00BE1021" w:rsidP="00496FDA">
      <w:pPr>
        <w:jc w:val="both"/>
        <w:rPr>
          <w:rFonts w:cs="Times New Roman"/>
          <w:szCs w:val="28"/>
          <w:lang w:val="ru-RU"/>
        </w:rPr>
      </w:pPr>
      <w:r w:rsidRPr="00684EB1">
        <w:rPr>
          <w:rFonts w:cs="Times New Roman"/>
          <w:szCs w:val="28"/>
          <w:lang w:val="ru-RU"/>
        </w:rPr>
        <w:t>6) Творческая языковая лаборатория «</w:t>
      </w:r>
      <w:proofErr w:type="spellStart"/>
      <w:r w:rsidRPr="00684EB1">
        <w:rPr>
          <w:rFonts w:cs="Times New Roman"/>
          <w:szCs w:val="28"/>
          <w:lang w:val="ru-RU"/>
        </w:rPr>
        <w:t>Шығармашылық</w:t>
      </w:r>
      <w:proofErr w:type="spellEnd"/>
      <w:r w:rsidRPr="00684EB1">
        <w:rPr>
          <w:rFonts w:cs="Times New Roman"/>
          <w:szCs w:val="28"/>
          <w:lang w:val="ru-RU"/>
        </w:rPr>
        <w:t xml:space="preserve"> </w:t>
      </w:r>
      <w:proofErr w:type="spellStart"/>
      <w:r w:rsidRPr="00684EB1">
        <w:rPr>
          <w:rFonts w:cs="Times New Roman"/>
          <w:szCs w:val="28"/>
          <w:lang w:val="ru-RU"/>
        </w:rPr>
        <w:t>тіл</w:t>
      </w:r>
      <w:proofErr w:type="spellEnd"/>
      <w:r w:rsidRPr="00684EB1">
        <w:rPr>
          <w:rFonts w:cs="Times New Roman"/>
          <w:szCs w:val="28"/>
          <w:lang w:val="ru-RU"/>
        </w:rPr>
        <w:t xml:space="preserve">»: песня, сценка, комикс или рассказ на </w:t>
      </w:r>
      <w:r w:rsidR="00CB1685">
        <w:rPr>
          <w:rFonts w:cs="Times New Roman"/>
          <w:szCs w:val="28"/>
          <w:lang w:val="ru-RU"/>
        </w:rPr>
        <w:t>английском</w:t>
      </w:r>
      <w:r w:rsidR="00CB1685" w:rsidRPr="00684EB1">
        <w:rPr>
          <w:rFonts w:cs="Times New Roman"/>
          <w:szCs w:val="28"/>
          <w:lang w:val="ru-RU"/>
        </w:rPr>
        <w:t xml:space="preserve"> </w:t>
      </w:r>
      <w:r w:rsidRPr="00684EB1">
        <w:rPr>
          <w:rFonts w:cs="Times New Roman"/>
          <w:szCs w:val="28"/>
          <w:lang w:val="ru-RU"/>
        </w:rPr>
        <w:t>языке.</w:t>
      </w:r>
    </w:p>
    <w:p w14:paraId="5F4B2279" w14:textId="77777777" w:rsidR="00B9286B" w:rsidRPr="00684EB1" w:rsidRDefault="00BE1021" w:rsidP="00496FDA">
      <w:pPr>
        <w:jc w:val="both"/>
        <w:rPr>
          <w:rFonts w:cs="Times New Roman"/>
          <w:szCs w:val="28"/>
          <w:lang w:val="ru-RU"/>
        </w:rPr>
      </w:pPr>
      <w:r w:rsidRPr="00684EB1">
        <w:rPr>
          <w:rFonts w:cs="Times New Roman"/>
          <w:szCs w:val="28"/>
          <w:lang w:val="ru-RU"/>
        </w:rPr>
        <w:t>7) Языковой квест «</w:t>
      </w:r>
      <w:proofErr w:type="spellStart"/>
      <w:r w:rsidRPr="00684EB1">
        <w:rPr>
          <w:rFonts w:cs="Times New Roman"/>
          <w:szCs w:val="28"/>
          <w:lang w:val="ru-RU"/>
        </w:rPr>
        <w:t>Тіл</w:t>
      </w:r>
      <w:proofErr w:type="spellEnd"/>
      <w:r w:rsidRPr="00684EB1">
        <w:rPr>
          <w:rFonts w:cs="Times New Roman"/>
          <w:szCs w:val="28"/>
          <w:lang w:val="ru-RU"/>
        </w:rPr>
        <w:t xml:space="preserve"> </w:t>
      </w:r>
      <w:proofErr w:type="spellStart"/>
      <w:r w:rsidRPr="00684EB1">
        <w:rPr>
          <w:rFonts w:cs="Times New Roman"/>
          <w:szCs w:val="28"/>
          <w:lang w:val="ru-RU"/>
        </w:rPr>
        <w:t>квесті</w:t>
      </w:r>
      <w:proofErr w:type="spellEnd"/>
      <w:r w:rsidRPr="00684EB1">
        <w:rPr>
          <w:rFonts w:cs="Times New Roman"/>
          <w:szCs w:val="28"/>
          <w:lang w:val="ru-RU"/>
        </w:rPr>
        <w:t>»: применение фраз в игровых и командных ситуациях.</w:t>
      </w:r>
    </w:p>
    <w:p w14:paraId="6076611C" w14:textId="471176A6" w:rsidR="00B9286B" w:rsidRPr="00684EB1" w:rsidRDefault="00BE1021" w:rsidP="00496FDA">
      <w:pPr>
        <w:jc w:val="both"/>
        <w:rPr>
          <w:rFonts w:cs="Times New Roman"/>
          <w:szCs w:val="28"/>
          <w:lang w:val="ru-RU"/>
        </w:rPr>
      </w:pPr>
      <w:r w:rsidRPr="00684EB1">
        <w:rPr>
          <w:rFonts w:cs="Times New Roman"/>
          <w:szCs w:val="28"/>
          <w:lang w:val="ru-RU"/>
        </w:rPr>
        <w:t xml:space="preserve">8) </w:t>
      </w:r>
      <w:proofErr w:type="spellStart"/>
      <w:r w:rsidRPr="00684EB1">
        <w:rPr>
          <w:rFonts w:cs="Times New Roman"/>
          <w:szCs w:val="28"/>
          <w:lang w:val="ru-RU"/>
        </w:rPr>
        <w:t>Медиалаборатория</w:t>
      </w:r>
      <w:proofErr w:type="spellEnd"/>
      <w:r w:rsidRPr="00684EB1">
        <w:rPr>
          <w:rFonts w:cs="Times New Roman"/>
          <w:szCs w:val="28"/>
          <w:lang w:val="ru-RU"/>
        </w:rPr>
        <w:t xml:space="preserve"> «</w:t>
      </w:r>
      <w:proofErr w:type="spellStart"/>
      <w:r w:rsidRPr="00684EB1">
        <w:rPr>
          <w:rFonts w:cs="Times New Roman"/>
          <w:szCs w:val="28"/>
          <w:lang w:val="ru-RU"/>
        </w:rPr>
        <w:t>Тіл</w:t>
      </w:r>
      <w:proofErr w:type="spellEnd"/>
      <w:r w:rsidRPr="00684EB1">
        <w:rPr>
          <w:rFonts w:cs="Times New Roman"/>
          <w:szCs w:val="28"/>
          <w:lang w:val="ru-RU"/>
        </w:rPr>
        <w:t xml:space="preserve"> </w:t>
      </w:r>
      <w:proofErr w:type="spellStart"/>
      <w:r w:rsidRPr="00684EB1">
        <w:rPr>
          <w:rFonts w:cs="Times New Roman"/>
          <w:szCs w:val="28"/>
          <w:lang w:val="ru-RU"/>
        </w:rPr>
        <w:t>және</w:t>
      </w:r>
      <w:proofErr w:type="spellEnd"/>
      <w:r w:rsidRPr="00684EB1">
        <w:rPr>
          <w:rFonts w:cs="Times New Roman"/>
          <w:szCs w:val="28"/>
          <w:lang w:val="ru-RU"/>
        </w:rPr>
        <w:t xml:space="preserve"> медиа»: создание интервью, постеров, подкастов и языкового дневника на </w:t>
      </w:r>
      <w:r w:rsidR="00CB1685">
        <w:rPr>
          <w:rFonts w:cs="Times New Roman"/>
          <w:szCs w:val="28"/>
          <w:lang w:val="ru-RU"/>
        </w:rPr>
        <w:t>английском</w:t>
      </w:r>
      <w:r w:rsidR="00CB1685" w:rsidRPr="00684EB1">
        <w:rPr>
          <w:rFonts w:cs="Times New Roman"/>
          <w:szCs w:val="28"/>
          <w:lang w:val="ru-RU"/>
        </w:rPr>
        <w:t xml:space="preserve"> </w:t>
      </w:r>
      <w:r w:rsidRPr="00684EB1">
        <w:rPr>
          <w:rFonts w:cs="Times New Roman"/>
          <w:szCs w:val="28"/>
          <w:lang w:val="ru-RU"/>
        </w:rPr>
        <w:t>языке.</w:t>
      </w:r>
    </w:p>
    <w:p w14:paraId="38785141" w14:textId="77777777" w:rsidR="00B9286B" w:rsidRPr="00684EB1" w:rsidRDefault="00BE1021" w:rsidP="00496FDA">
      <w:pPr>
        <w:jc w:val="both"/>
        <w:rPr>
          <w:rFonts w:cs="Times New Roman"/>
          <w:szCs w:val="28"/>
          <w:lang w:val="ru-RU"/>
        </w:rPr>
      </w:pPr>
      <w:r w:rsidRPr="00684EB1">
        <w:rPr>
          <w:rFonts w:cs="Times New Roman"/>
          <w:szCs w:val="28"/>
          <w:lang w:val="ru-RU"/>
        </w:rPr>
        <w:t>9) Проектная мастерская «</w:t>
      </w:r>
      <w:proofErr w:type="spellStart"/>
      <w:r w:rsidRPr="00684EB1">
        <w:rPr>
          <w:rFonts w:cs="Times New Roman"/>
          <w:szCs w:val="28"/>
          <w:lang w:val="ru-RU"/>
        </w:rPr>
        <w:t>Тіл</w:t>
      </w:r>
      <w:proofErr w:type="spellEnd"/>
      <w:r w:rsidRPr="00684EB1">
        <w:rPr>
          <w:rFonts w:cs="Times New Roman"/>
          <w:szCs w:val="28"/>
          <w:lang w:val="ru-RU"/>
        </w:rPr>
        <w:t xml:space="preserve"> </w:t>
      </w:r>
      <w:proofErr w:type="spellStart"/>
      <w:r w:rsidRPr="00684EB1">
        <w:rPr>
          <w:rFonts w:cs="Times New Roman"/>
          <w:szCs w:val="28"/>
          <w:lang w:val="ru-RU"/>
        </w:rPr>
        <w:t>жобасы</w:t>
      </w:r>
      <w:proofErr w:type="spellEnd"/>
      <w:r w:rsidRPr="00684EB1">
        <w:rPr>
          <w:rFonts w:cs="Times New Roman"/>
          <w:szCs w:val="28"/>
          <w:lang w:val="ru-RU"/>
        </w:rPr>
        <w:t>»: разработка итоговых языковых проектов.</w:t>
      </w:r>
    </w:p>
    <w:p w14:paraId="7AD1FB88" w14:textId="187FA219" w:rsidR="00B9286B" w:rsidRPr="00684EB1" w:rsidRDefault="00BE1021" w:rsidP="00496FDA">
      <w:pPr>
        <w:jc w:val="both"/>
        <w:rPr>
          <w:rFonts w:cs="Times New Roman"/>
          <w:szCs w:val="28"/>
          <w:lang w:val="ru-RU"/>
        </w:rPr>
      </w:pPr>
      <w:r w:rsidRPr="00684EB1">
        <w:rPr>
          <w:rFonts w:cs="Times New Roman"/>
          <w:szCs w:val="28"/>
          <w:lang w:val="ru-RU"/>
        </w:rPr>
        <w:t>10) Фестиваль достижений «</w:t>
      </w:r>
      <w:proofErr w:type="spellStart"/>
      <w:r w:rsidRPr="00684EB1">
        <w:rPr>
          <w:rFonts w:cs="Times New Roman"/>
          <w:szCs w:val="28"/>
          <w:lang w:val="ru-RU"/>
        </w:rPr>
        <w:t>Тіл</w:t>
      </w:r>
      <w:proofErr w:type="spellEnd"/>
      <w:r w:rsidRPr="00684EB1">
        <w:rPr>
          <w:rFonts w:cs="Times New Roman"/>
          <w:szCs w:val="28"/>
          <w:lang w:val="ru-RU"/>
        </w:rPr>
        <w:t xml:space="preserve"> </w:t>
      </w:r>
      <w:proofErr w:type="spellStart"/>
      <w:r w:rsidRPr="00684EB1">
        <w:rPr>
          <w:rFonts w:cs="Times New Roman"/>
          <w:szCs w:val="28"/>
          <w:lang w:val="ru-RU"/>
        </w:rPr>
        <w:t>мерекесі</w:t>
      </w:r>
      <w:proofErr w:type="spellEnd"/>
      <w:r w:rsidRPr="00684EB1">
        <w:rPr>
          <w:rFonts w:cs="Times New Roman"/>
          <w:szCs w:val="28"/>
          <w:lang w:val="ru-RU"/>
        </w:rPr>
        <w:t xml:space="preserve">»: презентации, выступления, выставки, награждение по итогам изучения </w:t>
      </w:r>
      <w:r w:rsidR="00CB1685">
        <w:rPr>
          <w:rFonts w:cs="Times New Roman"/>
          <w:szCs w:val="28"/>
          <w:lang w:val="ru-RU"/>
        </w:rPr>
        <w:t>английского</w:t>
      </w:r>
      <w:r w:rsidR="00CB1685" w:rsidRPr="00684EB1">
        <w:rPr>
          <w:rFonts w:cs="Times New Roman"/>
          <w:szCs w:val="28"/>
          <w:lang w:val="ru-RU"/>
        </w:rPr>
        <w:t xml:space="preserve"> </w:t>
      </w:r>
      <w:r w:rsidRPr="00684EB1">
        <w:rPr>
          <w:rFonts w:cs="Times New Roman"/>
          <w:szCs w:val="28"/>
          <w:lang w:val="ru-RU"/>
        </w:rPr>
        <w:t>языка.</w:t>
      </w:r>
    </w:p>
    <w:p w14:paraId="64AB9733" w14:textId="77777777" w:rsidR="00B9286B" w:rsidRPr="00684EB1" w:rsidRDefault="00BE1021" w:rsidP="00496FDA">
      <w:pPr>
        <w:jc w:val="both"/>
        <w:rPr>
          <w:rFonts w:cs="Times New Roman"/>
          <w:szCs w:val="28"/>
          <w:lang w:val="ru-RU"/>
        </w:rPr>
      </w:pPr>
      <w:r w:rsidRPr="00684EB1">
        <w:rPr>
          <w:rFonts w:cs="Times New Roman"/>
          <w:szCs w:val="28"/>
          <w:lang w:val="ru-RU"/>
        </w:rPr>
        <w:t>11) Итоговая рефлексия «</w:t>
      </w:r>
      <w:r w:rsidRPr="00684EB1">
        <w:rPr>
          <w:rFonts w:cs="Times New Roman"/>
          <w:szCs w:val="28"/>
        </w:rPr>
        <w:t>My</w:t>
      </w:r>
      <w:r w:rsidRPr="00684EB1">
        <w:rPr>
          <w:rFonts w:cs="Times New Roman"/>
          <w:szCs w:val="28"/>
          <w:lang w:val="ru-RU"/>
        </w:rPr>
        <w:t xml:space="preserve"> </w:t>
      </w:r>
      <w:r w:rsidRPr="00684EB1">
        <w:rPr>
          <w:rFonts w:cs="Times New Roman"/>
          <w:szCs w:val="28"/>
        </w:rPr>
        <w:t>language</w:t>
      </w:r>
      <w:r w:rsidRPr="00684EB1">
        <w:rPr>
          <w:rFonts w:cs="Times New Roman"/>
          <w:szCs w:val="28"/>
          <w:lang w:val="ru-RU"/>
        </w:rPr>
        <w:t xml:space="preserve"> </w:t>
      </w:r>
      <w:r w:rsidRPr="00684EB1">
        <w:rPr>
          <w:rFonts w:cs="Times New Roman"/>
          <w:szCs w:val="28"/>
        </w:rPr>
        <w:t>journey</w:t>
      </w:r>
      <w:r w:rsidRPr="00684EB1">
        <w:rPr>
          <w:rFonts w:cs="Times New Roman"/>
          <w:szCs w:val="28"/>
          <w:lang w:val="ru-RU"/>
        </w:rPr>
        <w:t>»: самооценка, благодарность, планы дальнейшего изучения языков.</w:t>
      </w:r>
    </w:p>
    <w:p w14:paraId="0B5C7884" w14:textId="77777777" w:rsidR="00496FDA" w:rsidRDefault="00496FDA" w:rsidP="00F7265A">
      <w:pPr>
        <w:pStyle w:val="1"/>
        <w:spacing w:before="0" w:after="0"/>
        <w:ind w:firstLine="720"/>
        <w:rPr>
          <w:rFonts w:eastAsia="Times New Roman" w:cs="Times New Roman"/>
          <w:lang w:val="ru-RU"/>
        </w:rPr>
      </w:pPr>
    </w:p>
    <w:p w14:paraId="02D6982F" w14:textId="77777777" w:rsidR="00496FDA" w:rsidRDefault="00496FDA" w:rsidP="00F7265A">
      <w:pPr>
        <w:pStyle w:val="1"/>
        <w:spacing w:before="0" w:after="0"/>
        <w:ind w:firstLine="720"/>
        <w:rPr>
          <w:rFonts w:eastAsia="Times New Roman" w:cs="Times New Roman"/>
          <w:lang w:val="ru-RU"/>
        </w:rPr>
      </w:pPr>
    </w:p>
    <w:p w14:paraId="25D4770A" w14:textId="758823E9" w:rsidR="00B9286B" w:rsidRPr="00684EB1" w:rsidRDefault="00BE1021" w:rsidP="00F7265A">
      <w:pPr>
        <w:pStyle w:val="1"/>
        <w:spacing w:before="0" w:after="0"/>
        <w:ind w:firstLine="720"/>
        <w:rPr>
          <w:rFonts w:cs="Times New Roman"/>
          <w:lang w:val="ru-RU"/>
        </w:rPr>
      </w:pPr>
      <w:r w:rsidRPr="00684EB1">
        <w:rPr>
          <w:rFonts w:eastAsia="Times New Roman" w:cs="Times New Roman"/>
          <w:lang w:val="ru-RU"/>
        </w:rPr>
        <w:t>Раздел 6. Условия реализации Программы</w:t>
      </w:r>
    </w:p>
    <w:p w14:paraId="62E7899B" w14:textId="77777777" w:rsidR="00B9286B" w:rsidRPr="00684EB1" w:rsidRDefault="00BE1021" w:rsidP="00F7265A">
      <w:pPr>
        <w:jc w:val="both"/>
        <w:rPr>
          <w:rFonts w:cs="Times New Roman"/>
          <w:szCs w:val="28"/>
          <w:lang w:val="ru-RU"/>
        </w:rPr>
      </w:pPr>
      <w:r w:rsidRPr="00684EB1">
        <w:rPr>
          <w:rFonts w:cs="Times New Roman"/>
          <w:szCs w:val="28"/>
          <w:lang w:val="ru-RU"/>
        </w:rPr>
        <w:t>Настоящий раздел содержит описание материально-технических условий, условий проживания в соответствии с санитарно-эпидемиологическими требованиями, организации режима дня, питания и отдыха, медицинского сопровождения и профилактических мероприятий, обеспечения охраны жизни и здоровья несовершеннолетних, включая пожарную и антитеррористическую безопасность, учета климатических и природных особенностей местности, а также доступности и безопасности среды для детей с особыми образовательными потребностями при их участии.</w:t>
      </w:r>
    </w:p>
    <w:p w14:paraId="6796EA61"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Организационные условия</w:t>
      </w:r>
    </w:p>
    <w:p w14:paraId="23AA7ABC" w14:textId="77777777" w:rsidR="00B9286B" w:rsidRPr="00684EB1" w:rsidRDefault="00BE1021" w:rsidP="00F7265A">
      <w:pPr>
        <w:jc w:val="both"/>
        <w:rPr>
          <w:rFonts w:cs="Times New Roman"/>
          <w:szCs w:val="28"/>
          <w:lang w:val="ru-RU"/>
        </w:rPr>
      </w:pPr>
      <w:r w:rsidRPr="00684EB1">
        <w:rPr>
          <w:rFonts w:cs="Times New Roman"/>
          <w:szCs w:val="28"/>
          <w:lang w:val="ru-RU"/>
        </w:rPr>
        <w:t>Организация деятельности участников осуществляется в соответствии с режимом дня, санитарно-эпидемиологическими требованиями, требованиями безопасности жизнедеятельности, возрастными особенностями несовершеннолетних и содержанием языковой смены.</w:t>
      </w:r>
    </w:p>
    <w:p w14:paraId="5E333C90" w14:textId="77777777" w:rsidR="00B9286B" w:rsidRPr="00684EB1" w:rsidRDefault="00BE1021" w:rsidP="00F7265A">
      <w:pPr>
        <w:jc w:val="both"/>
        <w:rPr>
          <w:rFonts w:cs="Times New Roman"/>
          <w:szCs w:val="28"/>
          <w:lang w:val="ru-RU"/>
        </w:rPr>
      </w:pPr>
      <w:r w:rsidRPr="00684EB1">
        <w:rPr>
          <w:rFonts w:cs="Times New Roman"/>
          <w:szCs w:val="28"/>
          <w:lang w:val="ru-RU"/>
        </w:rPr>
        <w:t>Формирование отрядов и языковых групп осуществляется с учетом возраста участников, условий проживания, педагогической целесообразности, психологической совместимости, языкового уровня, интересов участников и требований безопасности.</w:t>
      </w:r>
    </w:p>
    <w:p w14:paraId="6EA737FA" w14:textId="77777777" w:rsidR="00B9286B" w:rsidRPr="00684EB1" w:rsidRDefault="00BE1021" w:rsidP="00F7265A">
      <w:pPr>
        <w:jc w:val="both"/>
        <w:rPr>
          <w:rFonts w:cs="Times New Roman"/>
          <w:szCs w:val="28"/>
          <w:lang w:val="ru-RU"/>
        </w:rPr>
      </w:pPr>
      <w:r w:rsidRPr="00684EB1">
        <w:rPr>
          <w:rFonts w:cs="Times New Roman"/>
          <w:szCs w:val="28"/>
          <w:lang w:val="ru-RU"/>
        </w:rPr>
        <w:t>В течение смены обеспечивается рациональное чередование языковой, воспитательной, творческой, проектной, спортивной, туристической, оздоровительной и досуговой деятельности.</w:t>
      </w:r>
    </w:p>
    <w:p w14:paraId="201B5F98" w14:textId="77777777" w:rsidR="00B9286B" w:rsidRPr="00684EB1" w:rsidRDefault="00BE1021" w:rsidP="00F7265A">
      <w:pPr>
        <w:jc w:val="both"/>
        <w:rPr>
          <w:rFonts w:cs="Times New Roman"/>
          <w:szCs w:val="28"/>
          <w:lang w:val="ru-RU"/>
        </w:rPr>
      </w:pPr>
      <w:r w:rsidRPr="00684EB1">
        <w:rPr>
          <w:rFonts w:cs="Times New Roman"/>
          <w:szCs w:val="28"/>
          <w:lang w:val="ru-RU"/>
        </w:rPr>
        <w:t>Организация самостоятельно определяет детализированный режим дня с учетом местных условий, климатических особенностей, инфраструктуры, медицинских рекомендаций и возраста участников.</w:t>
      </w:r>
    </w:p>
    <w:p w14:paraId="552F01BD"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lastRenderedPageBreak/>
        <w:t>Материально-технические условия</w:t>
      </w:r>
    </w:p>
    <w:p w14:paraId="0762A05B" w14:textId="77777777" w:rsidR="00B9286B" w:rsidRPr="00684EB1" w:rsidRDefault="00BE1021" w:rsidP="00F7265A">
      <w:pPr>
        <w:jc w:val="both"/>
        <w:rPr>
          <w:rFonts w:cs="Times New Roman"/>
          <w:szCs w:val="28"/>
          <w:lang w:val="ru-RU"/>
        </w:rPr>
      </w:pPr>
      <w:r w:rsidRPr="00684EB1">
        <w:rPr>
          <w:rFonts w:cs="Times New Roman"/>
          <w:szCs w:val="28"/>
          <w:lang w:val="ru-RU"/>
        </w:rPr>
        <w:t>Для реализации Программы используются имеющиеся ресурсы Организации: помещения, открытые площадки, природная среда, спортивный инвентарь, канцелярские и подручные материалы, информационные стенды, карточки фраз, языковые плакаты, а также доступные технические средства при их наличии.</w:t>
      </w:r>
    </w:p>
    <w:p w14:paraId="6DAE7DBA"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жилые помещения для размещения участников;</w:t>
      </w:r>
    </w:p>
    <w:p w14:paraId="5A1A2B06"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столовая или иная организованная система питания;</w:t>
      </w:r>
    </w:p>
    <w:p w14:paraId="38F17918"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медицинский пункт или условия для медицинского сопровождения;</w:t>
      </w:r>
    </w:p>
    <w:p w14:paraId="22BF677C"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спортивные, игровые или открытые площадки;</w:t>
      </w:r>
    </w:p>
    <w:p w14:paraId="23F1CAC1"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помещения или безопасные пространства для языковых клубов, групповой, творческой и проектной работы;</w:t>
      </w:r>
    </w:p>
    <w:p w14:paraId="0DFC0544"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xml:space="preserve">• канцелярские материалы, бумага, картон, маркеры, </w:t>
      </w:r>
      <w:proofErr w:type="spellStart"/>
      <w:r w:rsidRPr="00684EB1">
        <w:rPr>
          <w:rFonts w:cs="Times New Roman"/>
          <w:szCs w:val="28"/>
          <w:lang w:val="ru-RU"/>
        </w:rPr>
        <w:t>флипчарты</w:t>
      </w:r>
      <w:proofErr w:type="spellEnd"/>
      <w:r w:rsidRPr="00684EB1">
        <w:rPr>
          <w:rFonts w:cs="Times New Roman"/>
          <w:szCs w:val="28"/>
          <w:lang w:val="ru-RU"/>
        </w:rPr>
        <w:t>, карточки слов и фраз, подручные материалы;</w:t>
      </w:r>
    </w:p>
    <w:p w14:paraId="1862A931"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имеющийся спортивный и игровой инвентарь;</w:t>
      </w:r>
    </w:p>
    <w:p w14:paraId="1C018C14"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информационные стенды;</w:t>
      </w:r>
    </w:p>
    <w:p w14:paraId="0267957D"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доступные технические средства при наличии, включая компьютер, проектор, акустическое оборудование или мобильные устройства, без их обязательного применения.</w:t>
      </w:r>
    </w:p>
    <w:p w14:paraId="5ADE950E" w14:textId="77777777" w:rsidR="00B9286B" w:rsidRPr="00684EB1" w:rsidRDefault="00BE1021" w:rsidP="00F7265A">
      <w:pPr>
        <w:pStyle w:val="21"/>
        <w:spacing w:before="0" w:after="0"/>
        <w:ind w:firstLine="425"/>
        <w:rPr>
          <w:rFonts w:cs="Times New Roman"/>
          <w:szCs w:val="28"/>
          <w:lang w:val="ru-RU"/>
        </w:rPr>
      </w:pPr>
      <w:r w:rsidRPr="00684EB1">
        <w:rPr>
          <w:rFonts w:eastAsia="Times New Roman" w:cs="Times New Roman"/>
          <w:szCs w:val="28"/>
          <w:lang w:val="ru-RU"/>
        </w:rPr>
        <w:t>Санитарно-гигиенические условия</w:t>
      </w:r>
    </w:p>
    <w:p w14:paraId="28092038" w14:textId="77777777" w:rsidR="00B9286B" w:rsidRPr="00684EB1" w:rsidRDefault="00BE1021" w:rsidP="00F7265A">
      <w:pPr>
        <w:jc w:val="both"/>
        <w:rPr>
          <w:rFonts w:cs="Times New Roman"/>
          <w:szCs w:val="28"/>
          <w:lang w:val="ru-RU"/>
        </w:rPr>
      </w:pPr>
      <w:r w:rsidRPr="00684EB1">
        <w:rPr>
          <w:rFonts w:cs="Times New Roman"/>
          <w:szCs w:val="28"/>
          <w:lang w:val="ru-RU"/>
        </w:rPr>
        <w:t>Организация деятельности участников осуществляется с соблюдением санитарно-эпидемиологических требований, установленных законодательством Республики Казахстан. Обеспечиваются безопасные условия проживания, контроль качества питания, питьевой режим, соблюдение норм личной гигиены, проветривание и санитарная обработка помещений, медицинское наблюдение и профилактические мероприятия.</w:t>
      </w:r>
    </w:p>
    <w:p w14:paraId="0125BE91"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Организация режима дня, питания и отдыха</w:t>
      </w:r>
    </w:p>
    <w:p w14:paraId="200C7953" w14:textId="6C7BA57B" w:rsidR="00B9286B" w:rsidRDefault="00BE1021" w:rsidP="00F7265A">
      <w:pPr>
        <w:jc w:val="both"/>
        <w:rPr>
          <w:rFonts w:cs="Times New Roman"/>
          <w:szCs w:val="28"/>
        </w:rPr>
      </w:pPr>
      <w:r w:rsidRPr="00684EB1">
        <w:rPr>
          <w:rFonts w:cs="Times New Roman"/>
          <w:szCs w:val="28"/>
          <w:lang w:val="ru-RU"/>
        </w:rPr>
        <w:t xml:space="preserve">Режим дня предусматривает рациональное чередование сна, питания, образовательных мероприятий, оздоровительной активности, отдыха, прогулок, свободного времени, вечерних мероприятий и рефлексии. Питание организуется в соответствии с установленными нормами, возрастом детей, режимом пребывания и санитарно-эпидемиологическими требованиями. </w:t>
      </w:r>
      <w:proofErr w:type="spellStart"/>
      <w:r w:rsidRPr="00684EB1">
        <w:rPr>
          <w:rFonts w:cs="Times New Roman"/>
          <w:szCs w:val="28"/>
        </w:rPr>
        <w:t>Питьевой</w:t>
      </w:r>
      <w:proofErr w:type="spellEnd"/>
      <w:r w:rsidRPr="00684EB1">
        <w:rPr>
          <w:rFonts w:cs="Times New Roman"/>
          <w:szCs w:val="28"/>
        </w:rPr>
        <w:t xml:space="preserve"> </w:t>
      </w:r>
      <w:proofErr w:type="spellStart"/>
      <w:r w:rsidRPr="00684EB1">
        <w:rPr>
          <w:rFonts w:cs="Times New Roman"/>
          <w:szCs w:val="28"/>
        </w:rPr>
        <w:t>режим</w:t>
      </w:r>
      <w:proofErr w:type="spellEnd"/>
      <w:r w:rsidRPr="00684EB1">
        <w:rPr>
          <w:rFonts w:cs="Times New Roman"/>
          <w:szCs w:val="28"/>
        </w:rPr>
        <w:t xml:space="preserve"> </w:t>
      </w:r>
      <w:proofErr w:type="spellStart"/>
      <w:r w:rsidRPr="00684EB1">
        <w:rPr>
          <w:rFonts w:cs="Times New Roman"/>
          <w:szCs w:val="28"/>
        </w:rPr>
        <w:t>обеспечивается</w:t>
      </w:r>
      <w:proofErr w:type="spellEnd"/>
      <w:r w:rsidRPr="00684EB1">
        <w:rPr>
          <w:rFonts w:cs="Times New Roman"/>
          <w:szCs w:val="28"/>
        </w:rPr>
        <w:t xml:space="preserve"> в </w:t>
      </w:r>
      <w:proofErr w:type="spellStart"/>
      <w:r w:rsidRPr="00684EB1">
        <w:rPr>
          <w:rFonts w:cs="Times New Roman"/>
          <w:szCs w:val="28"/>
        </w:rPr>
        <w:t>течение</w:t>
      </w:r>
      <w:proofErr w:type="spellEnd"/>
      <w:r w:rsidRPr="00684EB1">
        <w:rPr>
          <w:rFonts w:cs="Times New Roman"/>
          <w:szCs w:val="28"/>
        </w:rPr>
        <w:t xml:space="preserve"> </w:t>
      </w:r>
      <w:proofErr w:type="spellStart"/>
      <w:r w:rsidRPr="00684EB1">
        <w:rPr>
          <w:rFonts w:cs="Times New Roman"/>
          <w:szCs w:val="28"/>
        </w:rPr>
        <w:t>всего</w:t>
      </w:r>
      <w:proofErr w:type="spellEnd"/>
      <w:r w:rsidRPr="00684EB1">
        <w:rPr>
          <w:rFonts w:cs="Times New Roman"/>
          <w:szCs w:val="28"/>
        </w:rPr>
        <w:t xml:space="preserve"> </w:t>
      </w:r>
      <w:proofErr w:type="spellStart"/>
      <w:r w:rsidRPr="00684EB1">
        <w:rPr>
          <w:rFonts w:cs="Times New Roman"/>
          <w:szCs w:val="28"/>
        </w:rPr>
        <w:t>дня</w:t>
      </w:r>
      <w:proofErr w:type="spellEnd"/>
      <w:r w:rsidRPr="00684EB1">
        <w:rPr>
          <w:rFonts w:cs="Times New Roman"/>
          <w:szCs w:val="28"/>
        </w:rPr>
        <w:t>.</w:t>
      </w:r>
    </w:p>
    <w:p w14:paraId="5E886102" w14:textId="77777777" w:rsidR="009D182B" w:rsidRPr="00684EB1" w:rsidRDefault="009D182B" w:rsidP="00F7265A">
      <w:pPr>
        <w:jc w:val="both"/>
        <w:rPr>
          <w:rFonts w:cs="Times New Roman"/>
          <w:szCs w:val="28"/>
        </w:rPr>
      </w:pPr>
    </w:p>
    <w:tbl>
      <w:tblPr>
        <w:tblStyle w:val="aff0"/>
        <w:tblW w:w="0" w:type="auto"/>
        <w:jc w:val="center"/>
        <w:tblLook w:val="04A0" w:firstRow="1" w:lastRow="0" w:firstColumn="1" w:lastColumn="0" w:noHBand="0" w:noVBand="1"/>
      </w:tblPr>
      <w:tblGrid>
        <w:gridCol w:w="2267"/>
        <w:gridCol w:w="7362"/>
      </w:tblGrid>
      <w:tr w:rsidR="00B9286B" w:rsidRPr="00684EB1" w14:paraId="2699D281" w14:textId="77777777">
        <w:trPr>
          <w:tblHeader/>
          <w:jc w:val="center"/>
        </w:trPr>
        <w:tc>
          <w:tcPr>
            <w:tcW w:w="2268" w:type="dxa"/>
            <w:shd w:val="clear" w:color="auto" w:fill="D9EAD3"/>
            <w:vAlign w:val="center"/>
          </w:tcPr>
          <w:p w14:paraId="199724EC"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Элемент</w:t>
            </w:r>
            <w:proofErr w:type="spellEnd"/>
            <w:r w:rsidRPr="00684EB1">
              <w:rPr>
                <w:rFonts w:cs="Times New Roman"/>
                <w:b/>
                <w:szCs w:val="28"/>
              </w:rPr>
              <w:t xml:space="preserve"> </w:t>
            </w:r>
            <w:proofErr w:type="spellStart"/>
            <w:r w:rsidRPr="00684EB1">
              <w:rPr>
                <w:rFonts w:cs="Times New Roman"/>
                <w:b/>
                <w:szCs w:val="28"/>
              </w:rPr>
              <w:t>режима</w:t>
            </w:r>
            <w:proofErr w:type="spellEnd"/>
          </w:p>
        </w:tc>
        <w:tc>
          <w:tcPr>
            <w:tcW w:w="7370" w:type="dxa"/>
            <w:shd w:val="clear" w:color="auto" w:fill="D9EAD3"/>
            <w:vAlign w:val="center"/>
          </w:tcPr>
          <w:p w14:paraId="56702073"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Примерное</w:t>
            </w:r>
            <w:proofErr w:type="spellEnd"/>
            <w:r w:rsidRPr="00684EB1">
              <w:rPr>
                <w:rFonts w:cs="Times New Roman"/>
                <w:b/>
                <w:szCs w:val="28"/>
              </w:rPr>
              <w:t xml:space="preserve"> </w:t>
            </w:r>
            <w:proofErr w:type="spellStart"/>
            <w:r w:rsidRPr="00684EB1">
              <w:rPr>
                <w:rFonts w:cs="Times New Roman"/>
                <w:b/>
                <w:szCs w:val="28"/>
              </w:rPr>
              <w:t>содержание</w:t>
            </w:r>
            <w:proofErr w:type="spellEnd"/>
          </w:p>
        </w:tc>
      </w:tr>
      <w:tr w:rsidR="00B9286B" w:rsidRPr="00F7265A" w14:paraId="34D932E0" w14:textId="77777777">
        <w:trPr>
          <w:jc w:val="center"/>
        </w:trPr>
        <w:tc>
          <w:tcPr>
            <w:tcW w:w="2268" w:type="dxa"/>
          </w:tcPr>
          <w:p w14:paraId="762D5E40" w14:textId="77777777" w:rsidR="00B9286B" w:rsidRPr="00684EB1" w:rsidRDefault="00BE1021" w:rsidP="00F7265A">
            <w:pPr>
              <w:ind w:firstLine="0"/>
              <w:rPr>
                <w:rFonts w:cs="Times New Roman"/>
                <w:szCs w:val="28"/>
              </w:rPr>
            </w:pPr>
            <w:proofErr w:type="spellStart"/>
            <w:r w:rsidRPr="00684EB1">
              <w:rPr>
                <w:rFonts w:cs="Times New Roman"/>
                <w:szCs w:val="28"/>
              </w:rPr>
              <w:t>Утро</w:t>
            </w:r>
            <w:proofErr w:type="spellEnd"/>
          </w:p>
        </w:tc>
        <w:tc>
          <w:tcPr>
            <w:tcW w:w="7370" w:type="dxa"/>
          </w:tcPr>
          <w:p w14:paraId="4585B0B7" w14:textId="77777777" w:rsidR="00B9286B" w:rsidRPr="00684EB1" w:rsidRDefault="00BE1021" w:rsidP="00F7265A">
            <w:pPr>
              <w:ind w:firstLine="0"/>
              <w:rPr>
                <w:rFonts w:cs="Times New Roman"/>
                <w:szCs w:val="28"/>
                <w:lang w:val="ru-RU"/>
              </w:rPr>
            </w:pPr>
            <w:r w:rsidRPr="00684EB1">
              <w:rPr>
                <w:rFonts w:cs="Times New Roman"/>
                <w:szCs w:val="28"/>
                <w:lang w:val="ru-RU"/>
              </w:rPr>
              <w:t>Подъем, гигиенические процедуры, зарядка, завтрак, линейка или сбор отряда.</w:t>
            </w:r>
          </w:p>
        </w:tc>
      </w:tr>
      <w:tr w:rsidR="00B9286B" w:rsidRPr="00F7265A" w14:paraId="16BAF1E1" w14:textId="77777777">
        <w:trPr>
          <w:jc w:val="center"/>
        </w:trPr>
        <w:tc>
          <w:tcPr>
            <w:tcW w:w="2268" w:type="dxa"/>
          </w:tcPr>
          <w:p w14:paraId="0B817F6A" w14:textId="77777777" w:rsidR="00B9286B" w:rsidRPr="00684EB1" w:rsidRDefault="00BE1021" w:rsidP="00F7265A">
            <w:pPr>
              <w:ind w:firstLine="0"/>
              <w:rPr>
                <w:rFonts w:cs="Times New Roman"/>
                <w:szCs w:val="28"/>
              </w:rPr>
            </w:pPr>
            <w:proofErr w:type="spellStart"/>
            <w:r w:rsidRPr="00684EB1">
              <w:rPr>
                <w:rFonts w:cs="Times New Roman"/>
                <w:szCs w:val="28"/>
              </w:rPr>
              <w:t>Первая</w:t>
            </w:r>
            <w:proofErr w:type="spellEnd"/>
            <w:r w:rsidRPr="00684EB1">
              <w:rPr>
                <w:rFonts w:cs="Times New Roman"/>
                <w:szCs w:val="28"/>
              </w:rPr>
              <w:t xml:space="preserve"> </w:t>
            </w:r>
            <w:proofErr w:type="spellStart"/>
            <w:r w:rsidRPr="00684EB1">
              <w:rPr>
                <w:rFonts w:cs="Times New Roman"/>
                <w:szCs w:val="28"/>
              </w:rPr>
              <w:t>половина</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7370" w:type="dxa"/>
          </w:tcPr>
          <w:p w14:paraId="0201B64A" w14:textId="77777777" w:rsidR="00B9286B" w:rsidRPr="00684EB1" w:rsidRDefault="00BE1021" w:rsidP="00F7265A">
            <w:pPr>
              <w:ind w:firstLine="0"/>
              <w:rPr>
                <w:rFonts w:cs="Times New Roman"/>
                <w:szCs w:val="28"/>
                <w:lang w:val="ru-RU"/>
              </w:rPr>
            </w:pPr>
            <w:r w:rsidRPr="00684EB1">
              <w:rPr>
                <w:rFonts w:cs="Times New Roman"/>
                <w:szCs w:val="28"/>
                <w:lang w:val="ru-RU"/>
              </w:rPr>
              <w:t>Развивающие языковые и практико-ориентированные занятия, проектная или творческая деятельность.</w:t>
            </w:r>
          </w:p>
        </w:tc>
      </w:tr>
      <w:tr w:rsidR="00B9286B" w:rsidRPr="00F7265A" w14:paraId="477DE772" w14:textId="77777777">
        <w:trPr>
          <w:jc w:val="center"/>
        </w:trPr>
        <w:tc>
          <w:tcPr>
            <w:tcW w:w="2268" w:type="dxa"/>
          </w:tcPr>
          <w:p w14:paraId="1CDDF2AD" w14:textId="77777777" w:rsidR="00B9286B" w:rsidRPr="00684EB1" w:rsidRDefault="00BE1021" w:rsidP="00F7265A">
            <w:pPr>
              <w:ind w:firstLine="0"/>
              <w:rPr>
                <w:rFonts w:cs="Times New Roman"/>
                <w:szCs w:val="28"/>
              </w:rPr>
            </w:pPr>
            <w:proofErr w:type="spellStart"/>
            <w:r w:rsidRPr="00684EB1">
              <w:rPr>
                <w:rFonts w:cs="Times New Roman"/>
                <w:szCs w:val="28"/>
              </w:rPr>
              <w:t>День</w:t>
            </w:r>
            <w:proofErr w:type="spellEnd"/>
          </w:p>
        </w:tc>
        <w:tc>
          <w:tcPr>
            <w:tcW w:w="7370" w:type="dxa"/>
          </w:tcPr>
          <w:p w14:paraId="09B3883B" w14:textId="77777777" w:rsidR="00B9286B" w:rsidRPr="00684EB1" w:rsidRDefault="00BE1021" w:rsidP="00F7265A">
            <w:pPr>
              <w:ind w:firstLine="0"/>
              <w:rPr>
                <w:rFonts w:cs="Times New Roman"/>
                <w:szCs w:val="28"/>
                <w:lang w:val="ru-RU"/>
              </w:rPr>
            </w:pPr>
            <w:r w:rsidRPr="00684EB1">
              <w:rPr>
                <w:rFonts w:cs="Times New Roman"/>
                <w:szCs w:val="28"/>
                <w:lang w:val="ru-RU"/>
              </w:rPr>
              <w:t>Обед, отдых, тихое время или спокойная деятельность.</w:t>
            </w:r>
          </w:p>
        </w:tc>
      </w:tr>
      <w:tr w:rsidR="00B9286B" w:rsidRPr="00F7265A" w14:paraId="4AD81321" w14:textId="77777777">
        <w:trPr>
          <w:jc w:val="center"/>
        </w:trPr>
        <w:tc>
          <w:tcPr>
            <w:tcW w:w="2268" w:type="dxa"/>
          </w:tcPr>
          <w:p w14:paraId="4424DA1A" w14:textId="77777777" w:rsidR="00B9286B" w:rsidRPr="00684EB1" w:rsidRDefault="00BE1021" w:rsidP="00F7265A">
            <w:pPr>
              <w:ind w:firstLine="0"/>
              <w:rPr>
                <w:rFonts w:cs="Times New Roman"/>
                <w:szCs w:val="28"/>
              </w:rPr>
            </w:pPr>
            <w:proofErr w:type="spellStart"/>
            <w:r w:rsidRPr="00684EB1">
              <w:rPr>
                <w:rFonts w:cs="Times New Roman"/>
                <w:szCs w:val="28"/>
              </w:rPr>
              <w:lastRenderedPageBreak/>
              <w:t>Вторая</w:t>
            </w:r>
            <w:proofErr w:type="spellEnd"/>
            <w:r w:rsidRPr="00684EB1">
              <w:rPr>
                <w:rFonts w:cs="Times New Roman"/>
                <w:szCs w:val="28"/>
              </w:rPr>
              <w:t xml:space="preserve"> </w:t>
            </w:r>
            <w:proofErr w:type="spellStart"/>
            <w:r w:rsidRPr="00684EB1">
              <w:rPr>
                <w:rFonts w:cs="Times New Roman"/>
                <w:szCs w:val="28"/>
              </w:rPr>
              <w:t>половина</w:t>
            </w:r>
            <w:proofErr w:type="spellEnd"/>
            <w:r w:rsidRPr="00684EB1">
              <w:rPr>
                <w:rFonts w:cs="Times New Roman"/>
                <w:szCs w:val="28"/>
              </w:rPr>
              <w:t xml:space="preserve"> </w:t>
            </w:r>
            <w:proofErr w:type="spellStart"/>
            <w:r w:rsidRPr="00684EB1">
              <w:rPr>
                <w:rFonts w:cs="Times New Roman"/>
                <w:szCs w:val="28"/>
              </w:rPr>
              <w:t>дня</w:t>
            </w:r>
            <w:proofErr w:type="spellEnd"/>
          </w:p>
        </w:tc>
        <w:tc>
          <w:tcPr>
            <w:tcW w:w="7370" w:type="dxa"/>
          </w:tcPr>
          <w:p w14:paraId="54D0018B" w14:textId="77777777" w:rsidR="00B9286B" w:rsidRPr="00684EB1" w:rsidRDefault="00BE1021" w:rsidP="00F7265A">
            <w:pPr>
              <w:ind w:firstLine="0"/>
              <w:rPr>
                <w:rFonts w:cs="Times New Roman"/>
                <w:szCs w:val="28"/>
                <w:lang w:val="ru-RU"/>
              </w:rPr>
            </w:pPr>
            <w:r w:rsidRPr="00684EB1">
              <w:rPr>
                <w:rFonts w:cs="Times New Roman"/>
                <w:szCs w:val="28"/>
                <w:lang w:val="ru-RU"/>
              </w:rPr>
              <w:t>Практические занятия, языковые игры, спортивные, туристические, культурные или творческие мероприятия.</w:t>
            </w:r>
          </w:p>
        </w:tc>
      </w:tr>
      <w:tr w:rsidR="00B9286B" w:rsidRPr="00F7265A" w14:paraId="4C23395E" w14:textId="77777777">
        <w:trPr>
          <w:jc w:val="center"/>
        </w:trPr>
        <w:tc>
          <w:tcPr>
            <w:tcW w:w="2268" w:type="dxa"/>
          </w:tcPr>
          <w:p w14:paraId="5E62A676" w14:textId="77777777" w:rsidR="00B9286B" w:rsidRPr="00684EB1" w:rsidRDefault="00BE1021" w:rsidP="00F7265A">
            <w:pPr>
              <w:ind w:firstLine="0"/>
              <w:rPr>
                <w:rFonts w:cs="Times New Roman"/>
                <w:szCs w:val="28"/>
              </w:rPr>
            </w:pPr>
            <w:proofErr w:type="spellStart"/>
            <w:r w:rsidRPr="00684EB1">
              <w:rPr>
                <w:rFonts w:cs="Times New Roman"/>
                <w:szCs w:val="28"/>
              </w:rPr>
              <w:t>Вечер</w:t>
            </w:r>
            <w:proofErr w:type="spellEnd"/>
          </w:p>
        </w:tc>
        <w:tc>
          <w:tcPr>
            <w:tcW w:w="7370" w:type="dxa"/>
          </w:tcPr>
          <w:p w14:paraId="0998F608" w14:textId="77777777" w:rsidR="00B9286B" w:rsidRPr="00684EB1" w:rsidRDefault="00BE1021" w:rsidP="00F7265A">
            <w:pPr>
              <w:ind w:firstLine="0"/>
              <w:rPr>
                <w:rFonts w:cs="Times New Roman"/>
                <w:szCs w:val="28"/>
                <w:lang w:val="ru-RU"/>
              </w:rPr>
            </w:pPr>
            <w:r w:rsidRPr="00684EB1">
              <w:rPr>
                <w:rFonts w:cs="Times New Roman"/>
                <w:szCs w:val="28"/>
                <w:lang w:val="ru-RU"/>
              </w:rPr>
              <w:t>Культурно-досуговое или воспитательное мероприятие, рефлексия, подготовка ко сну.</w:t>
            </w:r>
          </w:p>
        </w:tc>
      </w:tr>
    </w:tbl>
    <w:p w14:paraId="7E5CA848"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Медицинское сопровождение и профилактические мероприятия</w:t>
      </w:r>
    </w:p>
    <w:p w14:paraId="43B0C9E4" w14:textId="77777777" w:rsidR="00B9286B" w:rsidRPr="00684EB1" w:rsidRDefault="00BE1021" w:rsidP="00F7265A">
      <w:pPr>
        <w:jc w:val="both"/>
        <w:rPr>
          <w:rFonts w:cs="Times New Roman"/>
          <w:szCs w:val="28"/>
          <w:lang w:val="ru-RU"/>
        </w:rPr>
      </w:pPr>
      <w:r w:rsidRPr="00684EB1">
        <w:rPr>
          <w:rFonts w:cs="Times New Roman"/>
          <w:szCs w:val="28"/>
          <w:lang w:val="ru-RU"/>
        </w:rPr>
        <w:t>Медицинское сопровождение осуществляется медицинскими работниками в соответствии с требованиями законодательства Республики Казахстан. В рамках Программы предусматривается наблюдение за состоянием здоровья участников, профилактика переутомления, контроль самочувствия, сопровождение мероприятий с повышенной двигательной активностью, информирование педагогов о допустимой нагрузке детей с учетом медицинских показаний.</w:t>
      </w:r>
    </w:p>
    <w:p w14:paraId="703E13DB"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Обеспечение охраны жизни и здоровья несовершеннолетних</w:t>
      </w:r>
    </w:p>
    <w:p w14:paraId="188CA535" w14:textId="77777777" w:rsidR="00B9286B" w:rsidRPr="00684EB1" w:rsidRDefault="00BE1021" w:rsidP="00F7265A">
      <w:pPr>
        <w:jc w:val="both"/>
        <w:rPr>
          <w:rFonts w:cs="Times New Roman"/>
          <w:szCs w:val="28"/>
          <w:lang w:val="ru-RU"/>
        </w:rPr>
      </w:pPr>
      <w:r w:rsidRPr="00684EB1">
        <w:rPr>
          <w:rFonts w:cs="Times New Roman"/>
          <w:szCs w:val="28"/>
          <w:lang w:val="ru-RU"/>
        </w:rPr>
        <w:t>Безопасность участников является обязательным условием реализации Программы. В Организации обеспечиваются контроль доступа на территорию, сопровождение участников педагогическими работниками, проведение инструктажей по безопасности при проведении занятий, игр, прогулок, экскурсий и мероприятий, соблюдение требований пожарной и антитеррористической безопасности, безопасная организация спортивных, туристических, творческих, практических и иных мероприятий.</w:t>
      </w:r>
    </w:p>
    <w:p w14:paraId="66AAA46A"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Учет климатических и природных особенностей местности</w:t>
      </w:r>
    </w:p>
    <w:p w14:paraId="3B725F42" w14:textId="77777777" w:rsidR="00B9286B" w:rsidRPr="00684EB1" w:rsidRDefault="00BE1021" w:rsidP="00F7265A">
      <w:pPr>
        <w:jc w:val="both"/>
        <w:rPr>
          <w:rFonts w:cs="Times New Roman"/>
          <w:szCs w:val="28"/>
          <w:lang w:val="ru-RU"/>
        </w:rPr>
      </w:pPr>
      <w:r w:rsidRPr="00684EB1">
        <w:rPr>
          <w:rFonts w:cs="Times New Roman"/>
          <w:szCs w:val="28"/>
          <w:lang w:val="ru-RU"/>
        </w:rPr>
        <w:t>При планировании мероприятий учитываются климатические, природные и территориальные особенности местности. В жаркую, ветреную, дождливую или иную неблагоприятную погоду мероприятия переносятся в безопасные помещения либо заменяются равноценными по содержанию формами деятельности. Продолжительность пребывания на открытом воздухе регулируется с учетом погоды, возраста детей и медицинских рекомендаций.</w:t>
      </w:r>
    </w:p>
    <w:p w14:paraId="2DBD3E45"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Доступность и безопасность среды для детей с особыми образовательными потребностями</w:t>
      </w:r>
    </w:p>
    <w:p w14:paraId="500AA7FE" w14:textId="77777777" w:rsidR="00B9286B" w:rsidRPr="00684EB1" w:rsidRDefault="00BE1021" w:rsidP="00F7265A">
      <w:pPr>
        <w:jc w:val="both"/>
        <w:rPr>
          <w:rFonts w:cs="Times New Roman"/>
          <w:szCs w:val="28"/>
          <w:lang w:val="ru-RU"/>
        </w:rPr>
      </w:pPr>
      <w:r w:rsidRPr="00684EB1">
        <w:rPr>
          <w:rFonts w:cs="Times New Roman"/>
          <w:szCs w:val="28"/>
          <w:lang w:val="ru-RU"/>
        </w:rPr>
        <w:t>При участии детей с особыми образовательными потребностями Организация обеспечивает доступность и безопасность среды в пределах имеющихся условий, адаптацию форм участия, индивидуальное педагогическое сопровождение, учет рекомендаций специалистов, медицинских показаний и информации, предоставленной законными представителями.</w:t>
      </w:r>
    </w:p>
    <w:p w14:paraId="72483919" w14:textId="77777777" w:rsidR="00496FDA" w:rsidRDefault="00496FDA" w:rsidP="00F7265A">
      <w:pPr>
        <w:pStyle w:val="1"/>
        <w:spacing w:before="0" w:after="0"/>
        <w:ind w:firstLine="709"/>
        <w:rPr>
          <w:rFonts w:eastAsia="Times New Roman" w:cs="Times New Roman"/>
          <w:lang w:val="ru-RU"/>
        </w:rPr>
      </w:pPr>
    </w:p>
    <w:p w14:paraId="7F4E31E7" w14:textId="77777777" w:rsidR="00496FDA" w:rsidRDefault="00496FDA" w:rsidP="00F7265A">
      <w:pPr>
        <w:pStyle w:val="1"/>
        <w:spacing w:before="0" w:after="0"/>
        <w:ind w:firstLine="709"/>
        <w:rPr>
          <w:rFonts w:eastAsia="Times New Roman" w:cs="Times New Roman"/>
          <w:lang w:val="ru-RU"/>
        </w:rPr>
      </w:pPr>
    </w:p>
    <w:p w14:paraId="43DBADB0" w14:textId="57C36D8A" w:rsidR="00B9286B" w:rsidRPr="00684EB1" w:rsidRDefault="00BE1021" w:rsidP="00F7265A">
      <w:pPr>
        <w:pStyle w:val="1"/>
        <w:spacing w:before="0" w:after="0"/>
        <w:ind w:firstLine="709"/>
        <w:rPr>
          <w:rFonts w:cs="Times New Roman"/>
          <w:lang w:val="ru-RU"/>
        </w:rPr>
      </w:pPr>
      <w:r w:rsidRPr="00684EB1">
        <w:rPr>
          <w:rFonts w:eastAsia="Times New Roman" w:cs="Times New Roman"/>
          <w:lang w:val="ru-RU"/>
        </w:rPr>
        <w:t>Раздел 7. Кадровое и методическое обеспечение</w:t>
      </w:r>
    </w:p>
    <w:p w14:paraId="5DA320C9"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Кадровое обеспечение</w:t>
      </w:r>
    </w:p>
    <w:p w14:paraId="562DB5C8" w14:textId="77777777" w:rsidR="00B9286B" w:rsidRPr="00684EB1" w:rsidRDefault="00BE1021" w:rsidP="00F7265A">
      <w:pPr>
        <w:jc w:val="both"/>
        <w:rPr>
          <w:rFonts w:cs="Times New Roman"/>
          <w:szCs w:val="28"/>
          <w:lang w:val="ru-RU"/>
        </w:rPr>
      </w:pPr>
      <w:r w:rsidRPr="00684EB1">
        <w:rPr>
          <w:rFonts w:cs="Times New Roman"/>
          <w:szCs w:val="28"/>
          <w:lang w:val="ru-RU"/>
        </w:rPr>
        <w:t>Реализацию Программы обеспечивают педагогические, медицинские, административные и иные работники Организации.</w:t>
      </w:r>
    </w:p>
    <w:p w14:paraId="32A38FAD" w14:textId="77777777" w:rsidR="00B9286B" w:rsidRPr="00684EB1" w:rsidRDefault="00BE1021" w:rsidP="00F7265A">
      <w:pPr>
        <w:jc w:val="both"/>
        <w:rPr>
          <w:rFonts w:cs="Times New Roman"/>
          <w:szCs w:val="28"/>
          <w:lang w:val="ru-RU"/>
        </w:rPr>
      </w:pPr>
      <w:r w:rsidRPr="00684EB1">
        <w:rPr>
          <w:rFonts w:cs="Times New Roman"/>
          <w:szCs w:val="28"/>
          <w:lang w:val="ru-RU"/>
        </w:rPr>
        <w:lastRenderedPageBreak/>
        <w:t>К реализации Программы могут быть привлечены руководитель Организации, заместитель руководителя или ответственное лицо по воспитательной работе, методист при наличии, воспитатели, вожатые, педагоги дополнительного образования, педагоги языкового направления при наличии, инструктор или ответственный за физкультурно-оздоровительную деятельность, медицинский работник, педагог-психолог при наличии, а также работники, обеспечивающие питание, проживание, безопасность и хозяйственное сопровождение.</w:t>
      </w:r>
    </w:p>
    <w:p w14:paraId="47CBA767" w14:textId="77777777" w:rsidR="00B9286B" w:rsidRPr="00684EB1" w:rsidRDefault="00BE1021" w:rsidP="00F7265A">
      <w:pPr>
        <w:jc w:val="both"/>
        <w:rPr>
          <w:rFonts w:cs="Times New Roman"/>
          <w:szCs w:val="28"/>
          <w:lang w:val="ru-RU"/>
        </w:rPr>
      </w:pPr>
      <w:r w:rsidRPr="00684EB1">
        <w:rPr>
          <w:rFonts w:cs="Times New Roman"/>
          <w:szCs w:val="28"/>
          <w:lang w:val="ru-RU"/>
        </w:rPr>
        <w:t>Содержание языкового направления реализуется педагогическими работниками через доступные формы работы: игры, практикумы, клубы общения, диалоги, наблюдения, мастер-классы, проектные задания, творческие упражнения, языковые квесты и командные презентации. При наличии специалистов по отдельным языкам Организация вправе расширить содержание языковых блоков без увеличения допустимой нагрузки на участников.</w:t>
      </w:r>
    </w:p>
    <w:p w14:paraId="6AE2062A" w14:textId="77777777" w:rsidR="00B9286B" w:rsidRPr="00684EB1" w:rsidRDefault="00BE1021" w:rsidP="00F7265A">
      <w:pPr>
        <w:pStyle w:val="21"/>
        <w:spacing w:before="0" w:after="0"/>
        <w:ind w:firstLine="709"/>
        <w:rPr>
          <w:rFonts w:cs="Times New Roman"/>
          <w:szCs w:val="28"/>
        </w:rPr>
      </w:pPr>
      <w:proofErr w:type="spellStart"/>
      <w:r w:rsidRPr="00684EB1">
        <w:rPr>
          <w:rFonts w:eastAsia="Times New Roman" w:cs="Times New Roman"/>
          <w:szCs w:val="28"/>
        </w:rPr>
        <w:t>Функциональные</w:t>
      </w:r>
      <w:proofErr w:type="spellEnd"/>
      <w:r w:rsidRPr="00684EB1">
        <w:rPr>
          <w:rFonts w:eastAsia="Times New Roman" w:cs="Times New Roman"/>
          <w:szCs w:val="28"/>
        </w:rPr>
        <w:t xml:space="preserve"> </w:t>
      </w:r>
      <w:proofErr w:type="spellStart"/>
      <w:r w:rsidRPr="00684EB1">
        <w:rPr>
          <w:rFonts w:eastAsia="Times New Roman" w:cs="Times New Roman"/>
          <w:szCs w:val="28"/>
        </w:rPr>
        <w:t>обязанности</w:t>
      </w:r>
      <w:proofErr w:type="spellEnd"/>
    </w:p>
    <w:tbl>
      <w:tblPr>
        <w:tblStyle w:val="aff0"/>
        <w:tblW w:w="0" w:type="auto"/>
        <w:jc w:val="center"/>
        <w:tblLook w:val="04A0" w:firstRow="1" w:lastRow="0" w:firstColumn="1" w:lastColumn="0" w:noHBand="0" w:noVBand="1"/>
      </w:tblPr>
      <w:tblGrid>
        <w:gridCol w:w="2834"/>
        <w:gridCol w:w="6795"/>
      </w:tblGrid>
      <w:tr w:rsidR="00B9286B" w:rsidRPr="00684EB1" w14:paraId="7212514B" w14:textId="77777777">
        <w:trPr>
          <w:tblHeader/>
          <w:jc w:val="center"/>
        </w:trPr>
        <w:tc>
          <w:tcPr>
            <w:tcW w:w="2835" w:type="dxa"/>
            <w:shd w:val="clear" w:color="auto" w:fill="D9EAD3"/>
            <w:vAlign w:val="center"/>
          </w:tcPr>
          <w:p w14:paraId="7C135ABC"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Участник</w:t>
            </w:r>
            <w:proofErr w:type="spellEnd"/>
            <w:r w:rsidRPr="00684EB1">
              <w:rPr>
                <w:rFonts w:cs="Times New Roman"/>
                <w:b/>
                <w:szCs w:val="28"/>
              </w:rPr>
              <w:t xml:space="preserve"> </w:t>
            </w:r>
            <w:proofErr w:type="spellStart"/>
            <w:r w:rsidRPr="00684EB1">
              <w:rPr>
                <w:rFonts w:cs="Times New Roman"/>
                <w:b/>
                <w:szCs w:val="28"/>
              </w:rPr>
              <w:t>реализации</w:t>
            </w:r>
            <w:proofErr w:type="spellEnd"/>
          </w:p>
        </w:tc>
        <w:tc>
          <w:tcPr>
            <w:tcW w:w="6803" w:type="dxa"/>
            <w:shd w:val="clear" w:color="auto" w:fill="D9EAD3"/>
            <w:vAlign w:val="center"/>
          </w:tcPr>
          <w:p w14:paraId="0D8CEAA4"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Основные</w:t>
            </w:r>
            <w:proofErr w:type="spellEnd"/>
            <w:r w:rsidRPr="00684EB1">
              <w:rPr>
                <w:rFonts w:cs="Times New Roman"/>
                <w:b/>
                <w:szCs w:val="28"/>
              </w:rPr>
              <w:t xml:space="preserve"> </w:t>
            </w:r>
            <w:proofErr w:type="spellStart"/>
            <w:r w:rsidRPr="00684EB1">
              <w:rPr>
                <w:rFonts w:cs="Times New Roman"/>
                <w:b/>
                <w:szCs w:val="28"/>
              </w:rPr>
              <w:t>функции</w:t>
            </w:r>
            <w:proofErr w:type="spellEnd"/>
          </w:p>
        </w:tc>
      </w:tr>
      <w:tr w:rsidR="00B9286B" w:rsidRPr="00F7265A" w14:paraId="22F00F2E" w14:textId="77777777">
        <w:trPr>
          <w:jc w:val="center"/>
        </w:trPr>
        <w:tc>
          <w:tcPr>
            <w:tcW w:w="2835" w:type="dxa"/>
          </w:tcPr>
          <w:p w14:paraId="43C5A188" w14:textId="77777777" w:rsidR="00B9286B" w:rsidRPr="00684EB1" w:rsidRDefault="00BE1021" w:rsidP="00F7265A">
            <w:pPr>
              <w:ind w:firstLine="0"/>
              <w:rPr>
                <w:rFonts w:cs="Times New Roman"/>
                <w:szCs w:val="28"/>
              </w:rPr>
            </w:pPr>
            <w:proofErr w:type="spellStart"/>
            <w:r w:rsidRPr="00684EB1">
              <w:rPr>
                <w:rFonts w:cs="Times New Roman"/>
                <w:szCs w:val="28"/>
              </w:rPr>
              <w:t>Руководитель</w:t>
            </w:r>
            <w:proofErr w:type="spellEnd"/>
            <w:r w:rsidRPr="00684EB1">
              <w:rPr>
                <w:rFonts w:cs="Times New Roman"/>
                <w:szCs w:val="28"/>
              </w:rPr>
              <w:t xml:space="preserve"> </w:t>
            </w:r>
            <w:proofErr w:type="spellStart"/>
            <w:r w:rsidRPr="00684EB1">
              <w:rPr>
                <w:rFonts w:cs="Times New Roman"/>
                <w:szCs w:val="28"/>
              </w:rPr>
              <w:t>Организации</w:t>
            </w:r>
            <w:proofErr w:type="spellEnd"/>
          </w:p>
        </w:tc>
        <w:tc>
          <w:tcPr>
            <w:tcW w:w="6803" w:type="dxa"/>
          </w:tcPr>
          <w:p w14:paraId="0FD2BED8" w14:textId="77777777" w:rsidR="00B9286B" w:rsidRPr="00684EB1" w:rsidRDefault="00BE1021" w:rsidP="00496FDA">
            <w:pPr>
              <w:ind w:firstLine="0"/>
              <w:jc w:val="both"/>
              <w:rPr>
                <w:rFonts w:cs="Times New Roman"/>
                <w:szCs w:val="28"/>
                <w:lang w:val="ru-RU"/>
              </w:rPr>
            </w:pPr>
            <w:r w:rsidRPr="00684EB1">
              <w:rPr>
                <w:rFonts w:cs="Times New Roman"/>
                <w:szCs w:val="28"/>
                <w:lang w:val="ru-RU"/>
              </w:rPr>
              <w:t>Общее руководство реализацией Программы, создание условий, контроль безопасности, координация работы сотрудников.</w:t>
            </w:r>
          </w:p>
        </w:tc>
      </w:tr>
      <w:tr w:rsidR="00B9286B" w:rsidRPr="00F7265A" w14:paraId="2A281B9B" w14:textId="77777777">
        <w:trPr>
          <w:jc w:val="center"/>
        </w:trPr>
        <w:tc>
          <w:tcPr>
            <w:tcW w:w="2835" w:type="dxa"/>
          </w:tcPr>
          <w:p w14:paraId="6E831FB7" w14:textId="77777777" w:rsidR="00B9286B" w:rsidRPr="00684EB1" w:rsidRDefault="00BE1021" w:rsidP="00F7265A">
            <w:pPr>
              <w:ind w:firstLine="0"/>
              <w:rPr>
                <w:rFonts w:cs="Times New Roman"/>
                <w:szCs w:val="28"/>
              </w:rPr>
            </w:pPr>
            <w:proofErr w:type="spellStart"/>
            <w:r w:rsidRPr="00684EB1">
              <w:rPr>
                <w:rFonts w:cs="Times New Roman"/>
                <w:szCs w:val="28"/>
              </w:rPr>
              <w:t>Заместитель</w:t>
            </w:r>
            <w:proofErr w:type="spellEnd"/>
            <w:r w:rsidRPr="00684EB1">
              <w:rPr>
                <w:rFonts w:cs="Times New Roman"/>
                <w:szCs w:val="28"/>
              </w:rPr>
              <w:t xml:space="preserve"> </w:t>
            </w:r>
            <w:proofErr w:type="spellStart"/>
            <w:r w:rsidRPr="00684EB1">
              <w:rPr>
                <w:rFonts w:cs="Times New Roman"/>
                <w:szCs w:val="28"/>
              </w:rPr>
              <w:t>руководителя</w:t>
            </w:r>
            <w:proofErr w:type="spellEnd"/>
            <w:r w:rsidRPr="00684EB1">
              <w:rPr>
                <w:rFonts w:cs="Times New Roman"/>
                <w:szCs w:val="28"/>
              </w:rPr>
              <w:t xml:space="preserve"> / </w:t>
            </w:r>
            <w:proofErr w:type="spellStart"/>
            <w:r w:rsidRPr="00684EB1">
              <w:rPr>
                <w:rFonts w:cs="Times New Roman"/>
                <w:szCs w:val="28"/>
              </w:rPr>
              <w:t>ответственное</w:t>
            </w:r>
            <w:proofErr w:type="spellEnd"/>
            <w:r w:rsidRPr="00684EB1">
              <w:rPr>
                <w:rFonts w:cs="Times New Roman"/>
                <w:szCs w:val="28"/>
              </w:rPr>
              <w:t xml:space="preserve"> </w:t>
            </w:r>
            <w:proofErr w:type="spellStart"/>
            <w:r w:rsidRPr="00684EB1">
              <w:rPr>
                <w:rFonts w:cs="Times New Roman"/>
                <w:szCs w:val="28"/>
              </w:rPr>
              <w:t>лицо</w:t>
            </w:r>
            <w:proofErr w:type="spellEnd"/>
          </w:p>
        </w:tc>
        <w:tc>
          <w:tcPr>
            <w:tcW w:w="6803" w:type="dxa"/>
          </w:tcPr>
          <w:p w14:paraId="37649EAD" w14:textId="77777777" w:rsidR="00B9286B" w:rsidRPr="00684EB1" w:rsidRDefault="00BE1021" w:rsidP="00496FDA">
            <w:pPr>
              <w:ind w:firstLine="0"/>
              <w:jc w:val="both"/>
              <w:rPr>
                <w:rFonts w:cs="Times New Roman"/>
                <w:szCs w:val="28"/>
                <w:lang w:val="ru-RU"/>
              </w:rPr>
            </w:pPr>
            <w:r w:rsidRPr="00684EB1">
              <w:rPr>
                <w:rFonts w:cs="Times New Roman"/>
                <w:szCs w:val="28"/>
                <w:lang w:val="ru-RU"/>
              </w:rPr>
              <w:t>Координация воспитательной и образовательной деятельности, контроль выполнения план-сетки, организация итогов смены.</w:t>
            </w:r>
          </w:p>
        </w:tc>
      </w:tr>
      <w:tr w:rsidR="00B9286B" w:rsidRPr="00F7265A" w14:paraId="30F82CCF" w14:textId="77777777">
        <w:trPr>
          <w:jc w:val="center"/>
        </w:trPr>
        <w:tc>
          <w:tcPr>
            <w:tcW w:w="2835" w:type="dxa"/>
          </w:tcPr>
          <w:p w14:paraId="5FB7CB18" w14:textId="77777777" w:rsidR="00B9286B" w:rsidRPr="00684EB1" w:rsidRDefault="00BE1021" w:rsidP="00F7265A">
            <w:pPr>
              <w:ind w:firstLine="0"/>
              <w:rPr>
                <w:rFonts w:cs="Times New Roman"/>
                <w:szCs w:val="28"/>
              </w:rPr>
            </w:pPr>
            <w:proofErr w:type="spellStart"/>
            <w:r w:rsidRPr="00684EB1">
              <w:rPr>
                <w:rFonts w:cs="Times New Roman"/>
                <w:szCs w:val="28"/>
              </w:rPr>
              <w:t>Методист</w:t>
            </w:r>
            <w:proofErr w:type="spellEnd"/>
            <w:r w:rsidRPr="00684EB1">
              <w:rPr>
                <w:rFonts w:cs="Times New Roman"/>
                <w:szCs w:val="28"/>
              </w:rPr>
              <w:t xml:space="preserve"> </w:t>
            </w:r>
            <w:proofErr w:type="spellStart"/>
            <w:r w:rsidRPr="00684EB1">
              <w:rPr>
                <w:rFonts w:cs="Times New Roman"/>
                <w:szCs w:val="28"/>
              </w:rPr>
              <w:t>при</w:t>
            </w:r>
            <w:proofErr w:type="spellEnd"/>
            <w:r w:rsidRPr="00684EB1">
              <w:rPr>
                <w:rFonts w:cs="Times New Roman"/>
                <w:szCs w:val="28"/>
              </w:rPr>
              <w:t xml:space="preserve"> </w:t>
            </w:r>
            <w:proofErr w:type="spellStart"/>
            <w:r w:rsidRPr="00684EB1">
              <w:rPr>
                <w:rFonts w:cs="Times New Roman"/>
                <w:szCs w:val="28"/>
              </w:rPr>
              <w:t>наличии</w:t>
            </w:r>
            <w:proofErr w:type="spellEnd"/>
          </w:p>
        </w:tc>
        <w:tc>
          <w:tcPr>
            <w:tcW w:w="6803" w:type="dxa"/>
          </w:tcPr>
          <w:p w14:paraId="28F743FE" w14:textId="77777777" w:rsidR="00B9286B" w:rsidRPr="00684EB1" w:rsidRDefault="00BE1021" w:rsidP="00496FDA">
            <w:pPr>
              <w:ind w:firstLine="0"/>
              <w:jc w:val="both"/>
              <w:rPr>
                <w:rFonts w:cs="Times New Roman"/>
                <w:szCs w:val="28"/>
                <w:lang w:val="ru-RU"/>
              </w:rPr>
            </w:pPr>
            <w:r w:rsidRPr="00684EB1">
              <w:rPr>
                <w:rFonts w:cs="Times New Roman"/>
                <w:szCs w:val="28"/>
                <w:lang w:val="ru-RU"/>
              </w:rPr>
              <w:t>Методическое сопровождение, подготовка языковых и воспитательных материалов, консультации педагогов, анализ реализации Программы.</w:t>
            </w:r>
          </w:p>
        </w:tc>
      </w:tr>
      <w:tr w:rsidR="00B9286B" w:rsidRPr="00F7265A" w14:paraId="47034237" w14:textId="77777777">
        <w:trPr>
          <w:jc w:val="center"/>
        </w:trPr>
        <w:tc>
          <w:tcPr>
            <w:tcW w:w="2835" w:type="dxa"/>
          </w:tcPr>
          <w:p w14:paraId="3BDBCA41" w14:textId="77777777" w:rsidR="00B9286B" w:rsidRPr="00684EB1" w:rsidRDefault="00BE1021" w:rsidP="00F7265A">
            <w:pPr>
              <w:ind w:firstLine="0"/>
              <w:rPr>
                <w:rFonts w:cs="Times New Roman"/>
                <w:szCs w:val="28"/>
              </w:rPr>
            </w:pPr>
            <w:proofErr w:type="spellStart"/>
            <w:r w:rsidRPr="00684EB1">
              <w:rPr>
                <w:rFonts w:cs="Times New Roman"/>
                <w:szCs w:val="28"/>
              </w:rPr>
              <w:t>Воспитатели</w:t>
            </w:r>
            <w:proofErr w:type="spellEnd"/>
            <w:r w:rsidRPr="00684EB1">
              <w:rPr>
                <w:rFonts w:cs="Times New Roman"/>
                <w:szCs w:val="28"/>
              </w:rPr>
              <w:t xml:space="preserve"> и </w:t>
            </w:r>
            <w:proofErr w:type="spellStart"/>
            <w:r w:rsidRPr="00684EB1">
              <w:rPr>
                <w:rFonts w:cs="Times New Roman"/>
                <w:szCs w:val="28"/>
              </w:rPr>
              <w:t>вожатые</w:t>
            </w:r>
            <w:proofErr w:type="spellEnd"/>
          </w:p>
        </w:tc>
        <w:tc>
          <w:tcPr>
            <w:tcW w:w="6803" w:type="dxa"/>
          </w:tcPr>
          <w:p w14:paraId="79EAFD45" w14:textId="77777777" w:rsidR="00B9286B" w:rsidRPr="00684EB1" w:rsidRDefault="00BE1021" w:rsidP="00496FDA">
            <w:pPr>
              <w:ind w:firstLine="0"/>
              <w:jc w:val="both"/>
              <w:rPr>
                <w:rFonts w:cs="Times New Roman"/>
                <w:szCs w:val="28"/>
                <w:lang w:val="ru-RU"/>
              </w:rPr>
            </w:pPr>
            <w:r w:rsidRPr="00684EB1">
              <w:rPr>
                <w:rFonts w:cs="Times New Roman"/>
                <w:szCs w:val="28"/>
                <w:lang w:val="ru-RU"/>
              </w:rPr>
              <w:t>Сопровождение отрядов, организация ежедневной деятельности, проведение мероприятий, поддержка дисциплины и психологического климата.</w:t>
            </w:r>
          </w:p>
        </w:tc>
      </w:tr>
      <w:tr w:rsidR="00B9286B" w:rsidRPr="00F7265A" w14:paraId="3C58F41C" w14:textId="77777777">
        <w:trPr>
          <w:jc w:val="center"/>
        </w:trPr>
        <w:tc>
          <w:tcPr>
            <w:tcW w:w="2835" w:type="dxa"/>
          </w:tcPr>
          <w:p w14:paraId="63102573" w14:textId="77777777" w:rsidR="00B9286B" w:rsidRPr="00684EB1" w:rsidRDefault="00BE1021" w:rsidP="00F7265A">
            <w:pPr>
              <w:ind w:firstLine="0"/>
              <w:rPr>
                <w:rFonts w:cs="Times New Roman"/>
                <w:szCs w:val="28"/>
                <w:lang w:val="ru-RU"/>
              </w:rPr>
            </w:pPr>
            <w:r w:rsidRPr="00684EB1">
              <w:rPr>
                <w:rFonts w:cs="Times New Roman"/>
                <w:szCs w:val="28"/>
                <w:lang w:val="ru-RU"/>
              </w:rPr>
              <w:t>Педагоги языкового направления при наличии</w:t>
            </w:r>
          </w:p>
        </w:tc>
        <w:tc>
          <w:tcPr>
            <w:tcW w:w="6803" w:type="dxa"/>
          </w:tcPr>
          <w:p w14:paraId="7D799513" w14:textId="77777777" w:rsidR="00B9286B" w:rsidRPr="00684EB1" w:rsidRDefault="00BE1021" w:rsidP="00496FDA">
            <w:pPr>
              <w:ind w:firstLine="0"/>
              <w:jc w:val="both"/>
              <w:rPr>
                <w:rFonts w:cs="Times New Roman"/>
                <w:szCs w:val="28"/>
                <w:lang w:val="ru-RU"/>
              </w:rPr>
            </w:pPr>
            <w:r w:rsidRPr="00684EB1">
              <w:rPr>
                <w:rFonts w:cs="Times New Roman"/>
                <w:szCs w:val="28"/>
                <w:lang w:val="ru-RU"/>
              </w:rPr>
              <w:t>Проведение языковых клубов, практикумов, игр, проектов и консультаций с учетом возраста и уровня подготовки участников.</w:t>
            </w:r>
          </w:p>
        </w:tc>
      </w:tr>
      <w:tr w:rsidR="00B9286B" w:rsidRPr="00F7265A" w14:paraId="55FD8FCC" w14:textId="77777777">
        <w:trPr>
          <w:jc w:val="center"/>
        </w:trPr>
        <w:tc>
          <w:tcPr>
            <w:tcW w:w="2835" w:type="dxa"/>
          </w:tcPr>
          <w:p w14:paraId="3B99B9E7" w14:textId="77777777" w:rsidR="00B9286B" w:rsidRPr="00684EB1" w:rsidRDefault="00BE1021" w:rsidP="00F7265A">
            <w:pPr>
              <w:ind w:firstLine="0"/>
              <w:rPr>
                <w:rFonts w:cs="Times New Roman"/>
                <w:szCs w:val="28"/>
              </w:rPr>
            </w:pPr>
            <w:proofErr w:type="spellStart"/>
            <w:r w:rsidRPr="00684EB1">
              <w:rPr>
                <w:rFonts w:cs="Times New Roman"/>
                <w:szCs w:val="28"/>
              </w:rPr>
              <w:t>Ответственный</w:t>
            </w:r>
            <w:proofErr w:type="spellEnd"/>
            <w:r w:rsidRPr="00684EB1">
              <w:rPr>
                <w:rFonts w:cs="Times New Roman"/>
                <w:szCs w:val="28"/>
              </w:rPr>
              <w:t xml:space="preserve"> </w:t>
            </w:r>
            <w:proofErr w:type="spellStart"/>
            <w:r w:rsidRPr="00684EB1">
              <w:rPr>
                <w:rFonts w:cs="Times New Roman"/>
                <w:szCs w:val="28"/>
              </w:rPr>
              <w:t>за</w:t>
            </w:r>
            <w:proofErr w:type="spellEnd"/>
            <w:r w:rsidRPr="00684EB1">
              <w:rPr>
                <w:rFonts w:cs="Times New Roman"/>
                <w:szCs w:val="28"/>
              </w:rPr>
              <w:t xml:space="preserve"> </w:t>
            </w:r>
            <w:proofErr w:type="spellStart"/>
            <w:r w:rsidRPr="00684EB1">
              <w:rPr>
                <w:rFonts w:cs="Times New Roman"/>
                <w:szCs w:val="28"/>
              </w:rPr>
              <w:t>спортивную</w:t>
            </w:r>
            <w:proofErr w:type="spellEnd"/>
            <w:r w:rsidRPr="00684EB1">
              <w:rPr>
                <w:rFonts w:cs="Times New Roman"/>
                <w:szCs w:val="28"/>
              </w:rPr>
              <w:t xml:space="preserve"> </w:t>
            </w:r>
            <w:proofErr w:type="spellStart"/>
            <w:r w:rsidRPr="00684EB1">
              <w:rPr>
                <w:rFonts w:cs="Times New Roman"/>
                <w:szCs w:val="28"/>
              </w:rPr>
              <w:t>деятельность</w:t>
            </w:r>
            <w:proofErr w:type="spellEnd"/>
          </w:p>
        </w:tc>
        <w:tc>
          <w:tcPr>
            <w:tcW w:w="6803" w:type="dxa"/>
          </w:tcPr>
          <w:p w14:paraId="137DA3B2" w14:textId="77777777" w:rsidR="00B9286B" w:rsidRPr="00684EB1" w:rsidRDefault="00BE1021" w:rsidP="00496FDA">
            <w:pPr>
              <w:ind w:firstLine="0"/>
              <w:jc w:val="both"/>
              <w:rPr>
                <w:rFonts w:cs="Times New Roman"/>
                <w:szCs w:val="28"/>
                <w:lang w:val="ru-RU"/>
              </w:rPr>
            </w:pPr>
            <w:r w:rsidRPr="00684EB1">
              <w:rPr>
                <w:rFonts w:cs="Times New Roman"/>
                <w:szCs w:val="28"/>
                <w:lang w:val="ru-RU"/>
              </w:rPr>
              <w:t>Организация зарядок, игр, эстафет, туристических и спортивных мероприятий с учетом безопасности и возраста участников.</w:t>
            </w:r>
          </w:p>
        </w:tc>
      </w:tr>
      <w:tr w:rsidR="00B9286B" w:rsidRPr="00F7265A" w14:paraId="21AA9B82" w14:textId="77777777">
        <w:trPr>
          <w:jc w:val="center"/>
        </w:trPr>
        <w:tc>
          <w:tcPr>
            <w:tcW w:w="2835" w:type="dxa"/>
          </w:tcPr>
          <w:p w14:paraId="7B825E6C" w14:textId="77777777" w:rsidR="00B9286B" w:rsidRPr="00684EB1" w:rsidRDefault="00BE1021" w:rsidP="00F7265A">
            <w:pPr>
              <w:ind w:firstLine="0"/>
              <w:rPr>
                <w:rFonts w:cs="Times New Roman"/>
                <w:szCs w:val="28"/>
              </w:rPr>
            </w:pPr>
            <w:proofErr w:type="spellStart"/>
            <w:r w:rsidRPr="00684EB1">
              <w:rPr>
                <w:rFonts w:cs="Times New Roman"/>
                <w:szCs w:val="28"/>
              </w:rPr>
              <w:t>Медицинский</w:t>
            </w:r>
            <w:proofErr w:type="spellEnd"/>
            <w:r w:rsidRPr="00684EB1">
              <w:rPr>
                <w:rFonts w:cs="Times New Roman"/>
                <w:szCs w:val="28"/>
              </w:rPr>
              <w:t xml:space="preserve"> </w:t>
            </w:r>
            <w:proofErr w:type="spellStart"/>
            <w:r w:rsidRPr="00684EB1">
              <w:rPr>
                <w:rFonts w:cs="Times New Roman"/>
                <w:szCs w:val="28"/>
              </w:rPr>
              <w:t>работник</w:t>
            </w:r>
            <w:proofErr w:type="spellEnd"/>
          </w:p>
        </w:tc>
        <w:tc>
          <w:tcPr>
            <w:tcW w:w="6803" w:type="dxa"/>
          </w:tcPr>
          <w:p w14:paraId="536D42DB" w14:textId="77777777" w:rsidR="00B9286B" w:rsidRPr="00684EB1" w:rsidRDefault="00BE1021" w:rsidP="00496FDA">
            <w:pPr>
              <w:ind w:firstLine="0"/>
              <w:jc w:val="both"/>
              <w:rPr>
                <w:rFonts w:cs="Times New Roman"/>
                <w:szCs w:val="28"/>
                <w:lang w:val="ru-RU"/>
              </w:rPr>
            </w:pPr>
            <w:r w:rsidRPr="00684EB1">
              <w:rPr>
                <w:rFonts w:cs="Times New Roman"/>
                <w:szCs w:val="28"/>
                <w:lang w:val="ru-RU"/>
              </w:rPr>
              <w:t>Медицинское наблюдение, профилактика, первая помощь, контроль санитарно-гигиенических условий и самочувствия детей.</w:t>
            </w:r>
          </w:p>
        </w:tc>
      </w:tr>
      <w:tr w:rsidR="00B9286B" w:rsidRPr="00F7265A" w14:paraId="3772CBD4" w14:textId="77777777">
        <w:trPr>
          <w:jc w:val="center"/>
        </w:trPr>
        <w:tc>
          <w:tcPr>
            <w:tcW w:w="2835" w:type="dxa"/>
          </w:tcPr>
          <w:p w14:paraId="291C9CCD" w14:textId="77777777" w:rsidR="00B9286B" w:rsidRPr="00684EB1" w:rsidRDefault="00BE1021" w:rsidP="00F7265A">
            <w:pPr>
              <w:ind w:firstLine="0"/>
              <w:rPr>
                <w:rFonts w:cs="Times New Roman"/>
                <w:szCs w:val="28"/>
              </w:rPr>
            </w:pPr>
            <w:proofErr w:type="spellStart"/>
            <w:r w:rsidRPr="00684EB1">
              <w:rPr>
                <w:rFonts w:cs="Times New Roman"/>
                <w:szCs w:val="28"/>
              </w:rPr>
              <w:t>Педагог-психолог</w:t>
            </w:r>
            <w:proofErr w:type="spellEnd"/>
            <w:r w:rsidRPr="00684EB1">
              <w:rPr>
                <w:rFonts w:cs="Times New Roman"/>
                <w:szCs w:val="28"/>
              </w:rPr>
              <w:t xml:space="preserve"> </w:t>
            </w:r>
            <w:proofErr w:type="spellStart"/>
            <w:r w:rsidRPr="00684EB1">
              <w:rPr>
                <w:rFonts w:cs="Times New Roman"/>
                <w:szCs w:val="28"/>
              </w:rPr>
              <w:t>при</w:t>
            </w:r>
            <w:proofErr w:type="spellEnd"/>
            <w:r w:rsidRPr="00684EB1">
              <w:rPr>
                <w:rFonts w:cs="Times New Roman"/>
                <w:szCs w:val="28"/>
              </w:rPr>
              <w:t xml:space="preserve"> </w:t>
            </w:r>
            <w:proofErr w:type="spellStart"/>
            <w:r w:rsidRPr="00684EB1">
              <w:rPr>
                <w:rFonts w:cs="Times New Roman"/>
                <w:szCs w:val="28"/>
              </w:rPr>
              <w:t>наличии</w:t>
            </w:r>
            <w:proofErr w:type="spellEnd"/>
          </w:p>
        </w:tc>
        <w:tc>
          <w:tcPr>
            <w:tcW w:w="6803" w:type="dxa"/>
          </w:tcPr>
          <w:p w14:paraId="49B81E64" w14:textId="77777777" w:rsidR="00B9286B" w:rsidRPr="00684EB1" w:rsidRDefault="00BE1021" w:rsidP="00496FDA">
            <w:pPr>
              <w:ind w:firstLine="0"/>
              <w:jc w:val="both"/>
              <w:rPr>
                <w:rFonts w:cs="Times New Roman"/>
                <w:szCs w:val="28"/>
                <w:lang w:val="ru-RU"/>
              </w:rPr>
            </w:pPr>
            <w:r w:rsidRPr="00684EB1">
              <w:rPr>
                <w:rFonts w:cs="Times New Roman"/>
                <w:szCs w:val="28"/>
                <w:lang w:val="ru-RU"/>
              </w:rPr>
              <w:t>Поддержка адаптации, профилактика конфликтов и языковой тревожности, наблюдение за эмоциональным состоянием, консультирование педагогов.</w:t>
            </w:r>
          </w:p>
        </w:tc>
      </w:tr>
    </w:tbl>
    <w:p w14:paraId="4A025443"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lastRenderedPageBreak/>
        <w:t>Методическое обеспечение</w:t>
      </w:r>
    </w:p>
    <w:p w14:paraId="56677CC8" w14:textId="77777777" w:rsidR="00B9286B" w:rsidRPr="00684EB1" w:rsidRDefault="00BE1021" w:rsidP="00F7265A">
      <w:pPr>
        <w:jc w:val="both"/>
        <w:rPr>
          <w:rFonts w:cs="Times New Roman"/>
          <w:szCs w:val="28"/>
          <w:lang w:val="ru-RU"/>
        </w:rPr>
      </w:pPr>
      <w:r w:rsidRPr="00684EB1">
        <w:rPr>
          <w:rFonts w:cs="Times New Roman"/>
          <w:szCs w:val="28"/>
          <w:lang w:val="ru-RU"/>
        </w:rPr>
        <w:t>Методическое обеспечение Программы представляет собой систему организационно-педагогических, дидактических, инструктивных и диагностических материалов, обеспечивающих качественную реализацию содержания смены.</w:t>
      </w:r>
    </w:p>
    <w:p w14:paraId="5B2AFAD1" w14:textId="398C70F2" w:rsidR="00B9286B" w:rsidRPr="00684EB1" w:rsidRDefault="00BE1021" w:rsidP="00F7265A">
      <w:pPr>
        <w:ind w:left="425" w:firstLine="0"/>
        <w:jc w:val="both"/>
        <w:rPr>
          <w:rFonts w:cs="Times New Roman"/>
          <w:szCs w:val="28"/>
          <w:lang w:val="ru-RU"/>
        </w:rPr>
      </w:pPr>
      <w:r w:rsidRPr="00684EB1">
        <w:rPr>
          <w:rFonts w:cs="Times New Roman"/>
          <w:szCs w:val="28"/>
          <w:lang w:val="ru-RU"/>
        </w:rPr>
        <w:t>• план-сетка смены на 1</w:t>
      </w:r>
      <w:r w:rsidR="00CB1685">
        <w:rPr>
          <w:rFonts w:cs="Times New Roman"/>
          <w:szCs w:val="28"/>
          <w:lang w:val="ru-RU"/>
        </w:rPr>
        <w:t>0</w:t>
      </w:r>
      <w:r w:rsidRPr="00684EB1">
        <w:rPr>
          <w:rFonts w:cs="Times New Roman"/>
          <w:szCs w:val="28"/>
          <w:lang w:val="ru-RU"/>
        </w:rPr>
        <w:t xml:space="preserve"> дней;</w:t>
      </w:r>
    </w:p>
    <w:p w14:paraId="1AE50EED"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сценарии языковых мероприятий, игр, квестов, клубов общения, мастер-классов и тренингов;</w:t>
      </w:r>
    </w:p>
    <w:p w14:paraId="607A5C42" w14:textId="41D21884" w:rsidR="00B9286B" w:rsidRPr="00684EB1" w:rsidRDefault="00BE1021" w:rsidP="00F7265A">
      <w:pPr>
        <w:ind w:left="425" w:firstLine="0"/>
        <w:jc w:val="both"/>
        <w:rPr>
          <w:rFonts w:cs="Times New Roman"/>
          <w:szCs w:val="28"/>
          <w:lang w:val="ru-RU"/>
        </w:rPr>
      </w:pPr>
      <w:r w:rsidRPr="00684EB1">
        <w:rPr>
          <w:rFonts w:cs="Times New Roman"/>
          <w:szCs w:val="28"/>
          <w:lang w:val="ru-RU"/>
        </w:rPr>
        <w:t xml:space="preserve">• карточки слов и фраз по </w:t>
      </w:r>
      <w:r w:rsidR="00CB1685">
        <w:rPr>
          <w:rFonts w:cs="Times New Roman"/>
          <w:szCs w:val="28"/>
          <w:lang w:val="ru-RU"/>
        </w:rPr>
        <w:t>английском</w:t>
      </w:r>
      <w:r w:rsidR="00CB1685" w:rsidRPr="00684EB1">
        <w:rPr>
          <w:rFonts w:cs="Times New Roman"/>
          <w:szCs w:val="28"/>
          <w:lang w:val="ru-RU"/>
        </w:rPr>
        <w:t xml:space="preserve"> </w:t>
      </w:r>
      <w:r w:rsidRPr="00684EB1">
        <w:rPr>
          <w:rFonts w:cs="Times New Roman"/>
          <w:szCs w:val="28"/>
          <w:lang w:val="ru-RU"/>
        </w:rPr>
        <w:t>языку;</w:t>
      </w:r>
    </w:p>
    <w:p w14:paraId="513238BA"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инструктивные материалы по безопасности;</w:t>
      </w:r>
    </w:p>
    <w:p w14:paraId="0EB70EDD"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памятки по здоровому образу жизни, питьевому режиму, личной гигиене, культуре общения и цифровой безопасности;</w:t>
      </w:r>
    </w:p>
    <w:p w14:paraId="1FC1FF37"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карты педагогического наблюдения;</w:t>
      </w:r>
    </w:p>
    <w:p w14:paraId="7068AD08"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анкеты для участников и родителей;</w:t>
      </w:r>
    </w:p>
    <w:p w14:paraId="7AC2F3C1"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шаблоны языкового портфеля, проектных паспортов, презентаций, постеров и рефлексивных листов;</w:t>
      </w:r>
    </w:p>
    <w:p w14:paraId="240E2A07"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материалы для организации детского самоуправления, командной работы и межкультурного диалога.</w:t>
      </w:r>
    </w:p>
    <w:p w14:paraId="4E3983AC" w14:textId="77777777" w:rsidR="00496FDA" w:rsidRDefault="00496FDA" w:rsidP="00F7265A">
      <w:pPr>
        <w:pStyle w:val="21"/>
        <w:spacing w:before="0" w:after="0"/>
        <w:ind w:firstLine="425"/>
        <w:rPr>
          <w:rFonts w:eastAsia="Times New Roman" w:cs="Times New Roman"/>
          <w:szCs w:val="28"/>
          <w:lang w:val="ru-RU"/>
        </w:rPr>
      </w:pPr>
    </w:p>
    <w:p w14:paraId="4E6F0C35" w14:textId="13B2D246" w:rsidR="00B9286B" w:rsidRPr="00684EB1" w:rsidRDefault="00BE1021" w:rsidP="00496FDA">
      <w:pPr>
        <w:pStyle w:val="21"/>
        <w:spacing w:before="0" w:after="0"/>
        <w:ind w:firstLine="709"/>
        <w:rPr>
          <w:rFonts w:cs="Times New Roman"/>
          <w:szCs w:val="28"/>
          <w:lang w:val="ru-RU"/>
        </w:rPr>
      </w:pPr>
      <w:r w:rsidRPr="00684EB1">
        <w:rPr>
          <w:rFonts w:eastAsia="Times New Roman" w:cs="Times New Roman"/>
          <w:szCs w:val="28"/>
          <w:lang w:val="ru-RU"/>
        </w:rPr>
        <w:t>Используемые методики, технологии и формы работы</w:t>
      </w:r>
    </w:p>
    <w:p w14:paraId="153439E7" w14:textId="77777777" w:rsidR="00B9286B" w:rsidRPr="00684EB1" w:rsidRDefault="00BE1021" w:rsidP="00F7265A">
      <w:pPr>
        <w:jc w:val="both"/>
        <w:rPr>
          <w:rFonts w:cs="Times New Roman"/>
          <w:szCs w:val="28"/>
          <w:lang w:val="ru-RU"/>
        </w:rPr>
      </w:pPr>
      <w:r w:rsidRPr="00684EB1">
        <w:rPr>
          <w:rFonts w:cs="Times New Roman"/>
          <w:szCs w:val="28"/>
          <w:lang w:val="ru-RU"/>
        </w:rPr>
        <w:t xml:space="preserve">В реализации Программы используются игровые, коммуникативные, проектные, исследовательские, тренинговые, </w:t>
      </w:r>
      <w:proofErr w:type="spellStart"/>
      <w:r w:rsidRPr="00684EB1">
        <w:rPr>
          <w:rFonts w:cs="Times New Roman"/>
          <w:szCs w:val="28"/>
          <w:lang w:val="ru-RU"/>
        </w:rPr>
        <w:t>здоровьесберегающие</w:t>
      </w:r>
      <w:proofErr w:type="spellEnd"/>
      <w:r w:rsidRPr="00684EB1">
        <w:rPr>
          <w:rFonts w:cs="Times New Roman"/>
          <w:szCs w:val="28"/>
          <w:lang w:val="ru-RU"/>
        </w:rPr>
        <w:t>, творческие, интерактивные и практико-ориентированные педагогические технологии. Основными формами работы являются языковые клубы, занятия, мастер-классы, практикумы, квесты, игры, тренинги, беседы, соревнования, творческие мастерские, интервью, презентации, рефлексивные круги и фестивали.</w:t>
      </w:r>
    </w:p>
    <w:p w14:paraId="4974C0AB" w14:textId="77777777" w:rsidR="00496FDA" w:rsidRDefault="00496FDA" w:rsidP="00F7265A">
      <w:pPr>
        <w:pStyle w:val="1"/>
        <w:spacing w:before="0" w:after="0"/>
        <w:ind w:firstLine="709"/>
        <w:rPr>
          <w:rFonts w:eastAsia="Times New Roman" w:cs="Times New Roman"/>
          <w:lang w:val="ru-RU"/>
        </w:rPr>
      </w:pPr>
    </w:p>
    <w:p w14:paraId="4C026A3F" w14:textId="77777777" w:rsidR="00496FDA" w:rsidRDefault="00496FDA" w:rsidP="00F7265A">
      <w:pPr>
        <w:pStyle w:val="1"/>
        <w:spacing w:before="0" w:after="0"/>
        <w:ind w:firstLine="709"/>
        <w:rPr>
          <w:rFonts w:eastAsia="Times New Roman" w:cs="Times New Roman"/>
          <w:lang w:val="ru-RU"/>
        </w:rPr>
      </w:pPr>
    </w:p>
    <w:p w14:paraId="0F9E14EF" w14:textId="1F10365E" w:rsidR="00B9286B" w:rsidRPr="00684EB1" w:rsidRDefault="00BE1021" w:rsidP="00F7265A">
      <w:pPr>
        <w:pStyle w:val="1"/>
        <w:spacing w:before="0" w:after="0"/>
        <w:ind w:firstLine="709"/>
        <w:rPr>
          <w:rFonts w:cs="Times New Roman"/>
          <w:lang w:val="ru-RU"/>
        </w:rPr>
      </w:pPr>
      <w:r w:rsidRPr="00684EB1">
        <w:rPr>
          <w:rFonts w:eastAsia="Times New Roman" w:cs="Times New Roman"/>
          <w:lang w:val="ru-RU"/>
        </w:rPr>
        <w:t>Раздел 8. Мониторинг и оценка результатов реализации</w:t>
      </w:r>
    </w:p>
    <w:p w14:paraId="3E95C946" w14:textId="77777777" w:rsidR="00B9286B" w:rsidRPr="00684EB1" w:rsidRDefault="00BE1021" w:rsidP="00F7265A">
      <w:pPr>
        <w:jc w:val="both"/>
        <w:rPr>
          <w:rFonts w:cs="Times New Roman"/>
          <w:szCs w:val="28"/>
          <w:lang w:val="ru-RU"/>
        </w:rPr>
      </w:pPr>
      <w:r w:rsidRPr="00684EB1">
        <w:rPr>
          <w:rFonts w:cs="Times New Roman"/>
          <w:szCs w:val="28"/>
          <w:lang w:val="ru-RU"/>
        </w:rPr>
        <w:t>Настоящий раздел определяет формы текущего и итогового мониторинга реализации Программы, показатели и критерии оценки достижения ожидаемых результатов, методы сбора и анализа информации, включая наблюдение, анкетирование, анализ участия и продуктов деятельности, а также порядок учета результатов мониторинга при корректировке Программы.</w:t>
      </w:r>
    </w:p>
    <w:p w14:paraId="135761F7" w14:textId="77777777" w:rsidR="00B9286B" w:rsidRPr="00684EB1" w:rsidRDefault="00BE1021" w:rsidP="00F7265A">
      <w:pPr>
        <w:pStyle w:val="21"/>
        <w:spacing w:before="0" w:after="0"/>
        <w:ind w:firstLine="709"/>
        <w:rPr>
          <w:rFonts w:cs="Times New Roman"/>
          <w:szCs w:val="28"/>
          <w:lang w:val="ru-RU"/>
        </w:rPr>
      </w:pPr>
      <w:r w:rsidRPr="00684EB1">
        <w:rPr>
          <w:rFonts w:eastAsia="Times New Roman" w:cs="Times New Roman"/>
          <w:szCs w:val="28"/>
          <w:lang w:val="ru-RU"/>
        </w:rPr>
        <w:t>Общие подходы к мониторингу</w:t>
      </w:r>
    </w:p>
    <w:p w14:paraId="1A560AE9" w14:textId="77777777" w:rsidR="00B9286B" w:rsidRPr="00684EB1" w:rsidRDefault="00BE1021" w:rsidP="00F7265A">
      <w:pPr>
        <w:jc w:val="both"/>
        <w:rPr>
          <w:rFonts w:cs="Times New Roman"/>
          <w:szCs w:val="28"/>
          <w:lang w:val="ru-RU"/>
        </w:rPr>
      </w:pPr>
      <w:r w:rsidRPr="00684EB1">
        <w:rPr>
          <w:rFonts w:cs="Times New Roman"/>
          <w:szCs w:val="28"/>
          <w:lang w:val="ru-RU"/>
        </w:rPr>
        <w:t>Мониторинг реализации Программы является системой оценки эффективности образовательной, воспитательной, языковой, спортивно-оздоровительной, творческой, проектной и досуговой деятельности участников смены.</w:t>
      </w:r>
    </w:p>
    <w:p w14:paraId="71ED5FBD" w14:textId="77777777" w:rsidR="00B9286B" w:rsidRPr="00684EB1" w:rsidRDefault="00BE1021" w:rsidP="00F7265A">
      <w:pPr>
        <w:jc w:val="both"/>
        <w:rPr>
          <w:rFonts w:cs="Times New Roman"/>
          <w:szCs w:val="28"/>
          <w:lang w:val="ru-RU"/>
        </w:rPr>
      </w:pPr>
      <w:r w:rsidRPr="00684EB1">
        <w:rPr>
          <w:rFonts w:cs="Times New Roman"/>
          <w:szCs w:val="28"/>
          <w:lang w:val="ru-RU"/>
        </w:rPr>
        <w:t xml:space="preserve">Мониторинг осуществляется в течение всей смены и направлен на определение уровня достижения цели и задач Программы, степени вовлеченности участников, эмоционального благополучия, качества командного </w:t>
      </w:r>
      <w:r w:rsidRPr="00684EB1">
        <w:rPr>
          <w:rFonts w:cs="Times New Roman"/>
          <w:szCs w:val="28"/>
          <w:lang w:val="ru-RU"/>
        </w:rPr>
        <w:lastRenderedPageBreak/>
        <w:t>взаимодействия, соблюдения режима и безопасности, а также удовлетворенности участников условиями пребывания и содержанием мероприятий.</w:t>
      </w:r>
    </w:p>
    <w:p w14:paraId="3A7EC05C" w14:textId="77777777" w:rsidR="00B9286B" w:rsidRPr="00684EB1" w:rsidRDefault="00BE1021" w:rsidP="00F7265A">
      <w:pPr>
        <w:jc w:val="both"/>
        <w:rPr>
          <w:rFonts w:cs="Times New Roman"/>
          <w:szCs w:val="28"/>
          <w:lang w:val="ru-RU"/>
        </w:rPr>
      </w:pPr>
      <w:r w:rsidRPr="00684EB1">
        <w:rPr>
          <w:rFonts w:cs="Times New Roman"/>
          <w:szCs w:val="28"/>
          <w:lang w:val="ru-RU"/>
        </w:rPr>
        <w:t>Результаты мониторинга используются для оперативной корректировки мероприятий, оказания индивидуальной поддержки участникам, совершенствования содержания последующих смен и повышения качества реализации Программы.</w:t>
      </w:r>
    </w:p>
    <w:p w14:paraId="2BA65613" w14:textId="77777777" w:rsidR="00B9286B" w:rsidRPr="00684EB1" w:rsidRDefault="00BE1021" w:rsidP="00F7265A">
      <w:pPr>
        <w:pStyle w:val="21"/>
        <w:spacing w:before="0" w:after="0"/>
        <w:ind w:firstLine="425"/>
        <w:rPr>
          <w:rFonts w:cs="Times New Roman"/>
          <w:szCs w:val="28"/>
          <w:lang w:val="ru-RU"/>
        </w:rPr>
      </w:pPr>
      <w:r w:rsidRPr="00684EB1">
        <w:rPr>
          <w:rFonts w:eastAsia="Times New Roman" w:cs="Times New Roman"/>
          <w:szCs w:val="28"/>
          <w:lang w:val="ru-RU"/>
        </w:rPr>
        <w:t>Формы и методы мониторинга</w:t>
      </w:r>
    </w:p>
    <w:p w14:paraId="2740E9C6"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педагогическое наблюдение;</w:t>
      </w:r>
    </w:p>
    <w:p w14:paraId="005526BA"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беседы с участниками;</w:t>
      </w:r>
    </w:p>
    <w:p w14:paraId="5DBB6038"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рефлексивные круги и «огоньки»;</w:t>
      </w:r>
    </w:p>
    <w:p w14:paraId="78673C74"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анкетирование участников;</w:t>
      </w:r>
    </w:p>
    <w:p w14:paraId="2B871CE3"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обратная связь от родителей или законных представителей;</w:t>
      </w:r>
    </w:p>
    <w:p w14:paraId="796BF5EC"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анализ участия детей в мероприятиях;</w:t>
      </w:r>
    </w:p>
    <w:p w14:paraId="3DC6472F"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оценка языковых, творческих и проектных продуктов;</w:t>
      </w:r>
    </w:p>
    <w:p w14:paraId="7AA5B801"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самооценка участников;</w:t>
      </w:r>
    </w:p>
    <w:p w14:paraId="4290E7B6" w14:textId="77777777" w:rsidR="00B9286B" w:rsidRPr="00684EB1" w:rsidRDefault="00BE1021" w:rsidP="00F7265A">
      <w:pPr>
        <w:ind w:left="425" w:firstLine="0"/>
        <w:jc w:val="both"/>
        <w:rPr>
          <w:rFonts w:cs="Times New Roman"/>
          <w:szCs w:val="28"/>
          <w:lang w:val="ru-RU"/>
        </w:rPr>
      </w:pPr>
      <w:r w:rsidRPr="00684EB1">
        <w:rPr>
          <w:rFonts w:cs="Times New Roman"/>
          <w:szCs w:val="28"/>
          <w:lang w:val="ru-RU"/>
        </w:rPr>
        <w:t>• итоговое обсуждение педагогической команды.</w:t>
      </w:r>
    </w:p>
    <w:p w14:paraId="4C1619F1" w14:textId="77777777" w:rsidR="00B9286B" w:rsidRPr="00684EB1" w:rsidRDefault="00BE1021" w:rsidP="00F7265A">
      <w:pPr>
        <w:pStyle w:val="21"/>
        <w:spacing w:before="0" w:after="0"/>
        <w:ind w:firstLine="425"/>
        <w:rPr>
          <w:rFonts w:cs="Times New Roman"/>
          <w:szCs w:val="28"/>
        </w:rPr>
      </w:pPr>
      <w:proofErr w:type="spellStart"/>
      <w:r w:rsidRPr="00684EB1">
        <w:rPr>
          <w:rFonts w:eastAsia="Times New Roman" w:cs="Times New Roman"/>
          <w:szCs w:val="28"/>
        </w:rPr>
        <w:t>Таблица</w:t>
      </w:r>
      <w:proofErr w:type="spellEnd"/>
      <w:r w:rsidRPr="00684EB1">
        <w:rPr>
          <w:rFonts w:eastAsia="Times New Roman" w:cs="Times New Roman"/>
          <w:szCs w:val="28"/>
        </w:rPr>
        <w:t xml:space="preserve"> </w:t>
      </w:r>
      <w:proofErr w:type="spellStart"/>
      <w:r w:rsidRPr="00684EB1">
        <w:rPr>
          <w:rFonts w:eastAsia="Times New Roman" w:cs="Times New Roman"/>
          <w:szCs w:val="28"/>
        </w:rPr>
        <w:t>мониторинга</w:t>
      </w:r>
      <w:proofErr w:type="spellEnd"/>
      <w:r w:rsidRPr="00684EB1">
        <w:rPr>
          <w:rFonts w:eastAsia="Times New Roman" w:cs="Times New Roman"/>
          <w:szCs w:val="28"/>
        </w:rPr>
        <w:t xml:space="preserve"> и </w:t>
      </w:r>
      <w:proofErr w:type="spellStart"/>
      <w:r w:rsidRPr="00684EB1">
        <w:rPr>
          <w:rFonts w:eastAsia="Times New Roman" w:cs="Times New Roman"/>
          <w:szCs w:val="28"/>
        </w:rPr>
        <w:t>оценки</w:t>
      </w:r>
      <w:proofErr w:type="spellEnd"/>
      <w:r w:rsidRPr="00684EB1">
        <w:rPr>
          <w:rFonts w:eastAsia="Times New Roman" w:cs="Times New Roman"/>
          <w:szCs w:val="28"/>
        </w:rPr>
        <w:t xml:space="preserve"> </w:t>
      </w:r>
      <w:proofErr w:type="spellStart"/>
      <w:r w:rsidRPr="00684EB1">
        <w:rPr>
          <w:rFonts w:eastAsia="Times New Roman" w:cs="Times New Roman"/>
          <w:szCs w:val="28"/>
        </w:rPr>
        <w:t>результатов</w:t>
      </w:r>
      <w:proofErr w:type="spellEnd"/>
    </w:p>
    <w:tbl>
      <w:tblPr>
        <w:tblStyle w:val="aff0"/>
        <w:tblW w:w="0" w:type="auto"/>
        <w:jc w:val="center"/>
        <w:tblLook w:val="04A0" w:firstRow="1" w:lastRow="0" w:firstColumn="1" w:lastColumn="0" w:noHBand="0" w:noVBand="1"/>
      </w:tblPr>
      <w:tblGrid>
        <w:gridCol w:w="2232"/>
        <w:gridCol w:w="1954"/>
        <w:gridCol w:w="1860"/>
        <w:gridCol w:w="1668"/>
        <w:gridCol w:w="1915"/>
      </w:tblGrid>
      <w:tr w:rsidR="00B9286B" w:rsidRPr="00684EB1" w14:paraId="18604911" w14:textId="77777777">
        <w:trPr>
          <w:tblHeader/>
          <w:jc w:val="center"/>
        </w:trPr>
        <w:tc>
          <w:tcPr>
            <w:tcW w:w="1814" w:type="dxa"/>
            <w:shd w:val="clear" w:color="auto" w:fill="D9EAD3"/>
            <w:vAlign w:val="center"/>
          </w:tcPr>
          <w:p w14:paraId="06EE10D0"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Направление</w:t>
            </w:r>
            <w:proofErr w:type="spellEnd"/>
            <w:r w:rsidRPr="00684EB1">
              <w:rPr>
                <w:rFonts w:cs="Times New Roman"/>
                <w:b/>
                <w:szCs w:val="28"/>
              </w:rPr>
              <w:t xml:space="preserve"> </w:t>
            </w:r>
            <w:proofErr w:type="spellStart"/>
            <w:r w:rsidRPr="00684EB1">
              <w:rPr>
                <w:rFonts w:cs="Times New Roman"/>
                <w:b/>
                <w:szCs w:val="28"/>
              </w:rPr>
              <w:t>мониторинга</w:t>
            </w:r>
            <w:proofErr w:type="spellEnd"/>
          </w:p>
        </w:tc>
        <w:tc>
          <w:tcPr>
            <w:tcW w:w="2268" w:type="dxa"/>
            <w:shd w:val="clear" w:color="auto" w:fill="D9EAD3"/>
            <w:vAlign w:val="center"/>
          </w:tcPr>
          <w:p w14:paraId="7607C25E"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Критерии</w:t>
            </w:r>
            <w:proofErr w:type="spellEnd"/>
            <w:r w:rsidRPr="00684EB1">
              <w:rPr>
                <w:rFonts w:cs="Times New Roman"/>
                <w:b/>
                <w:szCs w:val="28"/>
              </w:rPr>
              <w:t xml:space="preserve"> </w:t>
            </w:r>
            <w:proofErr w:type="spellStart"/>
            <w:r w:rsidRPr="00684EB1">
              <w:rPr>
                <w:rFonts w:cs="Times New Roman"/>
                <w:b/>
                <w:szCs w:val="28"/>
              </w:rPr>
              <w:t>оценки</w:t>
            </w:r>
            <w:proofErr w:type="spellEnd"/>
          </w:p>
        </w:tc>
        <w:tc>
          <w:tcPr>
            <w:tcW w:w="1814" w:type="dxa"/>
            <w:shd w:val="clear" w:color="auto" w:fill="D9EAD3"/>
            <w:vAlign w:val="center"/>
          </w:tcPr>
          <w:p w14:paraId="22B882F1"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Методы</w:t>
            </w:r>
            <w:proofErr w:type="spellEnd"/>
          </w:p>
        </w:tc>
        <w:tc>
          <w:tcPr>
            <w:tcW w:w="2098" w:type="dxa"/>
            <w:shd w:val="clear" w:color="auto" w:fill="D9EAD3"/>
            <w:vAlign w:val="center"/>
          </w:tcPr>
          <w:p w14:paraId="1B841585"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Уровень</w:t>
            </w:r>
            <w:proofErr w:type="spellEnd"/>
            <w:r w:rsidRPr="00684EB1">
              <w:rPr>
                <w:rFonts w:cs="Times New Roman"/>
                <w:b/>
                <w:szCs w:val="28"/>
              </w:rPr>
              <w:t xml:space="preserve"> </w:t>
            </w:r>
            <w:proofErr w:type="spellStart"/>
            <w:r w:rsidRPr="00684EB1">
              <w:rPr>
                <w:rFonts w:cs="Times New Roman"/>
                <w:b/>
                <w:szCs w:val="28"/>
              </w:rPr>
              <w:t>оценки</w:t>
            </w:r>
            <w:proofErr w:type="spellEnd"/>
          </w:p>
        </w:tc>
        <w:tc>
          <w:tcPr>
            <w:tcW w:w="1814" w:type="dxa"/>
            <w:shd w:val="clear" w:color="auto" w:fill="D9EAD3"/>
            <w:vAlign w:val="center"/>
          </w:tcPr>
          <w:p w14:paraId="353A4B1C" w14:textId="77777777" w:rsidR="00B9286B" w:rsidRPr="00684EB1" w:rsidRDefault="00BE1021" w:rsidP="00F7265A">
            <w:pPr>
              <w:ind w:firstLine="0"/>
              <w:jc w:val="center"/>
              <w:rPr>
                <w:rFonts w:cs="Times New Roman"/>
                <w:szCs w:val="28"/>
              </w:rPr>
            </w:pPr>
            <w:proofErr w:type="spellStart"/>
            <w:r w:rsidRPr="00684EB1">
              <w:rPr>
                <w:rFonts w:cs="Times New Roman"/>
                <w:b/>
                <w:szCs w:val="28"/>
              </w:rPr>
              <w:t>Ответственные</w:t>
            </w:r>
            <w:proofErr w:type="spellEnd"/>
          </w:p>
        </w:tc>
      </w:tr>
      <w:tr w:rsidR="00B9286B" w:rsidRPr="00F7265A" w14:paraId="26A04786" w14:textId="77777777">
        <w:trPr>
          <w:jc w:val="center"/>
        </w:trPr>
        <w:tc>
          <w:tcPr>
            <w:tcW w:w="1814" w:type="dxa"/>
          </w:tcPr>
          <w:p w14:paraId="40DFC720" w14:textId="77777777" w:rsidR="00B9286B" w:rsidRPr="00684EB1" w:rsidRDefault="00BE1021" w:rsidP="00F7265A">
            <w:pPr>
              <w:ind w:firstLine="0"/>
              <w:rPr>
                <w:rFonts w:cs="Times New Roman"/>
                <w:szCs w:val="28"/>
              </w:rPr>
            </w:pPr>
            <w:proofErr w:type="spellStart"/>
            <w:r w:rsidRPr="00684EB1">
              <w:rPr>
                <w:rFonts w:cs="Times New Roman"/>
                <w:szCs w:val="28"/>
              </w:rPr>
              <w:t>Адаптация</w:t>
            </w:r>
            <w:proofErr w:type="spellEnd"/>
            <w:r w:rsidRPr="00684EB1">
              <w:rPr>
                <w:rFonts w:cs="Times New Roman"/>
                <w:szCs w:val="28"/>
              </w:rPr>
              <w:t xml:space="preserve"> </w:t>
            </w:r>
            <w:proofErr w:type="spellStart"/>
            <w:r w:rsidRPr="00684EB1">
              <w:rPr>
                <w:rFonts w:cs="Times New Roman"/>
                <w:szCs w:val="28"/>
              </w:rPr>
              <w:t>участников</w:t>
            </w:r>
            <w:proofErr w:type="spellEnd"/>
          </w:p>
        </w:tc>
        <w:tc>
          <w:tcPr>
            <w:tcW w:w="2268" w:type="dxa"/>
          </w:tcPr>
          <w:p w14:paraId="63E6E812" w14:textId="77777777" w:rsidR="00B9286B" w:rsidRPr="00684EB1" w:rsidRDefault="00BE1021" w:rsidP="00F7265A">
            <w:pPr>
              <w:ind w:firstLine="0"/>
              <w:rPr>
                <w:rFonts w:cs="Times New Roman"/>
                <w:szCs w:val="28"/>
                <w:lang w:val="ru-RU"/>
              </w:rPr>
            </w:pPr>
            <w:r w:rsidRPr="00684EB1">
              <w:rPr>
                <w:rFonts w:cs="Times New Roman"/>
                <w:szCs w:val="28"/>
                <w:lang w:val="ru-RU"/>
              </w:rPr>
              <w:t>Включенность, эмоциональное состояние, соблюдение правил</w:t>
            </w:r>
          </w:p>
        </w:tc>
        <w:tc>
          <w:tcPr>
            <w:tcW w:w="1814" w:type="dxa"/>
          </w:tcPr>
          <w:p w14:paraId="2C61E563" w14:textId="77777777" w:rsidR="00B9286B" w:rsidRPr="00684EB1" w:rsidRDefault="00BE1021" w:rsidP="00F7265A">
            <w:pPr>
              <w:ind w:firstLine="0"/>
              <w:rPr>
                <w:rFonts w:cs="Times New Roman"/>
                <w:szCs w:val="28"/>
              </w:rPr>
            </w:pPr>
            <w:proofErr w:type="spellStart"/>
            <w:r w:rsidRPr="00684EB1">
              <w:rPr>
                <w:rFonts w:cs="Times New Roman"/>
                <w:szCs w:val="28"/>
              </w:rPr>
              <w:t>Наблюдение</w:t>
            </w:r>
            <w:proofErr w:type="spellEnd"/>
            <w:r w:rsidRPr="00684EB1">
              <w:rPr>
                <w:rFonts w:cs="Times New Roman"/>
                <w:szCs w:val="28"/>
              </w:rPr>
              <w:t xml:space="preserve">, </w:t>
            </w:r>
            <w:proofErr w:type="spellStart"/>
            <w:r w:rsidRPr="00684EB1">
              <w:rPr>
                <w:rFonts w:cs="Times New Roman"/>
                <w:szCs w:val="28"/>
              </w:rPr>
              <w:t>беседы</w:t>
            </w:r>
            <w:proofErr w:type="spellEnd"/>
            <w:r w:rsidRPr="00684EB1">
              <w:rPr>
                <w:rFonts w:cs="Times New Roman"/>
                <w:szCs w:val="28"/>
              </w:rPr>
              <w:t xml:space="preserve">, </w:t>
            </w:r>
            <w:proofErr w:type="spellStart"/>
            <w:r w:rsidRPr="00684EB1">
              <w:rPr>
                <w:rFonts w:cs="Times New Roman"/>
                <w:szCs w:val="28"/>
              </w:rPr>
              <w:t>рефлексия</w:t>
            </w:r>
            <w:proofErr w:type="spellEnd"/>
          </w:p>
        </w:tc>
        <w:tc>
          <w:tcPr>
            <w:tcW w:w="2098" w:type="dxa"/>
          </w:tcPr>
          <w:p w14:paraId="42A9E18E" w14:textId="77777777" w:rsidR="00B9286B" w:rsidRPr="00684EB1" w:rsidRDefault="00BE1021" w:rsidP="00F7265A">
            <w:pPr>
              <w:ind w:firstLine="0"/>
              <w:rPr>
                <w:rFonts w:cs="Times New Roman"/>
                <w:szCs w:val="28"/>
              </w:rPr>
            </w:pPr>
            <w:r w:rsidRPr="00684EB1">
              <w:rPr>
                <w:rFonts w:cs="Times New Roman"/>
                <w:szCs w:val="28"/>
              </w:rPr>
              <w:t xml:space="preserve">1-3 </w:t>
            </w:r>
            <w:proofErr w:type="spellStart"/>
            <w:r w:rsidRPr="00684EB1">
              <w:rPr>
                <w:rFonts w:cs="Times New Roman"/>
                <w:szCs w:val="28"/>
              </w:rPr>
              <w:t>низкий</w:t>
            </w:r>
            <w:proofErr w:type="spellEnd"/>
            <w:r w:rsidRPr="00684EB1">
              <w:rPr>
                <w:rFonts w:cs="Times New Roman"/>
                <w:szCs w:val="28"/>
              </w:rPr>
              <w:t xml:space="preserve">; 4-7 </w:t>
            </w:r>
            <w:proofErr w:type="spellStart"/>
            <w:r w:rsidRPr="00684EB1">
              <w:rPr>
                <w:rFonts w:cs="Times New Roman"/>
                <w:szCs w:val="28"/>
              </w:rPr>
              <w:t>средний</w:t>
            </w:r>
            <w:proofErr w:type="spellEnd"/>
            <w:r w:rsidRPr="00684EB1">
              <w:rPr>
                <w:rFonts w:cs="Times New Roman"/>
                <w:szCs w:val="28"/>
              </w:rPr>
              <w:t xml:space="preserve">; 8-10 </w:t>
            </w:r>
            <w:proofErr w:type="spellStart"/>
            <w:r w:rsidRPr="00684EB1">
              <w:rPr>
                <w:rFonts w:cs="Times New Roman"/>
                <w:szCs w:val="28"/>
              </w:rPr>
              <w:t>высокий</w:t>
            </w:r>
            <w:proofErr w:type="spellEnd"/>
          </w:p>
        </w:tc>
        <w:tc>
          <w:tcPr>
            <w:tcW w:w="1814" w:type="dxa"/>
          </w:tcPr>
          <w:p w14:paraId="0A3ECF38" w14:textId="77777777" w:rsidR="00B9286B" w:rsidRPr="00684EB1" w:rsidRDefault="00BE1021" w:rsidP="00F7265A">
            <w:pPr>
              <w:ind w:firstLine="0"/>
              <w:rPr>
                <w:rFonts w:cs="Times New Roman"/>
                <w:szCs w:val="28"/>
                <w:lang w:val="ru-RU"/>
              </w:rPr>
            </w:pPr>
            <w:r w:rsidRPr="00684EB1">
              <w:rPr>
                <w:rFonts w:cs="Times New Roman"/>
                <w:szCs w:val="28"/>
                <w:lang w:val="ru-RU"/>
              </w:rPr>
              <w:t>Вожатые, воспитатели, психолог при наличии</w:t>
            </w:r>
          </w:p>
        </w:tc>
      </w:tr>
      <w:tr w:rsidR="00B9286B" w:rsidRPr="00684EB1" w14:paraId="2F60AA0D" w14:textId="77777777">
        <w:trPr>
          <w:jc w:val="center"/>
        </w:trPr>
        <w:tc>
          <w:tcPr>
            <w:tcW w:w="1814" w:type="dxa"/>
          </w:tcPr>
          <w:p w14:paraId="6DE4B1A6" w14:textId="77777777" w:rsidR="00B9286B" w:rsidRPr="00684EB1" w:rsidRDefault="00BE1021" w:rsidP="00F7265A">
            <w:pPr>
              <w:ind w:firstLine="0"/>
              <w:rPr>
                <w:rFonts w:cs="Times New Roman"/>
                <w:szCs w:val="28"/>
              </w:rPr>
            </w:pPr>
            <w:proofErr w:type="spellStart"/>
            <w:r w:rsidRPr="00684EB1">
              <w:rPr>
                <w:rFonts w:cs="Times New Roman"/>
                <w:szCs w:val="28"/>
              </w:rPr>
              <w:t>Языковая</w:t>
            </w:r>
            <w:proofErr w:type="spellEnd"/>
            <w:r w:rsidRPr="00684EB1">
              <w:rPr>
                <w:rFonts w:cs="Times New Roman"/>
                <w:szCs w:val="28"/>
              </w:rPr>
              <w:t xml:space="preserve"> </w:t>
            </w:r>
            <w:proofErr w:type="spellStart"/>
            <w:r w:rsidRPr="00684EB1">
              <w:rPr>
                <w:rFonts w:cs="Times New Roman"/>
                <w:szCs w:val="28"/>
              </w:rPr>
              <w:t>активность</w:t>
            </w:r>
            <w:proofErr w:type="spellEnd"/>
          </w:p>
        </w:tc>
        <w:tc>
          <w:tcPr>
            <w:tcW w:w="2268" w:type="dxa"/>
          </w:tcPr>
          <w:p w14:paraId="79802290" w14:textId="77777777" w:rsidR="00B9286B" w:rsidRPr="00684EB1" w:rsidRDefault="00BE1021" w:rsidP="00F7265A">
            <w:pPr>
              <w:ind w:firstLine="0"/>
              <w:rPr>
                <w:rFonts w:cs="Times New Roman"/>
                <w:szCs w:val="28"/>
                <w:lang w:val="ru-RU"/>
              </w:rPr>
            </w:pPr>
            <w:r w:rsidRPr="00684EB1">
              <w:rPr>
                <w:rFonts w:cs="Times New Roman"/>
                <w:szCs w:val="28"/>
                <w:lang w:val="ru-RU"/>
              </w:rPr>
              <w:t>Участие в диалогах, играх, клубах и презентациях</w:t>
            </w:r>
          </w:p>
        </w:tc>
        <w:tc>
          <w:tcPr>
            <w:tcW w:w="1814" w:type="dxa"/>
          </w:tcPr>
          <w:p w14:paraId="43BAF8DB" w14:textId="77777777" w:rsidR="00B9286B" w:rsidRPr="00684EB1" w:rsidRDefault="00BE1021" w:rsidP="00F7265A">
            <w:pPr>
              <w:ind w:firstLine="0"/>
              <w:rPr>
                <w:rFonts w:cs="Times New Roman"/>
                <w:szCs w:val="28"/>
              </w:rPr>
            </w:pPr>
            <w:proofErr w:type="spellStart"/>
            <w:r w:rsidRPr="00684EB1">
              <w:rPr>
                <w:rFonts w:cs="Times New Roman"/>
                <w:szCs w:val="28"/>
              </w:rPr>
              <w:t>Наблюдение</w:t>
            </w:r>
            <w:proofErr w:type="spellEnd"/>
            <w:r w:rsidRPr="00684EB1">
              <w:rPr>
                <w:rFonts w:cs="Times New Roman"/>
                <w:szCs w:val="28"/>
              </w:rPr>
              <w:t xml:space="preserve">, </w:t>
            </w:r>
            <w:proofErr w:type="spellStart"/>
            <w:r w:rsidRPr="00684EB1">
              <w:rPr>
                <w:rFonts w:cs="Times New Roman"/>
                <w:szCs w:val="28"/>
              </w:rPr>
              <w:t>анализ</w:t>
            </w:r>
            <w:proofErr w:type="spellEnd"/>
            <w:r w:rsidRPr="00684EB1">
              <w:rPr>
                <w:rFonts w:cs="Times New Roman"/>
                <w:szCs w:val="28"/>
              </w:rPr>
              <w:t xml:space="preserve"> </w:t>
            </w:r>
            <w:proofErr w:type="spellStart"/>
            <w:r w:rsidRPr="00684EB1">
              <w:rPr>
                <w:rFonts w:cs="Times New Roman"/>
                <w:szCs w:val="28"/>
              </w:rPr>
              <w:t>работ</w:t>
            </w:r>
            <w:proofErr w:type="spellEnd"/>
            <w:r w:rsidRPr="00684EB1">
              <w:rPr>
                <w:rFonts w:cs="Times New Roman"/>
                <w:szCs w:val="28"/>
              </w:rPr>
              <w:t xml:space="preserve">, </w:t>
            </w:r>
            <w:proofErr w:type="spellStart"/>
            <w:r w:rsidRPr="00684EB1">
              <w:rPr>
                <w:rFonts w:cs="Times New Roman"/>
                <w:szCs w:val="28"/>
              </w:rPr>
              <w:t>самооценка</w:t>
            </w:r>
            <w:proofErr w:type="spellEnd"/>
          </w:p>
        </w:tc>
        <w:tc>
          <w:tcPr>
            <w:tcW w:w="2098" w:type="dxa"/>
          </w:tcPr>
          <w:p w14:paraId="76E9BDDA" w14:textId="77777777" w:rsidR="00B9286B" w:rsidRPr="00684EB1" w:rsidRDefault="00BE1021" w:rsidP="00F7265A">
            <w:pPr>
              <w:ind w:firstLine="0"/>
              <w:rPr>
                <w:rFonts w:cs="Times New Roman"/>
                <w:szCs w:val="28"/>
              </w:rPr>
            </w:pPr>
            <w:r w:rsidRPr="00684EB1">
              <w:rPr>
                <w:rFonts w:cs="Times New Roman"/>
                <w:szCs w:val="28"/>
              </w:rPr>
              <w:t xml:space="preserve">1-3 </w:t>
            </w:r>
            <w:proofErr w:type="spellStart"/>
            <w:r w:rsidRPr="00684EB1">
              <w:rPr>
                <w:rFonts w:cs="Times New Roman"/>
                <w:szCs w:val="28"/>
              </w:rPr>
              <w:t>пассивное</w:t>
            </w:r>
            <w:proofErr w:type="spellEnd"/>
            <w:r w:rsidRPr="00684EB1">
              <w:rPr>
                <w:rFonts w:cs="Times New Roman"/>
                <w:szCs w:val="28"/>
              </w:rPr>
              <w:t xml:space="preserve">; 4-7 </w:t>
            </w:r>
            <w:proofErr w:type="spellStart"/>
            <w:r w:rsidRPr="00684EB1">
              <w:rPr>
                <w:rFonts w:cs="Times New Roman"/>
                <w:szCs w:val="28"/>
              </w:rPr>
              <w:t>стабильное</w:t>
            </w:r>
            <w:proofErr w:type="spellEnd"/>
            <w:r w:rsidRPr="00684EB1">
              <w:rPr>
                <w:rFonts w:cs="Times New Roman"/>
                <w:szCs w:val="28"/>
              </w:rPr>
              <w:t xml:space="preserve">; 8-10 </w:t>
            </w:r>
            <w:proofErr w:type="spellStart"/>
            <w:r w:rsidRPr="00684EB1">
              <w:rPr>
                <w:rFonts w:cs="Times New Roman"/>
                <w:szCs w:val="28"/>
              </w:rPr>
              <w:t>инициативное</w:t>
            </w:r>
            <w:proofErr w:type="spellEnd"/>
          </w:p>
        </w:tc>
        <w:tc>
          <w:tcPr>
            <w:tcW w:w="1814" w:type="dxa"/>
          </w:tcPr>
          <w:p w14:paraId="00253B4D" w14:textId="77777777" w:rsidR="00B9286B" w:rsidRPr="00684EB1" w:rsidRDefault="00BE1021" w:rsidP="00F7265A">
            <w:pPr>
              <w:ind w:firstLine="0"/>
              <w:rPr>
                <w:rFonts w:cs="Times New Roman"/>
                <w:szCs w:val="28"/>
              </w:rPr>
            </w:pPr>
            <w:proofErr w:type="spellStart"/>
            <w:r w:rsidRPr="00684EB1">
              <w:rPr>
                <w:rFonts w:cs="Times New Roman"/>
                <w:szCs w:val="28"/>
              </w:rPr>
              <w:t>Педагоги</w:t>
            </w:r>
            <w:proofErr w:type="spellEnd"/>
            <w:r w:rsidRPr="00684EB1">
              <w:rPr>
                <w:rFonts w:cs="Times New Roman"/>
                <w:szCs w:val="28"/>
              </w:rPr>
              <w:t xml:space="preserve">, </w:t>
            </w:r>
            <w:proofErr w:type="spellStart"/>
            <w:r w:rsidRPr="00684EB1">
              <w:rPr>
                <w:rFonts w:cs="Times New Roman"/>
                <w:szCs w:val="28"/>
              </w:rPr>
              <w:t>методист</w:t>
            </w:r>
            <w:proofErr w:type="spellEnd"/>
          </w:p>
        </w:tc>
      </w:tr>
      <w:tr w:rsidR="00B9286B" w:rsidRPr="00684EB1" w14:paraId="2A29D162" w14:textId="77777777">
        <w:trPr>
          <w:jc w:val="center"/>
        </w:trPr>
        <w:tc>
          <w:tcPr>
            <w:tcW w:w="1814" w:type="dxa"/>
          </w:tcPr>
          <w:p w14:paraId="2A688D97" w14:textId="77777777" w:rsidR="00B9286B" w:rsidRPr="00684EB1" w:rsidRDefault="00BE1021" w:rsidP="00F7265A">
            <w:pPr>
              <w:ind w:firstLine="0"/>
              <w:rPr>
                <w:rFonts w:cs="Times New Roman"/>
                <w:szCs w:val="28"/>
              </w:rPr>
            </w:pPr>
            <w:proofErr w:type="spellStart"/>
            <w:r w:rsidRPr="00684EB1">
              <w:rPr>
                <w:rFonts w:cs="Times New Roman"/>
                <w:szCs w:val="28"/>
              </w:rPr>
              <w:t>Изучаемый</w:t>
            </w:r>
            <w:proofErr w:type="spellEnd"/>
            <w:r w:rsidRPr="00684EB1">
              <w:rPr>
                <w:rFonts w:cs="Times New Roman"/>
                <w:szCs w:val="28"/>
              </w:rPr>
              <w:t xml:space="preserve"> </w:t>
            </w:r>
            <w:proofErr w:type="spellStart"/>
            <w:r w:rsidRPr="00684EB1">
              <w:rPr>
                <w:rFonts w:cs="Times New Roman"/>
                <w:szCs w:val="28"/>
              </w:rPr>
              <w:t>язык</w:t>
            </w:r>
            <w:proofErr w:type="spellEnd"/>
          </w:p>
        </w:tc>
        <w:tc>
          <w:tcPr>
            <w:tcW w:w="2268" w:type="dxa"/>
          </w:tcPr>
          <w:p w14:paraId="080CAC0E" w14:textId="77777777" w:rsidR="00B9286B" w:rsidRPr="00684EB1" w:rsidRDefault="00BE1021" w:rsidP="00F7265A">
            <w:pPr>
              <w:ind w:firstLine="0"/>
              <w:rPr>
                <w:rFonts w:cs="Times New Roman"/>
                <w:szCs w:val="28"/>
                <w:lang w:val="ru-RU"/>
              </w:rPr>
            </w:pPr>
            <w:r w:rsidRPr="00684EB1">
              <w:rPr>
                <w:rFonts w:cs="Times New Roman"/>
                <w:szCs w:val="28"/>
                <w:lang w:val="ru-RU"/>
              </w:rPr>
              <w:t>Интерес к [изучаемому языку], участие в языковых заданиях</w:t>
            </w:r>
          </w:p>
        </w:tc>
        <w:tc>
          <w:tcPr>
            <w:tcW w:w="1814" w:type="dxa"/>
          </w:tcPr>
          <w:p w14:paraId="69315286" w14:textId="77777777" w:rsidR="00B9286B" w:rsidRPr="00684EB1" w:rsidRDefault="00BE1021" w:rsidP="00F7265A">
            <w:pPr>
              <w:ind w:firstLine="0"/>
              <w:rPr>
                <w:rFonts w:cs="Times New Roman"/>
                <w:szCs w:val="28"/>
              </w:rPr>
            </w:pPr>
            <w:proofErr w:type="spellStart"/>
            <w:r w:rsidRPr="00684EB1">
              <w:rPr>
                <w:rFonts w:cs="Times New Roman"/>
                <w:szCs w:val="28"/>
              </w:rPr>
              <w:t>Практические</w:t>
            </w:r>
            <w:proofErr w:type="spellEnd"/>
            <w:r w:rsidRPr="00684EB1">
              <w:rPr>
                <w:rFonts w:cs="Times New Roman"/>
                <w:szCs w:val="28"/>
              </w:rPr>
              <w:t xml:space="preserve"> </w:t>
            </w:r>
            <w:proofErr w:type="spellStart"/>
            <w:r w:rsidRPr="00684EB1">
              <w:rPr>
                <w:rFonts w:cs="Times New Roman"/>
                <w:szCs w:val="28"/>
              </w:rPr>
              <w:t>задания</w:t>
            </w:r>
            <w:proofErr w:type="spellEnd"/>
            <w:r w:rsidRPr="00684EB1">
              <w:rPr>
                <w:rFonts w:cs="Times New Roman"/>
                <w:szCs w:val="28"/>
              </w:rPr>
              <w:t xml:space="preserve">, </w:t>
            </w:r>
            <w:proofErr w:type="spellStart"/>
            <w:r w:rsidRPr="00684EB1">
              <w:rPr>
                <w:rFonts w:cs="Times New Roman"/>
                <w:szCs w:val="28"/>
              </w:rPr>
              <w:t>беседы</w:t>
            </w:r>
            <w:proofErr w:type="spellEnd"/>
          </w:p>
        </w:tc>
        <w:tc>
          <w:tcPr>
            <w:tcW w:w="2098" w:type="dxa"/>
          </w:tcPr>
          <w:p w14:paraId="04A1261B" w14:textId="77777777" w:rsidR="00660BBD" w:rsidRDefault="00BE1021" w:rsidP="00F7265A">
            <w:pPr>
              <w:ind w:firstLine="0"/>
              <w:rPr>
                <w:rFonts w:cs="Times New Roman"/>
                <w:szCs w:val="28"/>
              </w:rPr>
            </w:pPr>
            <w:r w:rsidRPr="00684EB1">
              <w:rPr>
                <w:rFonts w:cs="Times New Roman"/>
                <w:szCs w:val="28"/>
              </w:rPr>
              <w:t xml:space="preserve">1-3 </w:t>
            </w:r>
            <w:proofErr w:type="spellStart"/>
            <w:r w:rsidRPr="00684EB1">
              <w:rPr>
                <w:rFonts w:cs="Times New Roman"/>
                <w:szCs w:val="28"/>
              </w:rPr>
              <w:t>базовое</w:t>
            </w:r>
            <w:proofErr w:type="spellEnd"/>
            <w:r w:rsidRPr="00684EB1">
              <w:rPr>
                <w:rFonts w:cs="Times New Roman"/>
                <w:szCs w:val="28"/>
              </w:rPr>
              <w:t xml:space="preserve">; 4-7 </w:t>
            </w:r>
            <w:proofErr w:type="spellStart"/>
            <w:r w:rsidRPr="00684EB1">
              <w:rPr>
                <w:rFonts w:cs="Times New Roman"/>
                <w:szCs w:val="28"/>
              </w:rPr>
              <w:t>достаточное</w:t>
            </w:r>
            <w:proofErr w:type="spellEnd"/>
            <w:r w:rsidRPr="00684EB1">
              <w:rPr>
                <w:rFonts w:cs="Times New Roman"/>
                <w:szCs w:val="28"/>
              </w:rPr>
              <w:t xml:space="preserve">; </w:t>
            </w:r>
          </w:p>
          <w:p w14:paraId="2437DCC9" w14:textId="090E4CB3" w:rsidR="00B9286B" w:rsidRPr="00684EB1" w:rsidRDefault="00BE1021" w:rsidP="00F7265A">
            <w:pPr>
              <w:ind w:firstLine="0"/>
              <w:rPr>
                <w:rFonts w:cs="Times New Roman"/>
                <w:szCs w:val="28"/>
              </w:rPr>
            </w:pPr>
            <w:r w:rsidRPr="00684EB1">
              <w:rPr>
                <w:rFonts w:cs="Times New Roman"/>
                <w:szCs w:val="28"/>
              </w:rPr>
              <w:t xml:space="preserve">8-10 </w:t>
            </w:r>
            <w:proofErr w:type="spellStart"/>
            <w:r w:rsidRPr="00684EB1">
              <w:rPr>
                <w:rFonts w:cs="Times New Roman"/>
                <w:szCs w:val="28"/>
              </w:rPr>
              <w:t>активное</w:t>
            </w:r>
            <w:proofErr w:type="spellEnd"/>
          </w:p>
        </w:tc>
        <w:tc>
          <w:tcPr>
            <w:tcW w:w="1814" w:type="dxa"/>
          </w:tcPr>
          <w:p w14:paraId="0E1DD966" w14:textId="77777777" w:rsidR="00B9286B" w:rsidRPr="00684EB1" w:rsidRDefault="00BE1021" w:rsidP="00F7265A">
            <w:pPr>
              <w:ind w:firstLine="0"/>
              <w:rPr>
                <w:rFonts w:cs="Times New Roman"/>
                <w:szCs w:val="28"/>
              </w:rPr>
            </w:pPr>
            <w:proofErr w:type="spellStart"/>
            <w:r w:rsidRPr="00684EB1">
              <w:rPr>
                <w:rFonts w:cs="Times New Roman"/>
                <w:szCs w:val="28"/>
              </w:rPr>
              <w:t>Педагоги</w:t>
            </w:r>
            <w:proofErr w:type="spellEnd"/>
            <w:r w:rsidRPr="00684EB1">
              <w:rPr>
                <w:rFonts w:cs="Times New Roman"/>
                <w:szCs w:val="28"/>
              </w:rPr>
              <w:t xml:space="preserve">, </w:t>
            </w:r>
            <w:proofErr w:type="spellStart"/>
            <w:r w:rsidRPr="00684EB1">
              <w:rPr>
                <w:rFonts w:cs="Times New Roman"/>
                <w:szCs w:val="28"/>
              </w:rPr>
              <w:t>вожатые</w:t>
            </w:r>
            <w:proofErr w:type="spellEnd"/>
          </w:p>
        </w:tc>
      </w:tr>
      <w:tr w:rsidR="00B9286B" w:rsidRPr="00684EB1" w14:paraId="663251FF" w14:textId="77777777">
        <w:trPr>
          <w:jc w:val="center"/>
        </w:trPr>
        <w:tc>
          <w:tcPr>
            <w:tcW w:w="1814" w:type="dxa"/>
          </w:tcPr>
          <w:p w14:paraId="21526057" w14:textId="77777777" w:rsidR="00B9286B" w:rsidRPr="00684EB1" w:rsidRDefault="00BE1021" w:rsidP="00F7265A">
            <w:pPr>
              <w:ind w:firstLine="0"/>
              <w:rPr>
                <w:rFonts w:cs="Times New Roman"/>
                <w:szCs w:val="28"/>
              </w:rPr>
            </w:pPr>
            <w:proofErr w:type="spellStart"/>
            <w:r w:rsidRPr="00684EB1">
              <w:rPr>
                <w:rFonts w:cs="Times New Roman"/>
                <w:szCs w:val="28"/>
              </w:rPr>
              <w:t>Социокультурное</w:t>
            </w:r>
            <w:proofErr w:type="spellEnd"/>
            <w:r w:rsidRPr="00684EB1">
              <w:rPr>
                <w:rFonts w:cs="Times New Roman"/>
                <w:szCs w:val="28"/>
              </w:rPr>
              <w:t xml:space="preserve"> </w:t>
            </w:r>
            <w:proofErr w:type="spellStart"/>
            <w:r w:rsidRPr="00684EB1">
              <w:rPr>
                <w:rFonts w:cs="Times New Roman"/>
                <w:szCs w:val="28"/>
              </w:rPr>
              <w:t>содержание</w:t>
            </w:r>
            <w:proofErr w:type="spellEnd"/>
          </w:p>
        </w:tc>
        <w:tc>
          <w:tcPr>
            <w:tcW w:w="2268" w:type="dxa"/>
          </w:tcPr>
          <w:p w14:paraId="7046A4DF" w14:textId="77777777" w:rsidR="00B9286B" w:rsidRPr="00684EB1" w:rsidRDefault="00BE1021" w:rsidP="00F7265A">
            <w:pPr>
              <w:ind w:firstLine="0"/>
              <w:rPr>
                <w:rFonts w:cs="Times New Roman"/>
                <w:szCs w:val="28"/>
                <w:lang w:val="ru-RU"/>
              </w:rPr>
            </w:pPr>
            <w:r w:rsidRPr="00684EB1">
              <w:rPr>
                <w:rFonts w:cs="Times New Roman"/>
                <w:szCs w:val="28"/>
                <w:lang w:val="ru-RU"/>
              </w:rPr>
              <w:t xml:space="preserve">Понимание речевого этикета, </w:t>
            </w:r>
            <w:r w:rsidRPr="00684EB1">
              <w:rPr>
                <w:rFonts w:cs="Times New Roman"/>
                <w:szCs w:val="28"/>
                <w:lang w:val="ru-RU"/>
              </w:rPr>
              <w:lastRenderedPageBreak/>
              <w:t>культурного контекста и уважительного общения</w:t>
            </w:r>
          </w:p>
        </w:tc>
        <w:tc>
          <w:tcPr>
            <w:tcW w:w="1814" w:type="dxa"/>
          </w:tcPr>
          <w:p w14:paraId="612FF2D9" w14:textId="77777777" w:rsidR="00B9286B" w:rsidRPr="00684EB1" w:rsidRDefault="00BE1021" w:rsidP="00F7265A">
            <w:pPr>
              <w:ind w:firstLine="0"/>
              <w:rPr>
                <w:rFonts w:cs="Times New Roman"/>
                <w:szCs w:val="28"/>
              </w:rPr>
            </w:pPr>
            <w:proofErr w:type="spellStart"/>
            <w:r w:rsidRPr="00684EB1">
              <w:rPr>
                <w:rFonts w:cs="Times New Roman"/>
                <w:szCs w:val="28"/>
              </w:rPr>
              <w:lastRenderedPageBreak/>
              <w:t>Наблюдение</w:t>
            </w:r>
            <w:proofErr w:type="spellEnd"/>
            <w:r w:rsidRPr="00684EB1">
              <w:rPr>
                <w:rFonts w:cs="Times New Roman"/>
                <w:szCs w:val="28"/>
              </w:rPr>
              <w:t xml:space="preserve">, </w:t>
            </w:r>
            <w:proofErr w:type="spellStart"/>
            <w:r w:rsidRPr="00684EB1">
              <w:rPr>
                <w:rFonts w:cs="Times New Roman"/>
                <w:szCs w:val="28"/>
              </w:rPr>
              <w:t>творческие</w:t>
            </w:r>
            <w:proofErr w:type="spellEnd"/>
            <w:r w:rsidRPr="00684EB1">
              <w:rPr>
                <w:rFonts w:cs="Times New Roman"/>
                <w:szCs w:val="28"/>
              </w:rPr>
              <w:t xml:space="preserve"> </w:t>
            </w:r>
            <w:proofErr w:type="spellStart"/>
            <w:r w:rsidRPr="00684EB1">
              <w:rPr>
                <w:rFonts w:cs="Times New Roman"/>
                <w:szCs w:val="28"/>
              </w:rPr>
              <w:lastRenderedPageBreak/>
              <w:t>задания</w:t>
            </w:r>
            <w:proofErr w:type="spellEnd"/>
            <w:r w:rsidRPr="00684EB1">
              <w:rPr>
                <w:rFonts w:cs="Times New Roman"/>
                <w:szCs w:val="28"/>
              </w:rPr>
              <w:t xml:space="preserve">, </w:t>
            </w:r>
            <w:proofErr w:type="spellStart"/>
            <w:r w:rsidRPr="00684EB1">
              <w:rPr>
                <w:rFonts w:cs="Times New Roman"/>
                <w:szCs w:val="28"/>
              </w:rPr>
              <w:t>рефлексия</w:t>
            </w:r>
            <w:proofErr w:type="spellEnd"/>
          </w:p>
        </w:tc>
        <w:tc>
          <w:tcPr>
            <w:tcW w:w="2098" w:type="dxa"/>
          </w:tcPr>
          <w:p w14:paraId="07846825" w14:textId="77777777" w:rsidR="00B9286B" w:rsidRPr="00684EB1" w:rsidRDefault="00BE1021" w:rsidP="00F7265A">
            <w:pPr>
              <w:ind w:firstLine="0"/>
              <w:rPr>
                <w:rFonts w:cs="Times New Roman"/>
                <w:szCs w:val="28"/>
              </w:rPr>
            </w:pPr>
            <w:r w:rsidRPr="00684EB1">
              <w:rPr>
                <w:rFonts w:cs="Times New Roman"/>
                <w:szCs w:val="28"/>
              </w:rPr>
              <w:lastRenderedPageBreak/>
              <w:t xml:space="preserve">1-3 </w:t>
            </w:r>
            <w:proofErr w:type="spellStart"/>
            <w:r w:rsidRPr="00684EB1">
              <w:rPr>
                <w:rFonts w:cs="Times New Roman"/>
                <w:szCs w:val="28"/>
              </w:rPr>
              <w:t>базовое</w:t>
            </w:r>
            <w:proofErr w:type="spellEnd"/>
            <w:r w:rsidRPr="00684EB1">
              <w:rPr>
                <w:rFonts w:cs="Times New Roman"/>
                <w:szCs w:val="28"/>
              </w:rPr>
              <w:t xml:space="preserve">; 4-7 </w:t>
            </w:r>
            <w:proofErr w:type="spellStart"/>
            <w:r w:rsidRPr="00684EB1">
              <w:rPr>
                <w:rFonts w:cs="Times New Roman"/>
                <w:szCs w:val="28"/>
              </w:rPr>
              <w:t>достаточно</w:t>
            </w:r>
            <w:r w:rsidRPr="00684EB1">
              <w:rPr>
                <w:rFonts w:cs="Times New Roman"/>
                <w:szCs w:val="28"/>
              </w:rPr>
              <w:lastRenderedPageBreak/>
              <w:t>е</w:t>
            </w:r>
            <w:proofErr w:type="spellEnd"/>
            <w:r w:rsidRPr="00684EB1">
              <w:rPr>
                <w:rFonts w:cs="Times New Roman"/>
                <w:szCs w:val="28"/>
              </w:rPr>
              <w:t xml:space="preserve">; 8-10 </w:t>
            </w:r>
            <w:proofErr w:type="spellStart"/>
            <w:r w:rsidRPr="00684EB1">
              <w:rPr>
                <w:rFonts w:cs="Times New Roman"/>
                <w:szCs w:val="28"/>
              </w:rPr>
              <w:t>уверенное</w:t>
            </w:r>
            <w:proofErr w:type="spellEnd"/>
          </w:p>
        </w:tc>
        <w:tc>
          <w:tcPr>
            <w:tcW w:w="1814" w:type="dxa"/>
          </w:tcPr>
          <w:p w14:paraId="7D9C09D6" w14:textId="77777777" w:rsidR="00B9286B" w:rsidRPr="00684EB1" w:rsidRDefault="00BE1021" w:rsidP="00F7265A">
            <w:pPr>
              <w:ind w:firstLine="0"/>
              <w:rPr>
                <w:rFonts w:cs="Times New Roman"/>
                <w:szCs w:val="28"/>
              </w:rPr>
            </w:pPr>
            <w:proofErr w:type="spellStart"/>
            <w:r w:rsidRPr="00684EB1">
              <w:rPr>
                <w:rFonts w:cs="Times New Roman"/>
                <w:szCs w:val="28"/>
              </w:rPr>
              <w:lastRenderedPageBreak/>
              <w:t>Педагоги</w:t>
            </w:r>
            <w:proofErr w:type="spellEnd"/>
            <w:r w:rsidRPr="00684EB1">
              <w:rPr>
                <w:rFonts w:cs="Times New Roman"/>
                <w:szCs w:val="28"/>
              </w:rPr>
              <w:t xml:space="preserve"> </w:t>
            </w:r>
            <w:proofErr w:type="spellStart"/>
            <w:r w:rsidRPr="00684EB1">
              <w:rPr>
                <w:rFonts w:cs="Times New Roman"/>
                <w:szCs w:val="28"/>
              </w:rPr>
              <w:t>языкового</w:t>
            </w:r>
            <w:proofErr w:type="spellEnd"/>
            <w:r w:rsidRPr="00684EB1">
              <w:rPr>
                <w:rFonts w:cs="Times New Roman"/>
                <w:szCs w:val="28"/>
              </w:rPr>
              <w:t xml:space="preserve"> </w:t>
            </w:r>
            <w:proofErr w:type="spellStart"/>
            <w:r w:rsidRPr="00684EB1">
              <w:rPr>
                <w:rFonts w:cs="Times New Roman"/>
                <w:szCs w:val="28"/>
              </w:rPr>
              <w:t>направления</w:t>
            </w:r>
            <w:proofErr w:type="spellEnd"/>
          </w:p>
        </w:tc>
      </w:tr>
      <w:tr w:rsidR="00B9286B" w:rsidRPr="00684EB1" w14:paraId="1E28DE98" w14:textId="77777777">
        <w:trPr>
          <w:jc w:val="center"/>
        </w:trPr>
        <w:tc>
          <w:tcPr>
            <w:tcW w:w="1814" w:type="dxa"/>
          </w:tcPr>
          <w:p w14:paraId="33809C33" w14:textId="77777777" w:rsidR="00B9286B" w:rsidRPr="00684EB1" w:rsidRDefault="00BE1021" w:rsidP="00F7265A">
            <w:pPr>
              <w:ind w:firstLine="0"/>
              <w:rPr>
                <w:rFonts w:cs="Times New Roman"/>
                <w:szCs w:val="28"/>
              </w:rPr>
            </w:pPr>
            <w:proofErr w:type="spellStart"/>
            <w:r w:rsidRPr="00684EB1">
              <w:rPr>
                <w:rFonts w:cs="Times New Roman"/>
                <w:szCs w:val="28"/>
              </w:rPr>
              <w:t>Межкультурная</w:t>
            </w:r>
            <w:proofErr w:type="spellEnd"/>
            <w:r w:rsidRPr="00684EB1">
              <w:rPr>
                <w:rFonts w:cs="Times New Roman"/>
                <w:szCs w:val="28"/>
              </w:rPr>
              <w:t xml:space="preserve"> </w:t>
            </w:r>
            <w:proofErr w:type="spellStart"/>
            <w:r w:rsidRPr="00684EB1">
              <w:rPr>
                <w:rFonts w:cs="Times New Roman"/>
                <w:szCs w:val="28"/>
              </w:rPr>
              <w:t>компетентность</w:t>
            </w:r>
            <w:proofErr w:type="spellEnd"/>
          </w:p>
        </w:tc>
        <w:tc>
          <w:tcPr>
            <w:tcW w:w="2268" w:type="dxa"/>
          </w:tcPr>
          <w:p w14:paraId="67F50DF7" w14:textId="77777777" w:rsidR="00B9286B" w:rsidRPr="00684EB1" w:rsidRDefault="00BE1021" w:rsidP="00F7265A">
            <w:pPr>
              <w:ind w:firstLine="0"/>
              <w:rPr>
                <w:rFonts w:cs="Times New Roman"/>
                <w:szCs w:val="28"/>
                <w:lang w:val="ru-RU"/>
              </w:rPr>
            </w:pPr>
            <w:r w:rsidRPr="00684EB1">
              <w:rPr>
                <w:rFonts w:cs="Times New Roman"/>
                <w:szCs w:val="28"/>
                <w:lang w:val="ru-RU"/>
              </w:rPr>
              <w:t>Уважение к языкам и культурам, корректность общения</w:t>
            </w:r>
          </w:p>
        </w:tc>
        <w:tc>
          <w:tcPr>
            <w:tcW w:w="1814" w:type="dxa"/>
          </w:tcPr>
          <w:p w14:paraId="3F25BAD6" w14:textId="77777777" w:rsidR="00B9286B" w:rsidRPr="00684EB1" w:rsidRDefault="00BE1021" w:rsidP="00F7265A">
            <w:pPr>
              <w:ind w:firstLine="0"/>
              <w:rPr>
                <w:rFonts w:cs="Times New Roman"/>
                <w:szCs w:val="28"/>
              </w:rPr>
            </w:pPr>
            <w:proofErr w:type="spellStart"/>
            <w:r w:rsidRPr="00684EB1">
              <w:rPr>
                <w:rFonts w:cs="Times New Roman"/>
                <w:szCs w:val="28"/>
              </w:rPr>
              <w:t>Наблюдение</w:t>
            </w:r>
            <w:proofErr w:type="spellEnd"/>
            <w:r w:rsidRPr="00684EB1">
              <w:rPr>
                <w:rFonts w:cs="Times New Roman"/>
                <w:szCs w:val="28"/>
              </w:rPr>
              <w:t xml:space="preserve">, </w:t>
            </w:r>
            <w:proofErr w:type="spellStart"/>
            <w:r w:rsidRPr="00684EB1">
              <w:rPr>
                <w:rFonts w:cs="Times New Roman"/>
                <w:szCs w:val="28"/>
              </w:rPr>
              <w:t>рефлексия</w:t>
            </w:r>
            <w:proofErr w:type="spellEnd"/>
          </w:p>
        </w:tc>
        <w:tc>
          <w:tcPr>
            <w:tcW w:w="2098" w:type="dxa"/>
          </w:tcPr>
          <w:p w14:paraId="257D721E" w14:textId="77777777" w:rsidR="00B9286B" w:rsidRPr="00684EB1" w:rsidRDefault="00BE1021" w:rsidP="00F7265A">
            <w:pPr>
              <w:ind w:firstLine="0"/>
              <w:rPr>
                <w:rFonts w:cs="Times New Roman"/>
                <w:szCs w:val="28"/>
              </w:rPr>
            </w:pPr>
            <w:r w:rsidRPr="00684EB1">
              <w:rPr>
                <w:rFonts w:cs="Times New Roman"/>
                <w:szCs w:val="28"/>
              </w:rPr>
              <w:t xml:space="preserve">1-3 </w:t>
            </w:r>
            <w:proofErr w:type="spellStart"/>
            <w:r w:rsidRPr="00684EB1">
              <w:rPr>
                <w:rFonts w:cs="Times New Roman"/>
                <w:szCs w:val="28"/>
              </w:rPr>
              <w:t>требует</w:t>
            </w:r>
            <w:proofErr w:type="spellEnd"/>
            <w:r w:rsidRPr="00684EB1">
              <w:rPr>
                <w:rFonts w:cs="Times New Roman"/>
                <w:szCs w:val="28"/>
              </w:rPr>
              <w:t xml:space="preserve"> </w:t>
            </w:r>
            <w:proofErr w:type="spellStart"/>
            <w:r w:rsidRPr="00684EB1">
              <w:rPr>
                <w:rFonts w:cs="Times New Roman"/>
                <w:szCs w:val="28"/>
              </w:rPr>
              <w:t>поддержки</w:t>
            </w:r>
            <w:proofErr w:type="spellEnd"/>
            <w:r w:rsidRPr="00684EB1">
              <w:rPr>
                <w:rFonts w:cs="Times New Roman"/>
                <w:szCs w:val="28"/>
              </w:rPr>
              <w:t xml:space="preserve">; 4-7 </w:t>
            </w:r>
            <w:proofErr w:type="spellStart"/>
            <w:r w:rsidRPr="00684EB1">
              <w:rPr>
                <w:rFonts w:cs="Times New Roman"/>
                <w:szCs w:val="28"/>
              </w:rPr>
              <w:t>развивается</w:t>
            </w:r>
            <w:proofErr w:type="spellEnd"/>
            <w:r w:rsidRPr="00684EB1">
              <w:rPr>
                <w:rFonts w:cs="Times New Roman"/>
                <w:szCs w:val="28"/>
              </w:rPr>
              <w:t xml:space="preserve">; 8-10 </w:t>
            </w:r>
            <w:proofErr w:type="spellStart"/>
            <w:r w:rsidRPr="00684EB1">
              <w:rPr>
                <w:rFonts w:cs="Times New Roman"/>
                <w:szCs w:val="28"/>
              </w:rPr>
              <w:t>выражено</w:t>
            </w:r>
            <w:proofErr w:type="spellEnd"/>
          </w:p>
        </w:tc>
        <w:tc>
          <w:tcPr>
            <w:tcW w:w="1814" w:type="dxa"/>
          </w:tcPr>
          <w:p w14:paraId="588FC296" w14:textId="77777777" w:rsidR="00B9286B" w:rsidRPr="00684EB1" w:rsidRDefault="00BE1021" w:rsidP="00F7265A">
            <w:pPr>
              <w:ind w:firstLine="0"/>
              <w:rPr>
                <w:rFonts w:cs="Times New Roman"/>
                <w:szCs w:val="28"/>
              </w:rPr>
            </w:pPr>
            <w:proofErr w:type="spellStart"/>
            <w:r w:rsidRPr="00684EB1">
              <w:rPr>
                <w:rFonts w:cs="Times New Roman"/>
                <w:szCs w:val="28"/>
              </w:rPr>
              <w:t>Вожатые</w:t>
            </w:r>
            <w:proofErr w:type="spellEnd"/>
            <w:r w:rsidRPr="00684EB1">
              <w:rPr>
                <w:rFonts w:cs="Times New Roman"/>
                <w:szCs w:val="28"/>
              </w:rPr>
              <w:t xml:space="preserve">, </w:t>
            </w:r>
            <w:proofErr w:type="spellStart"/>
            <w:r w:rsidRPr="00684EB1">
              <w:rPr>
                <w:rFonts w:cs="Times New Roman"/>
                <w:szCs w:val="28"/>
              </w:rPr>
              <w:t>воспитатели</w:t>
            </w:r>
            <w:proofErr w:type="spellEnd"/>
          </w:p>
        </w:tc>
      </w:tr>
      <w:tr w:rsidR="00B9286B" w:rsidRPr="00684EB1" w14:paraId="08342011" w14:textId="77777777">
        <w:trPr>
          <w:jc w:val="center"/>
        </w:trPr>
        <w:tc>
          <w:tcPr>
            <w:tcW w:w="1814" w:type="dxa"/>
          </w:tcPr>
          <w:p w14:paraId="20F0287D" w14:textId="77777777" w:rsidR="00B9286B" w:rsidRPr="00684EB1" w:rsidRDefault="00BE1021" w:rsidP="00F7265A">
            <w:pPr>
              <w:ind w:firstLine="0"/>
              <w:rPr>
                <w:rFonts w:cs="Times New Roman"/>
                <w:szCs w:val="28"/>
              </w:rPr>
            </w:pPr>
            <w:proofErr w:type="spellStart"/>
            <w:r w:rsidRPr="00684EB1">
              <w:rPr>
                <w:rFonts w:cs="Times New Roman"/>
                <w:szCs w:val="28"/>
              </w:rPr>
              <w:t>Проектная</w:t>
            </w:r>
            <w:proofErr w:type="spellEnd"/>
            <w:r w:rsidRPr="00684EB1">
              <w:rPr>
                <w:rFonts w:cs="Times New Roman"/>
                <w:szCs w:val="28"/>
              </w:rPr>
              <w:t xml:space="preserve"> </w:t>
            </w:r>
            <w:proofErr w:type="spellStart"/>
            <w:r w:rsidRPr="00684EB1">
              <w:rPr>
                <w:rFonts w:cs="Times New Roman"/>
                <w:szCs w:val="28"/>
              </w:rPr>
              <w:t>деятельность</w:t>
            </w:r>
            <w:proofErr w:type="spellEnd"/>
          </w:p>
        </w:tc>
        <w:tc>
          <w:tcPr>
            <w:tcW w:w="2268" w:type="dxa"/>
          </w:tcPr>
          <w:p w14:paraId="384E10E3" w14:textId="77777777" w:rsidR="00B9286B" w:rsidRPr="00684EB1" w:rsidRDefault="00BE1021" w:rsidP="00F7265A">
            <w:pPr>
              <w:ind w:firstLine="0"/>
              <w:rPr>
                <w:rFonts w:cs="Times New Roman"/>
                <w:szCs w:val="28"/>
                <w:lang w:val="ru-RU"/>
              </w:rPr>
            </w:pPr>
            <w:r w:rsidRPr="00684EB1">
              <w:rPr>
                <w:rFonts w:cs="Times New Roman"/>
                <w:szCs w:val="28"/>
                <w:lang w:val="ru-RU"/>
              </w:rPr>
              <w:t>Подготовка языкового продукта, распределение ролей, презентация</w:t>
            </w:r>
          </w:p>
        </w:tc>
        <w:tc>
          <w:tcPr>
            <w:tcW w:w="1814" w:type="dxa"/>
          </w:tcPr>
          <w:p w14:paraId="25EAA743" w14:textId="77777777" w:rsidR="00B9286B" w:rsidRPr="00684EB1" w:rsidRDefault="00BE1021" w:rsidP="00F7265A">
            <w:pPr>
              <w:ind w:firstLine="0"/>
              <w:rPr>
                <w:rFonts w:cs="Times New Roman"/>
                <w:szCs w:val="28"/>
              </w:rPr>
            </w:pPr>
            <w:proofErr w:type="spellStart"/>
            <w:r w:rsidRPr="00684EB1">
              <w:rPr>
                <w:rFonts w:cs="Times New Roman"/>
                <w:szCs w:val="28"/>
              </w:rPr>
              <w:t>Анализ</w:t>
            </w:r>
            <w:proofErr w:type="spellEnd"/>
            <w:r w:rsidRPr="00684EB1">
              <w:rPr>
                <w:rFonts w:cs="Times New Roman"/>
                <w:szCs w:val="28"/>
              </w:rPr>
              <w:t xml:space="preserve"> </w:t>
            </w:r>
            <w:proofErr w:type="spellStart"/>
            <w:r w:rsidRPr="00684EB1">
              <w:rPr>
                <w:rFonts w:cs="Times New Roman"/>
                <w:szCs w:val="28"/>
              </w:rPr>
              <w:t>проектов</w:t>
            </w:r>
            <w:proofErr w:type="spellEnd"/>
            <w:r w:rsidRPr="00684EB1">
              <w:rPr>
                <w:rFonts w:cs="Times New Roman"/>
                <w:szCs w:val="28"/>
              </w:rPr>
              <w:t xml:space="preserve">, </w:t>
            </w:r>
            <w:proofErr w:type="spellStart"/>
            <w:r w:rsidRPr="00684EB1">
              <w:rPr>
                <w:rFonts w:cs="Times New Roman"/>
                <w:szCs w:val="28"/>
              </w:rPr>
              <w:t>защита</w:t>
            </w:r>
            <w:proofErr w:type="spellEnd"/>
          </w:p>
        </w:tc>
        <w:tc>
          <w:tcPr>
            <w:tcW w:w="2098" w:type="dxa"/>
          </w:tcPr>
          <w:p w14:paraId="361F842A" w14:textId="77777777" w:rsidR="00B9286B" w:rsidRPr="00684EB1" w:rsidRDefault="00BE1021" w:rsidP="00F7265A">
            <w:pPr>
              <w:ind w:firstLine="0"/>
              <w:rPr>
                <w:rFonts w:cs="Times New Roman"/>
                <w:szCs w:val="28"/>
              </w:rPr>
            </w:pPr>
            <w:r w:rsidRPr="00684EB1">
              <w:rPr>
                <w:rFonts w:cs="Times New Roman"/>
                <w:szCs w:val="28"/>
              </w:rPr>
              <w:t xml:space="preserve">1-3 </w:t>
            </w:r>
            <w:proofErr w:type="spellStart"/>
            <w:r w:rsidRPr="00684EB1">
              <w:rPr>
                <w:rFonts w:cs="Times New Roman"/>
                <w:szCs w:val="28"/>
              </w:rPr>
              <w:t>частично</w:t>
            </w:r>
            <w:proofErr w:type="spellEnd"/>
            <w:r w:rsidRPr="00684EB1">
              <w:rPr>
                <w:rFonts w:cs="Times New Roman"/>
                <w:szCs w:val="28"/>
              </w:rPr>
              <w:t xml:space="preserve">; 4-7 </w:t>
            </w:r>
            <w:proofErr w:type="spellStart"/>
            <w:r w:rsidRPr="00684EB1">
              <w:rPr>
                <w:rFonts w:cs="Times New Roman"/>
                <w:szCs w:val="28"/>
              </w:rPr>
              <w:t>достаточно</w:t>
            </w:r>
            <w:proofErr w:type="spellEnd"/>
            <w:r w:rsidRPr="00684EB1">
              <w:rPr>
                <w:rFonts w:cs="Times New Roman"/>
                <w:szCs w:val="28"/>
              </w:rPr>
              <w:t xml:space="preserve">; 8-10 </w:t>
            </w:r>
            <w:proofErr w:type="spellStart"/>
            <w:r w:rsidRPr="00684EB1">
              <w:rPr>
                <w:rFonts w:cs="Times New Roman"/>
                <w:szCs w:val="28"/>
              </w:rPr>
              <w:t>активно</w:t>
            </w:r>
            <w:proofErr w:type="spellEnd"/>
          </w:p>
        </w:tc>
        <w:tc>
          <w:tcPr>
            <w:tcW w:w="1814" w:type="dxa"/>
          </w:tcPr>
          <w:p w14:paraId="721E1C64" w14:textId="77777777" w:rsidR="00B9286B" w:rsidRPr="00684EB1" w:rsidRDefault="00BE1021" w:rsidP="00F7265A">
            <w:pPr>
              <w:ind w:firstLine="0"/>
              <w:rPr>
                <w:rFonts w:cs="Times New Roman"/>
                <w:szCs w:val="28"/>
              </w:rPr>
            </w:pPr>
            <w:proofErr w:type="spellStart"/>
            <w:r w:rsidRPr="00684EB1">
              <w:rPr>
                <w:rFonts w:cs="Times New Roman"/>
                <w:szCs w:val="28"/>
              </w:rPr>
              <w:t>Педагоги</w:t>
            </w:r>
            <w:proofErr w:type="spellEnd"/>
            <w:r w:rsidRPr="00684EB1">
              <w:rPr>
                <w:rFonts w:cs="Times New Roman"/>
                <w:szCs w:val="28"/>
              </w:rPr>
              <w:t xml:space="preserve">, </w:t>
            </w:r>
            <w:proofErr w:type="spellStart"/>
            <w:r w:rsidRPr="00684EB1">
              <w:rPr>
                <w:rFonts w:cs="Times New Roman"/>
                <w:szCs w:val="28"/>
              </w:rPr>
              <w:t>методист</w:t>
            </w:r>
            <w:proofErr w:type="spellEnd"/>
          </w:p>
        </w:tc>
      </w:tr>
      <w:tr w:rsidR="00B9286B" w:rsidRPr="00684EB1" w14:paraId="06DFDE0C" w14:textId="77777777">
        <w:trPr>
          <w:jc w:val="center"/>
        </w:trPr>
        <w:tc>
          <w:tcPr>
            <w:tcW w:w="1814" w:type="dxa"/>
          </w:tcPr>
          <w:p w14:paraId="52BEE9D7" w14:textId="77777777" w:rsidR="00B9286B" w:rsidRPr="00684EB1" w:rsidRDefault="00BE1021" w:rsidP="00F7265A">
            <w:pPr>
              <w:ind w:firstLine="0"/>
              <w:rPr>
                <w:rFonts w:cs="Times New Roman"/>
                <w:szCs w:val="28"/>
              </w:rPr>
            </w:pPr>
            <w:proofErr w:type="spellStart"/>
            <w:r w:rsidRPr="00684EB1">
              <w:rPr>
                <w:rFonts w:cs="Times New Roman"/>
                <w:szCs w:val="28"/>
              </w:rPr>
              <w:t>Командные</w:t>
            </w:r>
            <w:proofErr w:type="spellEnd"/>
            <w:r w:rsidRPr="00684EB1">
              <w:rPr>
                <w:rFonts w:cs="Times New Roman"/>
                <w:szCs w:val="28"/>
              </w:rPr>
              <w:t xml:space="preserve"> </w:t>
            </w:r>
            <w:proofErr w:type="spellStart"/>
            <w:r w:rsidRPr="00684EB1">
              <w:rPr>
                <w:rFonts w:cs="Times New Roman"/>
                <w:szCs w:val="28"/>
              </w:rPr>
              <w:t>навыки</w:t>
            </w:r>
            <w:proofErr w:type="spellEnd"/>
          </w:p>
        </w:tc>
        <w:tc>
          <w:tcPr>
            <w:tcW w:w="2268" w:type="dxa"/>
          </w:tcPr>
          <w:p w14:paraId="011DC9C1" w14:textId="77777777" w:rsidR="00B9286B" w:rsidRPr="00684EB1" w:rsidRDefault="00BE1021" w:rsidP="00F7265A">
            <w:pPr>
              <w:ind w:firstLine="0"/>
              <w:rPr>
                <w:rFonts w:cs="Times New Roman"/>
                <w:szCs w:val="28"/>
              </w:rPr>
            </w:pPr>
            <w:proofErr w:type="spellStart"/>
            <w:r w:rsidRPr="00684EB1">
              <w:rPr>
                <w:rFonts w:cs="Times New Roman"/>
                <w:szCs w:val="28"/>
              </w:rPr>
              <w:t>Сотрудничество</w:t>
            </w:r>
            <w:proofErr w:type="spellEnd"/>
            <w:r w:rsidRPr="00684EB1">
              <w:rPr>
                <w:rFonts w:cs="Times New Roman"/>
                <w:szCs w:val="28"/>
              </w:rPr>
              <w:t xml:space="preserve">, </w:t>
            </w:r>
            <w:proofErr w:type="spellStart"/>
            <w:r w:rsidRPr="00684EB1">
              <w:rPr>
                <w:rFonts w:cs="Times New Roman"/>
                <w:szCs w:val="28"/>
              </w:rPr>
              <w:t>взаимопомощь</w:t>
            </w:r>
            <w:proofErr w:type="spellEnd"/>
            <w:r w:rsidRPr="00684EB1">
              <w:rPr>
                <w:rFonts w:cs="Times New Roman"/>
                <w:szCs w:val="28"/>
              </w:rPr>
              <w:t xml:space="preserve">, </w:t>
            </w:r>
            <w:proofErr w:type="spellStart"/>
            <w:r w:rsidRPr="00684EB1">
              <w:rPr>
                <w:rFonts w:cs="Times New Roman"/>
                <w:szCs w:val="28"/>
              </w:rPr>
              <w:t>ответственность</w:t>
            </w:r>
            <w:proofErr w:type="spellEnd"/>
          </w:p>
        </w:tc>
        <w:tc>
          <w:tcPr>
            <w:tcW w:w="1814" w:type="dxa"/>
          </w:tcPr>
          <w:p w14:paraId="6ED1B31F" w14:textId="77777777" w:rsidR="00B9286B" w:rsidRPr="00684EB1" w:rsidRDefault="00BE1021" w:rsidP="00F7265A">
            <w:pPr>
              <w:ind w:firstLine="0"/>
              <w:rPr>
                <w:rFonts w:cs="Times New Roman"/>
                <w:szCs w:val="28"/>
              </w:rPr>
            </w:pPr>
            <w:proofErr w:type="spellStart"/>
            <w:r w:rsidRPr="00684EB1">
              <w:rPr>
                <w:rFonts w:cs="Times New Roman"/>
                <w:szCs w:val="28"/>
              </w:rPr>
              <w:t>Наблюдение</w:t>
            </w:r>
            <w:proofErr w:type="spellEnd"/>
            <w:r w:rsidRPr="00684EB1">
              <w:rPr>
                <w:rFonts w:cs="Times New Roman"/>
                <w:szCs w:val="28"/>
              </w:rPr>
              <w:t xml:space="preserve">, </w:t>
            </w:r>
            <w:proofErr w:type="spellStart"/>
            <w:r w:rsidRPr="00684EB1">
              <w:rPr>
                <w:rFonts w:cs="Times New Roman"/>
                <w:szCs w:val="28"/>
              </w:rPr>
              <w:t>рефлексия</w:t>
            </w:r>
            <w:proofErr w:type="spellEnd"/>
          </w:p>
        </w:tc>
        <w:tc>
          <w:tcPr>
            <w:tcW w:w="2098" w:type="dxa"/>
          </w:tcPr>
          <w:p w14:paraId="7DD1AD70" w14:textId="77777777" w:rsidR="00B9286B" w:rsidRPr="00684EB1" w:rsidRDefault="00BE1021" w:rsidP="00F7265A">
            <w:pPr>
              <w:ind w:firstLine="0"/>
              <w:rPr>
                <w:rFonts w:cs="Times New Roman"/>
                <w:szCs w:val="28"/>
              </w:rPr>
            </w:pPr>
            <w:r w:rsidRPr="00684EB1">
              <w:rPr>
                <w:rFonts w:cs="Times New Roman"/>
                <w:szCs w:val="28"/>
              </w:rPr>
              <w:t xml:space="preserve">1-3 </w:t>
            </w:r>
            <w:proofErr w:type="spellStart"/>
            <w:r w:rsidRPr="00684EB1">
              <w:rPr>
                <w:rFonts w:cs="Times New Roman"/>
                <w:szCs w:val="28"/>
              </w:rPr>
              <w:t>требует</w:t>
            </w:r>
            <w:proofErr w:type="spellEnd"/>
            <w:r w:rsidRPr="00684EB1">
              <w:rPr>
                <w:rFonts w:cs="Times New Roman"/>
                <w:szCs w:val="28"/>
              </w:rPr>
              <w:t xml:space="preserve"> </w:t>
            </w:r>
            <w:proofErr w:type="spellStart"/>
            <w:r w:rsidRPr="00684EB1">
              <w:rPr>
                <w:rFonts w:cs="Times New Roman"/>
                <w:szCs w:val="28"/>
              </w:rPr>
              <w:t>поддержки</w:t>
            </w:r>
            <w:proofErr w:type="spellEnd"/>
            <w:r w:rsidRPr="00684EB1">
              <w:rPr>
                <w:rFonts w:cs="Times New Roman"/>
                <w:szCs w:val="28"/>
              </w:rPr>
              <w:t xml:space="preserve">; 4-7 </w:t>
            </w:r>
            <w:proofErr w:type="spellStart"/>
            <w:r w:rsidRPr="00684EB1">
              <w:rPr>
                <w:rFonts w:cs="Times New Roman"/>
                <w:szCs w:val="28"/>
              </w:rPr>
              <w:t>развивается</w:t>
            </w:r>
            <w:proofErr w:type="spellEnd"/>
            <w:r w:rsidRPr="00684EB1">
              <w:rPr>
                <w:rFonts w:cs="Times New Roman"/>
                <w:szCs w:val="28"/>
              </w:rPr>
              <w:t xml:space="preserve">; 8-10 </w:t>
            </w:r>
            <w:proofErr w:type="spellStart"/>
            <w:r w:rsidRPr="00684EB1">
              <w:rPr>
                <w:rFonts w:cs="Times New Roman"/>
                <w:szCs w:val="28"/>
              </w:rPr>
              <w:t>выражено</w:t>
            </w:r>
            <w:proofErr w:type="spellEnd"/>
          </w:p>
        </w:tc>
        <w:tc>
          <w:tcPr>
            <w:tcW w:w="1814" w:type="dxa"/>
          </w:tcPr>
          <w:p w14:paraId="6FF78CC2" w14:textId="77777777" w:rsidR="00B9286B" w:rsidRPr="00684EB1" w:rsidRDefault="00BE1021" w:rsidP="00F7265A">
            <w:pPr>
              <w:ind w:firstLine="0"/>
              <w:rPr>
                <w:rFonts w:cs="Times New Roman"/>
                <w:szCs w:val="28"/>
              </w:rPr>
            </w:pPr>
            <w:proofErr w:type="spellStart"/>
            <w:r w:rsidRPr="00684EB1">
              <w:rPr>
                <w:rFonts w:cs="Times New Roman"/>
                <w:szCs w:val="28"/>
              </w:rPr>
              <w:t>Вожатые</w:t>
            </w:r>
            <w:proofErr w:type="spellEnd"/>
            <w:r w:rsidRPr="00684EB1">
              <w:rPr>
                <w:rFonts w:cs="Times New Roman"/>
                <w:szCs w:val="28"/>
              </w:rPr>
              <w:t xml:space="preserve">, </w:t>
            </w:r>
            <w:proofErr w:type="spellStart"/>
            <w:r w:rsidRPr="00684EB1">
              <w:rPr>
                <w:rFonts w:cs="Times New Roman"/>
                <w:szCs w:val="28"/>
              </w:rPr>
              <w:t>воспитатели</w:t>
            </w:r>
            <w:proofErr w:type="spellEnd"/>
          </w:p>
        </w:tc>
      </w:tr>
      <w:tr w:rsidR="00B9286B" w:rsidRPr="00684EB1" w14:paraId="7E6C57DA" w14:textId="77777777">
        <w:trPr>
          <w:jc w:val="center"/>
        </w:trPr>
        <w:tc>
          <w:tcPr>
            <w:tcW w:w="1814" w:type="dxa"/>
          </w:tcPr>
          <w:p w14:paraId="555637AB" w14:textId="77777777" w:rsidR="00B9286B" w:rsidRPr="00684EB1" w:rsidRDefault="00BE1021" w:rsidP="00F7265A">
            <w:pPr>
              <w:ind w:firstLine="0"/>
              <w:rPr>
                <w:rFonts w:cs="Times New Roman"/>
                <w:szCs w:val="28"/>
              </w:rPr>
            </w:pPr>
            <w:proofErr w:type="spellStart"/>
            <w:r w:rsidRPr="00684EB1">
              <w:rPr>
                <w:rFonts w:cs="Times New Roman"/>
                <w:szCs w:val="28"/>
              </w:rPr>
              <w:t>Спортивно-оздоровительная</w:t>
            </w:r>
            <w:proofErr w:type="spellEnd"/>
            <w:r w:rsidRPr="00684EB1">
              <w:rPr>
                <w:rFonts w:cs="Times New Roman"/>
                <w:szCs w:val="28"/>
              </w:rPr>
              <w:t xml:space="preserve"> </w:t>
            </w:r>
            <w:proofErr w:type="spellStart"/>
            <w:r w:rsidRPr="00684EB1">
              <w:rPr>
                <w:rFonts w:cs="Times New Roman"/>
                <w:szCs w:val="28"/>
              </w:rPr>
              <w:t>деятельность</w:t>
            </w:r>
            <w:proofErr w:type="spellEnd"/>
          </w:p>
        </w:tc>
        <w:tc>
          <w:tcPr>
            <w:tcW w:w="2268" w:type="dxa"/>
          </w:tcPr>
          <w:p w14:paraId="67A275A2" w14:textId="77777777" w:rsidR="00B9286B" w:rsidRPr="00684EB1" w:rsidRDefault="00BE1021" w:rsidP="00F7265A">
            <w:pPr>
              <w:ind w:firstLine="0"/>
              <w:rPr>
                <w:rFonts w:cs="Times New Roman"/>
                <w:szCs w:val="28"/>
              </w:rPr>
            </w:pPr>
            <w:proofErr w:type="spellStart"/>
            <w:r w:rsidRPr="00684EB1">
              <w:rPr>
                <w:rFonts w:cs="Times New Roman"/>
                <w:szCs w:val="28"/>
              </w:rPr>
              <w:t>Участие</w:t>
            </w:r>
            <w:proofErr w:type="spellEnd"/>
            <w:r w:rsidRPr="00684EB1">
              <w:rPr>
                <w:rFonts w:cs="Times New Roman"/>
                <w:szCs w:val="28"/>
              </w:rPr>
              <w:t xml:space="preserve">, </w:t>
            </w:r>
            <w:proofErr w:type="spellStart"/>
            <w:r w:rsidRPr="00684EB1">
              <w:rPr>
                <w:rFonts w:cs="Times New Roman"/>
                <w:szCs w:val="28"/>
              </w:rPr>
              <w:t>соблюдение</w:t>
            </w:r>
            <w:proofErr w:type="spellEnd"/>
            <w:r w:rsidRPr="00684EB1">
              <w:rPr>
                <w:rFonts w:cs="Times New Roman"/>
                <w:szCs w:val="28"/>
              </w:rPr>
              <w:t xml:space="preserve"> </w:t>
            </w:r>
            <w:proofErr w:type="spellStart"/>
            <w:r w:rsidRPr="00684EB1">
              <w:rPr>
                <w:rFonts w:cs="Times New Roman"/>
                <w:szCs w:val="28"/>
              </w:rPr>
              <w:t>безопасности</w:t>
            </w:r>
            <w:proofErr w:type="spellEnd"/>
            <w:r w:rsidRPr="00684EB1">
              <w:rPr>
                <w:rFonts w:cs="Times New Roman"/>
                <w:szCs w:val="28"/>
              </w:rPr>
              <w:t xml:space="preserve">, </w:t>
            </w:r>
            <w:proofErr w:type="spellStart"/>
            <w:r w:rsidRPr="00684EB1">
              <w:rPr>
                <w:rFonts w:cs="Times New Roman"/>
                <w:szCs w:val="28"/>
              </w:rPr>
              <w:t>командность</w:t>
            </w:r>
            <w:proofErr w:type="spellEnd"/>
          </w:p>
        </w:tc>
        <w:tc>
          <w:tcPr>
            <w:tcW w:w="1814" w:type="dxa"/>
          </w:tcPr>
          <w:p w14:paraId="5E87B1E0" w14:textId="77777777" w:rsidR="00B9286B" w:rsidRPr="00684EB1" w:rsidRDefault="00BE1021" w:rsidP="00F7265A">
            <w:pPr>
              <w:ind w:firstLine="0"/>
              <w:rPr>
                <w:rFonts w:cs="Times New Roman"/>
                <w:szCs w:val="28"/>
              </w:rPr>
            </w:pPr>
            <w:proofErr w:type="spellStart"/>
            <w:r w:rsidRPr="00684EB1">
              <w:rPr>
                <w:rFonts w:cs="Times New Roman"/>
                <w:szCs w:val="28"/>
              </w:rPr>
              <w:t>Наблюдение</w:t>
            </w:r>
            <w:proofErr w:type="spellEnd"/>
            <w:r w:rsidRPr="00684EB1">
              <w:rPr>
                <w:rFonts w:cs="Times New Roman"/>
                <w:szCs w:val="28"/>
              </w:rPr>
              <w:t xml:space="preserve">, </w:t>
            </w:r>
            <w:proofErr w:type="spellStart"/>
            <w:r w:rsidRPr="00684EB1">
              <w:rPr>
                <w:rFonts w:cs="Times New Roman"/>
                <w:szCs w:val="28"/>
              </w:rPr>
              <w:t>участие</w:t>
            </w:r>
            <w:proofErr w:type="spellEnd"/>
            <w:r w:rsidRPr="00684EB1">
              <w:rPr>
                <w:rFonts w:cs="Times New Roman"/>
                <w:szCs w:val="28"/>
              </w:rPr>
              <w:t xml:space="preserve"> в </w:t>
            </w:r>
            <w:proofErr w:type="spellStart"/>
            <w:r w:rsidRPr="00684EB1">
              <w:rPr>
                <w:rFonts w:cs="Times New Roman"/>
                <w:szCs w:val="28"/>
              </w:rPr>
              <w:t>играх</w:t>
            </w:r>
            <w:proofErr w:type="spellEnd"/>
          </w:p>
        </w:tc>
        <w:tc>
          <w:tcPr>
            <w:tcW w:w="2098" w:type="dxa"/>
          </w:tcPr>
          <w:p w14:paraId="16BFB90B" w14:textId="77777777" w:rsidR="00B9286B" w:rsidRPr="00684EB1" w:rsidRDefault="00BE1021" w:rsidP="00F7265A">
            <w:pPr>
              <w:ind w:firstLine="0"/>
              <w:rPr>
                <w:rFonts w:cs="Times New Roman"/>
                <w:szCs w:val="28"/>
              </w:rPr>
            </w:pPr>
            <w:r w:rsidRPr="00684EB1">
              <w:rPr>
                <w:rFonts w:cs="Times New Roman"/>
                <w:szCs w:val="28"/>
              </w:rPr>
              <w:t xml:space="preserve">1-3 </w:t>
            </w:r>
            <w:proofErr w:type="spellStart"/>
            <w:r w:rsidRPr="00684EB1">
              <w:rPr>
                <w:rFonts w:cs="Times New Roman"/>
                <w:szCs w:val="28"/>
              </w:rPr>
              <w:t>низкая</w:t>
            </w:r>
            <w:proofErr w:type="spellEnd"/>
            <w:r w:rsidRPr="00684EB1">
              <w:rPr>
                <w:rFonts w:cs="Times New Roman"/>
                <w:szCs w:val="28"/>
              </w:rPr>
              <w:t xml:space="preserve"> </w:t>
            </w:r>
            <w:proofErr w:type="spellStart"/>
            <w:r w:rsidRPr="00684EB1">
              <w:rPr>
                <w:rFonts w:cs="Times New Roman"/>
                <w:szCs w:val="28"/>
              </w:rPr>
              <w:t>активность</w:t>
            </w:r>
            <w:proofErr w:type="spellEnd"/>
            <w:r w:rsidRPr="00684EB1">
              <w:rPr>
                <w:rFonts w:cs="Times New Roman"/>
                <w:szCs w:val="28"/>
              </w:rPr>
              <w:t xml:space="preserve">; 4-7 </w:t>
            </w:r>
            <w:proofErr w:type="spellStart"/>
            <w:r w:rsidRPr="00684EB1">
              <w:rPr>
                <w:rFonts w:cs="Times New Roman"/>
                <w:szCs w:val="28"/>
              </w:rPr>
              <w:t>регулярная</w:t>
            </w:r>
            <w:proofErr w:type="spellEnd"/>
            <w:r w:rsidRPr="00684EB1">
              <w:rPr>
                <w:rFonts w:cs="Times New Roman"/>
                <w:szCs w:val="28"/>
              </w:rPr>
              <w:t xml:space="preserve">; 8-10 </w:t>
            </w:r>
            <w:proofErr w:type="spellStart"/>
            <w:r w:rsidRPr="00684EB1">
              <w:rPr>
                <w:rFonts w:cs="Times New Roman"/>
                <w:szCs w:val="28"/>
              </w:rPr>
              <w:t>высокая</w:t>
            </w:r>
            <w:proofErr w:type="spellEnd"/>
          </w:p>
        </w:tc>
        <w:tc>
          <w:tcPr>
            <w:tcW w:w="1814" w:type="dxa"/>
          </w:tcPr>
          <w:p w14:paraId="542A863B" w14:textId="77777777" w:rsidR="00B9286B" w:rsidRPr="00684EB1" w:rsidRDefault="00BE1021" w:rsidP="00F7265A">
            <w:pPr>
              <w:ind w:firstLine="0"/>
              <w:rPr>
                <w:rFonts w:cs="Times New Roman"/>
                <w:szCs w:val="28"/>
              </w:rPr>
            </w:pPr>
            <w:proofErr w:type="spellStart"/>
            <w:r w:rsidRPr="00684EB1">
              <w:rPr>
                <w:rFonts w:cs="Times New Roman"/>
                <w:szCs w:val="28"/>
              </w:rPr>
              <w:t>Ответственный</w:t>
            </w:r>
            <w:proofErr w:type="spellEnd"/>
            <w:r w:rsidRPr="00684EB1">
              <w:rPr>
                <w:rFonts w:cs="Times New Roman"/>
                <w:szCs w:val="28"/>
              </w:rPr>
              <w:t xml:space="preserve"> </w:t>
            </w:r>
            <w:proofErr w:type="spellStart"/>
            <w:r w:rsidRPr="00684EB1">
              <w:rPr>
                <w:rFonts w:cs="Times New Roman"/>
                <w:szCs w:val="28"/>
              </w:rPr>
              <w:t>за</w:t>
            </w:r>
            <w:proofErr w:type="spellEnd"/>
            <w:r w:rsidRPr="00684EB1">
              <w:rPr>
                <w:rFonts w:cs="Times New Roman"/>
                <w:szCs w:val="28"/>
              </w:rPr>
              <w:t xml:space="preserve"> </w:t>
            </w:r>
            <w:proofErr w:type="spellStart"/>
            <w:r w:rsidRPr="00684EB1">
              <w:rPr>
                <w:rFonts w:cs="Times New Roman"/>
                <w:szCs w:val="28"/>
              </w:rPr>
              <w:t>спорт</w:t>
            </w:r>
            <w:proofErr w:type="spellEnd"/>
            <w:r w:rsidRPr="00684EB1">
              <w:rPr>
                <w:rFonts w:cs="Times New Roman"/>
                <w:szCs w:val="28"/>
              </w:rPr>
              <w:t xml:space="preserve">, </w:t>
            </w:r>
            <w:proofErr w:type="spellStart"/>
            <w:r w:rsidRPr="00684EB1">
              <w:rPr>
                <w:rFonts w:cs="Times New Roman"/>
                <w:szCs w:val="28"/>
              </w:rPr>
              <w:t>вожатые</w:t>
            </w:r>
            <w:proofErr w:type="spellEnd"/>
          </w:p>
        </w:tc>
      </w:tr>
      <w:tr w:rsidR="00B9286B" w:rsidRPr="00684EB1" w14:paraId="46C9C9B3" w14:textId="77777777">
        <w:trPr>
          <w:jc w:val="center"/>
        </w:trPr>
        <w:tc>
          <w:tcPr>
            <w:tcW w:w="1814" w:type="dxa"/>
          </w:tcPr>
          <w:p w14:paraId="1D733EE8" w14:textId="77777777" w:rsidR="00B9286B" w:rsidRPr="00684EB1" w:rsidRDefault="00BE1021" w:rsidP="00F7265A">
            <w:pPr>
              <w:ind w:firstLine="0"/>
              <w:rPr>
                <w:rFonts w:cs="Times New Roman"/>
                <w:szCs w:val="28"/>
              </w:rPr>
            </w:pPr>
            <w:proofErr w:type="spellStart"/>
            <w:r w:rsidRPr="00684EB1">
              <w:rPr>
                <w:rFonts w:cs="Times New Roman"/>
                <w:szCs w:val="28"/>
              </w:rPr>
              <w:t>Эмоциональное</w:t>
            </w:r>
            <w:proofErr w:type="spellEnd"/>
            <w:r w:rsidRPr="00684EB1">
              <w:rPr>
                <w:rFonts w:cs="Times New Roman"/>
                <w:szCs w:val="28"/>
              </w:rPr>
              <w:t xml:space="preserve"> </w:t>
            </w:r>
            <w:proofErr w:type="spellStart"/>
            <w:r w:rsidRPr="00684EB1">
              <w:rPr>
                <w:rFonts w:cs="Times New Roman"/>
                <w:szCs w:val="28"/>
              </w:rPr>
              <w:t>благополучие</w:t>
            </w:r>
            <w:proofErr w:type="spellEnd"/>
          </w:p>
        </w:tc>
        <w:tc>
          <w:tcPr>
            <w:tcW w:w="2268" w:type="dxa"/>
          </w:tcPr>
          <w:p w14:paraId="694115BB" w14:textId="77777777" w:rsidR="00B9286B" w:rsidRPr="00684EB1" w:rsidRDefault="00BE1021" w:rsidP="00F7265A">
            <w:pPr>
              <w:ind w:firstLine="0"/>
              <w:rPr>
                <w:rFonts w:cs="Times New Roman"/>
                <w:szCs w:val="28"/>
                <w:lang w:val="ru-RU"/>
              </w:rPr>
            </w:pPr>
            <w:r w:rsidRPr="00684EB1">
              <w:rPr>
                <w:rFonts w:cs="Times New Roman"/>
                <w:szCs w:val="28"/>
                <w:lang w:val="ru-RU"/>
              </w:rPr>
              <w:t>Настроение, комфорт, снижение конфликтов и языковой тревожности</w:t>
            </w:r>
          </w:p>
        </w:tc>
        <w:tc>
          <w:tcPr>
            <w:tcW w:w="1814" w:type="dxa"/>
          </w:tcPr>
          <w:p w14:paraId="00EBA3C5" w14:textId="77777777" w:rsidR="00B9286B" w:rsidRPr="00684EB1" w:rsidRDefault="00BE1021" w:rsidP="00F7265A">
            <w:pPr>
              <w:ind w:firstLine="0"/>
              <w:rPr>
                <w:rFonts w:cs="Times New Roman"/>
                <w:szCs w:val="28"/>
              </w:rPr>
            </w:pPr>
            <w:proofErr w:type="spellStart"/>
            <w:r w:rsidRPr="00684EB1">
              <w:rPr>
                <w:rFonts w:cs="Times New Roman"/>
                <w:szCs w:val="28"/>
              </w:rPr>
              <w:t>Беседы</w:t>
            </w:r>
            <w:proofErr w:type="spellEnd"/>
            <w:r w:rsidRPr="00684EB1">
              <w:rPr>
                <w:rFonts w:cs="Times New Roman"/>
                <w:szCs w:val="28"/>
              </w:rPr>
              <w:t xml:space="preserve">, </w:t>
            </w:r>
            <w:proofErr w:type="spellStart"/>
            <w:r w:rsidRPr="00684EB1">
              <w:rPr>
                <w:rFonts w:cs="Times New Roman"/>
                <w:szCs w:val="28"/>
              </w:rPr>
              <w:t>рефлексия</w:t>
            </w:r>
            <w:proofErr w:type="spellEnd"/>
            <w:r w:rsidRPr="00684EB1">
              <w:rPr>
                <w:rFonts w:cs="Times New Roman"/>
                <w:szCs w:val="28"/>
              </w:rPr>
              <w:t xml:space="preserve">, </w:t>
            </w:r>
            <w:proofErr w:type="spellStart"/>
            <w:r w:rsidRPr="00684EB1">
              <w:rPr>
                <w:rFonts w:cs="Times New Roman"/>
                <w:szCs w:val="28"/>
              </w:rPr>
              <w:t>наблюдение</w:t>
            </w:r>
            <w:proofErr w:type="spellEnd"/>
          </w:p>
        </w:tc>
        <w:tc>
          <w:tcPr>
            <w:tcW w:w="2098" w:type="dxa"/>
          </w:tcPr>
          <w:p w14:paraId="6AF66134" w14:textId="77777777" w:rsidR="00B9286B" w:rsidRPr="00684EB1" w:rsidRDefault="00BE1021" w:rsidP="00F7265A">
            <w:pPr>
              <w:ind w:firstLine="0"/>
              <w:rPr>
                <w:rFonts w:cs="Times New Roman"/>
                <w:szCs w:val="28"/>
              </w:rPr>
            </w:pPr>
            <w:r w:rsidRPr="00684EB1">
              <w:rPr>
                <w:rFonts w:cs="Times New Roman"/>
                <w:szCs w:val="28"/>
              </w:rPr>
              <w:t xml:space="preserve">1-3 </w:t>
            </w:r>
            <w:proofErr w:type="spellStart"/>
            <w:r w:rsidRPr="00684EB1">
              <w:rPr>
                <w:rFonts w:cs="Times New Roman"/>
                <w:szCs w:val="28"/>
              </w:rPr>
              <w:t>тревожное</w:t>
            </w:r>
            <w:proofErr w:type="spellEnd"/>
            <w:r w:rsidRPr="00684EB1">
              <w:rPr>
                <w:rFonts w:cs="Times New Roman"/>
                <w:szCs w:val="28"/>
              </w:rPr>
              <w:t xml:space="preserve">; 4-7 </w:t>
            </w:r>
            <w:proofErr w:type="spellStart"/>
            <w:r w:rsidRPr="00684EB1">
              <w:rPr>
                <w:rFonts w:cs="Times New Roman"/>
                <w:szCs w:val="28"/>
              </w:rPr>
              <w:t>стабильное</w:t>
            </w:r>
            <w:proofErr w:type="spellEnd"/>
            <w:r w:rsidRPr="00684EB1">
              <w:rPr>
                <w:rFonts w:cs="Times New Roman"/>
                <w:szCs w:val="28"/>
              </w:rPr>
              <w:t xml:space="preserve">; 8-10 </w:t>
            </w:r>
            <w:proofErr w:type="spellStart"/>
            <w:r w:rsidRPr="00684EB1">
              <w:rPr>
                <w:rFonts w:cs="Times New Roman"/>
                <w:szCs w:val="28"/>
              </w:rPr>
              <w:t>комфортное</w:t>
            </w:r>
            <w:proofErr w:type="spellEnd"/>
          </w:p>
        </w:tc>
        <w:tc>
          <w:tcPr>
            <w:tcW w:w="1814" w:type="dxa"/>
          </w:tcPr>
          <w:p w14:paraId="08FC0148" w14:textId="77777777" w:rsidR="00B9286B" w:rsidRPr="00684EB1" w:rsidRDefault="00BE1021" w:rsidP="00F7265A">
            <w:pPr>
              <w:ind w:firstLine="0"/>
              <w:rPr>
                <w:rFonts w:cs="Times New Roman"/>
                <w:szCs w:val="28"/>
              </w:rPr>
            </w:pPr>
            <w:proofErr w:type="spellStart"/>
            <w:r w:rsidRPr="00684EB1">
              <w:rPr>
                <w:rFonts w:cs="Times New Roman"/>
                <w:szCs w:val="28"/>
              </w:rPr>
              <w:t>Вожатые</w:t>
            </w:r>
            <w:proofErr w:type="spellEnd"/>
            <w:r w:rsidRPr="00684EB1">
              <w:rPr>
                <w:rFonts w:cs="Times New Roman"/>
                <w:szCs w:val="28"/>
              </w:rPr>
              <w:t xml:space="preserve">, </w:t>
            </w:r>
            <w:proofErr w:type="spellStart"/>
            <w:r w:rsidRPr="00684EB1">
              <w:rPr>
                <w:rFonts w:cs="Times New Roman"/>
                <w:szCs w:val="28"/>
              </w:rPr>
              <w:t>психолог</w:t>
            </w:r>
            <w:proofErr w:type="spellEnd"/>
            <w:r w:rsidRPr="00684EB1">
              <w:rPr>
                <w:rFonts w:cs="Times New Roman"/>
                <w:szCs w:val="28"/>
              </w:rPr>
              <w:t xml:space="preserve"> </w:t>
            </w:r>
            <w:proofErr w:type="spellStart"/>
            <w:r w:rsidRPr="00684EB1">
              <w:rPr>
                <w:rFonts w:cs="Times New Roman"/>
                <w:szCs w:val="28"/>
              </w:rPr>
              <w:t>при</w:t>
            </w:r>
            <w:proofErr w:type="spellEnd"/>
            <w:r w:rsidRPr="00684EB1">
              <w:rPr>
                <w:rFonts w:cs="Times New Roman"/>
                <w:szCs w:val="28"/>
              </w:rPr>
              <w:t xml:space="preserve"> </w:t>
            </w:r>
            <w:proofErr w:type="spellStart"/>
            <w:r w:rsidRPr="00684EB1">
              <w:rPr>
                <w:rFonts w:cs="Times New Roman"/>
                <w:szCs w:val="28"/>
              </w:rPr>
              <w:t>наличии</w:t>
            </w:r>
            <w:proofErr w:type="spellEnd"/>
          </w:p>
        </w:tc>
      </w:tr>
      <w:tr w:rsidR="00B9286B" w:rsidRPr="00684EB1" w14:paraId="1D055F29" w14:textId="77777777">
        <w:trPr>
          <w:jc w:val="center"/>
        </w:trPr>
        <w:tc>
          <w:tcPr>
            <w:tcW w:w="1814" w:type="dxa"/>
          </w:tcPr>
          <w:p w14:paraId="464BA7C0" w14:textId="77777777" w:rsidR="00B9286B" w:rsidRPr="00684EB1" w:rsidRDefault="00BE1021" w:rsidP="00F7265A">
            <w:pPr>
              <w:ind w:firstLine="0"/>
              <w:rPr>
                <w:rFonts w:cs="Times New Roman"/>
                <w:szCs w:val="28"/>
              </w:rPr>
            </w:pPr>
            <w:proofErr w:type="spellStart"/>
            <w:r w:rsidRPr="00684EB1">
              <w:rPr>
                <w:rFonts w:cs="Times New Roman"/>
                <w:szCs w:val="28"/>
              </w:rPr>
              <w:t>Удовлетворенность</w:t>
            </w:r>
            <w:proofErr w:type="spellEnd"/>
          </w:p>
        </w:tc>
        <w:tc>
          <w:tcPr>
            <w:tcW w:w="2268" w:type="dxa"/>
          </w:tcPr>
          <w:p w14:paraId="5F6F54C7" w14:textId="77777777" w:rsidR="00B9286B" w:rsidRPr="00684EB1" w:rsidRDefault="00BE1021" w:rsidP="00F7265A">
            <w:pPr>
              <w:ind w:firstLine="0"/>
              <w:rPr>
                <w:rFonts w:cs="Times New Roman"/>
                <w:szCs w:val="28"/>
                <w:lang w:val="ru-RU"/>
              </w:rPr>
            </w:pPr>
            <w:r w:rsidRPr="00684EB1">
              <w:rPr>
                <w:rFonts w:cs="Times New Roman"/>
                <w:szCs w:val="28"/>
                <w:lang w:val="ru-RU"/>
              </w:rPr>
              <w:t>Отношение к смене, условиям и мероприятиям</w:t>
            </w:r>
          </w:p>
        </w:tc>
        <w:tc>
          <w:tcPr>
            <w:tcW w:w="1814" w:type="dxa"/>
          </w:tcPr>
          <w:p w14:paraId="4D1442F0" w14:textId="77777777" w:rsidR="00B9286B" w:rsidRPr="00684EB1" w:rsidRDefault="00BE1021" w:rsidP="00F7265A">
            <w:pPr>
              <w:ind w:firstLine="0"/>
              <w:rPr>
                <w:rFonts w:cs="Times New Roman"/>
                <w:szCs w:val="28"/>
              </w:rPr>
            </w:pPr>
            <w:proofErr w:type="spellStart"/>
            <w:r w:rsidRPr="00684EB1">
              <w:rPr>
                <w:rFonts w:cs="Times New Roman"/>
                <w:szCs w:val="28"/>
              </w:rPr>
              <w:t>Анкетирование</w:t>
            </w:r>
            <w:proofErr w:type="spellEnd"/>
            <w:r w:rsidRPr="00684EB1">
              <w:rPr>
                <w:rFonts w:cs="Times New Roman"/>
                <w:szCs w:val="28"/>
              </w:rPr>
              <w:t xml:space="preserve">, </w:t>
            </w:r>
            <w:proofErr w:type="spellStart"/>
            <w:r w:rsidRPr="00684EB1">
              <w:rPr>
                <w:rFonts w:cs="Times New Roman"/>
                <w:szCs w:val="28"/>
              </w:rPr>
              <w:t>обратная</w:t>
            </w:r>
            <w:proofErr w:type="spellEnd"/>
            <w:r w:rsidRPr="00684EB1">
              <w:rPr>
                <w:rFonts w:cs="Times New Roman"/>
                <w:szCs w:val="28"/>
              </w:rPr>
              <w:t xml:space="preserve"> </w:t>
            </w:r>
            <w:proofErr w:type="spellStart"/>
            <w:r w:rsidRPr="00684EB1">
              <w:rPr>
                <w:rFonts w:cs="Times New Roman"/>
                <w:szCs w:val="28"/>
              </w:rPr>
              <w:t>связь</w:t>
            </w:r>
            <w:proofErr w:type="spellEnd"/>
          </w:p>
        </w:tc>
        <w:tc>
          <w:tcPr>
            <w:tcW w:w="2098" w:type="dxa"/>
          </w:tcPr>
          <w:p w14:paraId="1D58D991" w14:textId="77777777" w:rsidR="00B9286B" w:rsidRPr="00684EB1" w:rsidRDefault="00BE1021" w:rsidP="00F7265A">
            <w:pPr>
              <w:ind w:firstLine="0"/>
              <w:rPr>
                <w:rFonts w:cs="Times New Roman"/>
                <w:szCs w:val="28"/>
              </w:rPr>
            </w:pPr>
            <w:r w:rsidRPr="00684EB1">
              <w:rPr>
                <w:rFonts w:cs="Times New Roman"/>
                <w:szCs w:val="28"/>
              </w:rPr>
              <w:t xml:space="preserve">1-3 </w:t>
            </w:r>
            <w:proofErr w:type="spellStart"/>
            <w:r w:rsidRPr="00684EB1">
              <w:rPr>
                <w:rFonts w:cs="Times New Roman"/>
                <w:szCs w:val="28"/>
              </w:rPr>
              <w:t>низкая</w:t>
            </w:r>
            <w:proofErr w:type="spellEnd"/>
            <w:r w:rsidRPr="00684EB1">
              <w:rPr>
                <w:rFonts w:cs="Times New Roman"/>
                <w:szCs w:val="28"/>
              </w:rPr>
              <w:t xml:space="preserve">; 4-7 </w:t>
            </w:r>
            <w:proofErr w:type="spellStart"/>
            <w:r w:rsidRPr="00684EB1">
              <w:rPr>
                <w:rFonts w:cs="Times New Roman"/>
                <w:szCs w:val="28"/>
              </w:rPr>
              <w:t>достаточная</w:t>
            </w:r>
            <w:proofErr w:type="spellEnd"/>
            <w:r w:rsidRPr="00684EB1">
              <w:rPr>
                <w:rFonts w:cs="Times New Roman"/>
                <w:szCs w:val="28"/>
              </w:rPr>
              <w:t xml:space="preserve">; 8-10 </w:t>
            </w:r>
            <w:proofErr w:type="spellStart"/>
            <w:r w:rsidRPr="00684EB1">
              <w:rPr>
                <w:rFonts w:cs="Times New Roman"/>
                <w:szCs w:val="28"/>
              </w:rPr>
              <w:t>высокая</w:t>
            </w:r>
            <w:proofErr w:type="spellEnd"/>
          </w:p>
        </w:tc>
        <w:tc>
          <w:tcPr>
            <w:tcW w:w="1814" w:type="dxa"/>
          </w:tcPr>
          <w:p w14:paraId="749F441F" w14:textId="77777777" w:rsidR="00B9286B" w:rsidRPr="00684EB1" w:rsidRDefault="00BE1021" w:rsidP="00F7265A">
            <w:pPr>
              <w:ind w:firstLine="0"/>
              <w:rPr>
                <w:rFonts w:cs="Times New Roman"/>
                <w:szCs w:val="28"/>
              </w:rPr>
            </w:pPr>
            <w:proofErr w:type="spellStart"/>
            <w:r w:rsidRPr="00684EB1">
              <w:rPr>
                <w:rFonts w:cs="Times New Roman"/>
                <w:szCs w:val="28"/>
              </w:rPr>
              <w:t>Администрация</w:t>
            </w:r>
            <w:proofErr w:type="spellEnd"/>
            <w:r w:rsidRPr="00684EB1">
              <w:rPr>
                <w:rFonts w:cs="Times New Roman"/>
                <w:szCs w:val="28"/>
              </w:rPr>
              <w:t xml:space="preserve">, </w:t>
            </w:r>
            <w:proofErr w:type="spellStart"/>
            <w:r w:rsidRPr="00684EB1">
              <w:rPr>
                <w:rFonts w:cs="Times New Roman"/>
                <w:szCs w:val="28"/>
              </w:rPr>
              <w:t>методист</w:t>
            </w:r>
            <w:proofErr w:type="spellEnd"/>
          </w:p>
        </w:tc>
      </w:tr>
    </w:tbl>
    <w:p w14:paraId="72207225" w14:textId="77777777" w:rsidR="00B9286B" w:rsidRPr="00684EB1" w:rsidRDefault="00BE1021" w:rsidP="00F7265A">
      <w:pPr>
        <w:pStyle w:val="21"/>
        <w:spacing w:before="0" w:after="0"/>
        <w:ind w:firstLine="709"/>
        <w:rPr>
          <w:rFonts w:cs="Times New Roman"/>
          <w:szCs w:val="28"/>
        </w:rPr>
      </w:pPr>
      <w:proofErr w:type="spellStart"/>
      <w:r w:rsidRPr="00684EB1">
        <w:rPr>
          <w:rFonts w:eastAsia="Times New Roman" w:cs="Times New Roman"/>
          <w:szCs w:val="28"/>
        </w:rPr>
        <w:lastRenderedPageBreak/>
        <w:t>Порядок</w:t>
      </w:r>
      <w:proofErr w:type="spellEnd"/>
      <w:r w:rsidRPr="00684EB1">
        <w:rPr>
          <w:rFonts w:eastAsia="Times New Roman" w:cs="Times New Roman"/>
          <w:szCs w:val="28"/>
        </w:rPr>
        <w:t xml:space="preserve"> </w:t>
      </w:r>
      <w:proofErr w:type="spellStart"/>
      <w:r w:rsidRPr="00684EB1">
        <w:rPr>
          <w:rFonts w:eastAsia="Times New Roman" w:cs="Times New Roman"/>
          <w:szCs w:val="28"/>
        </w:rPr>
        <w:t>учета</w:t>
      </w:r>
      <w:proofErr w:type="spellEnd"/>
      <w:r w:rsidRPr="00684EB1">
        <w:rPr>
          <w:rFonts w:eastAsia="Times New Roman" w:cs="Times New Roman"/>
          <w:szCs w:val="28"/>
        </w:rPr>
        <w:t xml:space="preserve"> </w:t>
      </w:r>
      <w:proofErr w:type="spellStart"/>
      <w:r w:rsidRPr="00684EB1">
        <w:rPr>
          <w:rFonts w:eastAsia="Times New Roman" w:cs="Times New Roman"/>
          <w:szCs w:val="28"/>
        </w:rPr>
        <w:t>результатов</w:t>
      </w:r>
      <w:proofErr w:type="spellEnd"/>
      <w:r w:rsidRPr="00684EB1">
        <w:rPr>
          <w:rFonts w:eastAsia="Times New Roman" w:cs="Times New Roman"/>
          <w:szCs w:val="28"/>
        </w:rPr>
        <w:t xml:space="preserve"> </w:t>
      </w:r>
      <w:proofErr w:type="spellStart"/>
      <w:r w:rsidRPr="00684EB1">
        <w:rPr>
          <w:rFonts w:eastAsia="Times New Roman" w:cs="Times New Roman"/>
          <w:szCs w:val="28"/>
        </w:rPr>
        <w:t>мониторинга</w:t>
      </w:r>
      <w:proofErr w:type="spellEnd"/>
    </w:p>
    <w:p w14:paraId="61C7F5DE" w14:textId="77777777" w:rsidR="00B9286B" w:rsidRPr="00684EB1" w:rsidRDefault="00BE1021" w:rsidP="00F7265A">
      <w:pPr>
        <w:jc w:val="both"/>
        <w:rPr>
          <w:rFonts w:cs="Times New Roman"/>
          <w:szCs w:val="28"/>
          <w:lang w:val="ru-RU"/>
        </w:rPr>
      </w:pPr>
      <w:r w:rsidRPr="00684EB1">
        <w:rPr>
          <w:rFonts w:cs="Times New Roman"/>
          <w:szCs w:val="28"/>
          <w:lang w:val="ru-RU"/>
        </w:rPr>
        <w:t>По итогам текущего мониторинга педагогическая команда вносит оперативные изменения в организацию мероприятий, распределение нагрузки, формы поддержки участников и содержание последующих дней смены. По завершении смены результаты мониторинга обобщаются и используются при планировании следующих смен, обновлении методических материалов и совершенствовании Программы.</w:t>
      </w:r>
    </w:p>
    <w:p w14:paraId="51F9BA3D" w14:textId="77777777" w:rsidR="00496FDA" w:rsidRDefault="00496FDA" w:rsidP="00F7265A">
      <w:pPr>
        <w:pStyle w:val="1"/>
        <w:spacing w:before="0" w:after="0"/>
        <w:ind w:firstLine="709"/>
        <w:rPr>
          <w:rFonts w:eastAsia="Times New Roman" w:cs="Times New Roman"/>
          <w:lang w:val="ru-RU"/>
        </w:rPr>
      </w:pPr>
    </w:p>
    <w:p w14:paraId="36376C47" w14:textId="77777777" w:rsidR="00496FDA" w:rsidRDefault="00496FDA" w:rsidP="00F7265A">
      <w:pPr>
        <w:pStyle w:val="1"/>
        <w:spacing w:before="0" w:after="0"/>
        <w:ind w:firstLine="709"/>
        <w:rPr>
          <w:rFonts w:eastAsia="Times New Roman" w:cs="Times New Roman"/>
          <w:lang w:val="ru-RU"/>
        </w:rPr>
      </w:pPr>
    </w:p>
    <w:p w14:paraId="4F302C60" w14:textId="746A89DA" w:rsidR="00B9286B" w:rsidRPr="00684EB1" w:rsidRDefault="00BE1021" w:rsidP="00F7265A">
      <w:pPr>
        <w:pStyle w:val="1"/>
        <w:spacing w:before="0" w:after="0"/>
        <w:ind w:firstLine="709"/>
        <w:rPr>
          <w:rFonts w:cs="Times New Roman"/>
          <w:lang w:val="ru-RU"/>
        </w:rPr>
      </w:pPr>
      <w:r w:rsidRPr="00684EB1">
        <w:rPr>
          <w:rFonts w:eastAsia="Times New Roman" w:cs="Times New Roman"/>
          <w:lang w:val="ru-RU"/>
        </w:rPr>
        <w:t>Раздел 9. Список основной и дополнительной литературы</w:t>
      </w:r>
    </w:p>
    <w:p w14:paraId="062339D8" w14:textId="77777777" w:rsidR="00B9286B" w:rsidRPr="00684EB1" w:rsidRDefault="00BE1021" w:rsidP="00496FDA">
      <w:pPr>
        <w:pStyle w:val="21"/>
        <w:spacing w:before="0" w:after="0"/>
        <w:ind w:firstLine="709"/>
        <w:rPr>
          <w:rFonts w:cs="Times New Roman"/>
          <w:szCs w:val="28"/>
          <w:lang w:val="ru-RU"/>
        </w:rPr>
      </w:pPr>
      <w:bookmarkStart w:id="1" w:name="_GoBack"/>
      <w:bookmarkEnd w:id="1"/>
      <w:r w:rsidRPr="00684EB1">
        <w:rPr>
          <w:rFonts w:eastAsia="Times New Roman" w:cs="Times New Roman"/>
          <w:szCs w:val="28"/>
          <w:lang w:val="ru-RU"/>
        </w:rPr>
        <w:t>Нормативные правовые акты</w:t>
      </w:r>
    </w:p>
    <w:p w14:paraId="106EB437"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1) Конституция Республики Казахстан.</w:t>
      </w:r>
    </w:p>
    <w:p w14:paraId="020463EC"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2) Закон Республики Казахстан «Об образовании» от 27 июля 2007 года № 319-</w:t>
      </w:r>
      <w:r w:rsidRPr="00684EB1">
        <w:rPr>
          <w:rFonts w:cs="Times New Roman"/>
          <w:szCs w:val="28"/>
        </w:rPr>
        <w:t>III</w:t>
      </w:r>
      <w:r w:rsidRPr="00684EB1">
        <w:rPr>
          <w:rFonts w:cs="Times New Roman"/>
          <w:szCs w:val="28"/>
          <w:lang w:val="ru-RU"/>
        </w:rPr>
        <w:t>.</w:t>
      </w:r>
    </w:p>
    <w:p w14:paraId="7D7A0236"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3) Закон Республики Казахстан «О правах ребенка в Республике Казахстан» от 8 августа 2002 года № 345.</w:t>
      </w:r>
    </w:p>
    <w:p w14:paraId="4CB3DBA3"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4) Кодекс Республики Казахстан «О здоровье народа и системе здравоохранения» от 7 июля 2020 года № 360-</w:t>
      </w:r>
      <w:r w:rsidRPr="00684EB1">
        <w:rPr>
          <w:rFonts w:cs="Times New Roman"/>
          <w:szCs w:val="28"/>
        </w:rPr>
        <w:t>VI</w:t>
      </w:r>
      <w:r w:rsidRPr="00684EB1">
        <w:rPr>
          <w:rFonts w:cs="Times New Roman"/>
          <w:szCs w:val="28"/>
          <w:lang w:val="ru-RU"/>
        </w:rPr>
        <w:t>.</w:t>
      </w:r>
    </w:p>
    <w:p w14:paraId="2AFDDD19"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5) Закон Республики Казахстан «О статусе педагога» от 27 декабря 2019 года № 293-</w:t>
      </w:r>
      <w:r w:rsidRPr="00684EB1">
        <w:rPr>
          <w:rFonts w:cs="Times New Roman"/>
          <w:szCs w:val="28"/>
        </w:rPr>
        <w:t>VI</w:t>
      </w:r>
      <w:r w:rsidRPr="00684EB1">
        <w:rPr>
          <w:rFonts w:cs="Times New Roman"/>
          <w:szCs w:val="28"/>
          <w:lang w:val="ru-RU"/>
        </w:rPr>
        <w:t>.</w:t>
      </w:r>
    </w:p>
    <w:p w14:paraId="6817DC99"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6) Правила по разработке, согласованию и утверждению образовательно-оздоровительных программ несовершеннолетним, а также требования к их структуре и содержанию.</w:t>
      </w:r>
    </w:p>
    <w:p w14:paraId="7676D596"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7) Правила организации оздоровления и отдыха детей в организациях образования, утвержденные приказом Министра просвещения Республики Казахстан от 7 октября 2025 года № 237.</w:t>
      </w:r>
    </w:p>
    <w:p w14:paraId="47ECCCEF"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8) Типовые правила деятельности организаций образования соответствующих типов и видов, за исключением организаций высшего и послевузовского образования, утвержденные приказом Министра просвещения Республики Казахстан от 31 августа 2022 года № 385.</w:t>
      </w:r>
    </w:p>
    <w:p w14:paraId="627EC6F6"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9) Санитарные правила «Санитарно-эпидемиологические требования к детским оздоровительным и санаторным объектам», утвержденные приказом Министра здравоохранения Республики Казахстан от 10 августа 2022 года № ҚР ДСМ-78.</w:t>
      </w:r>
    </w:p>
    <w:p w14:paraId="34A3B8EA"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10) Правила безопасности при проведении занятий по физической культуре и спорту, утвержденные приказом Министра культуры и спорта Республики Казахстан от 3 ноября 2014 года № 68.</w:t>
      </w:r>
    </w:p>
    <w:p w14:paraId="07F9B1EB"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11) Единая программа воспитания «</w:t>
      </w:r>
      <w:proofErr w:type="spellStart"/>
      <w:r w:rsidRPr="00684EB1">
        <w:rPr>
          <w:rFonts w:cs="Times New Roman"/>
          <w:szCs w:val="28"/>
          <w:lang w:val="ru-RU"/>
        </w:rPr>
        <w:t>Адал</w:t>
      </w:r>
      <w:proofErr w:type="spellEnd"/>
      <w:r w:rsidRPr="00684EB1">
        <w:rPr>
          <w:rFonts w:cs="Times New Roman"/>
          <w:szCs w:val="28"/>
          <w:lang w:val="ru-RU"/>
        </w:rPr>
        <w:t xml:space="preserve"> </w:t>
      </w:r>
      <w:proofErr w:type="spellStart"/>
      <w:r w:rsidRPr="00684EB1">
        <w:rPr>
          <w:rFonts w:cs="Times New Roman"/>
          <w:szCs w:val="28"/>
          <w:lang w:val="ru-RU"/>
        </w:rPr>
        <w:t>азамат</w:t>
      </w:r>
      <w:proofErr w:type="spellEnd"/>
      <w:r w:rsidRPr="00684EB1">
        <w:rPr>
          <w:rFonts w:cs="Times New Roman"/>
          <w:szCs w:val="28"/>
          <w:lang w:val="ru-RU"/>
        </w:rPr>
        <w:t>».</w:t>
      </w:r>
    </w:p>
    <w:p w14:paraId="112B2DBC" w14:textId="77777777" w:rsidR="00B9286B" w:rsidRPr="00684EB1" w:rsidRDefault="00BE1021" w:rsidP="00F7265A">
      <w:pPr>
        <w:ind w:firstLine="567"/>
        <w:jc w:val="both"/>
        <w:rPr>
          <w:rFonts w:cs="Times New Roman"/>
          <w:szCs w:val="28"/>
          <w:lang w:val="ru-RU"/>
        </w:rPr>
      </w:pPr>
      <w:r w:rsidRPr="00684EB1">
        <w:rPr>
          <w:rFonts w:cs="Times New Roman"/>
          <w:szCs w:val="28"/>
          <w:lang w:val="ru-RU"/>
        </w:rPr>
        <w:t>12) Иные нормативные правовые акты Республики Казахстан, регулирующие вопросы организации отдыха, оздоровления, воспитания, дополнительного образования, медицинского сопровождения и обеспечения безопасности несовершеннолетних.</w:t>
      </w:r>
    </w:p>
    <w:p w14:paraId="408642F7" w14:textId="77777777" w:rsidR="00B9286B" w:rsidRPr="00684EB1" w:rsidRDefault="00BE1021" w:rsidP="00F7265A">
      <w:pPr>
        <w:pStyle w:val="21"/>
        <w:spacing w:before="0" w:after="0"/>
        <w:ind w:firstLine="567"/>
        <w:rPr>
          <w:rFonts w:cs="Times New Roman"/>
          <w:szCs w:val="28"/>
          <w:lang w:val="ru-RU"/>
        </w:rPr>
      </w:pPr>
      <w:r w:rsidRPr="00684EB1">
        <w:rPr>
          <w:rFonts w:eastAsia="Times New Roman" w:cs="Times New Roman"/>
          <w:szCs w:val="28"/>
          <w:lang w:val="ru-RU"/>
        </w:rPr>
        <w:lastRenderedPageBreak/>
        <w:t>Учебно-методические и дополнительные материалы</w:t>
      </w:r>
    </w:p>
    <w:p w14:paraId="79C3C403" w14:textId="77777777" w:rsidR="00B9286B" w:rsidRPr="00684EB1" w:rsidRDefault="00BE1021" w:rsidP="00F7265A">
      <w:pPr>
        <w:jc w:val="both"/>
        <w:rPr>
          <w:rFonts w:cs="Times New Roman"/>
          <w:szCs w:val="28"/>
          <w:lang w:val="ru-RU"/>
        </w:rPr>
      </w:pPr>
      <w:r w:rsidRPr="00684EB1">
        <w:rPr>
          <w:rFonts w:cs="Times New Roman"/>
          <w:szCs w:val="28"/>
          <w:lang w:val="ru-RU"/>
        </w:rPr>
        <w:t>1) Методические рекомендации по организации отдыха, оздоровления и занятости детей в каникулярный период.</w:t>
      </w:r>
    </w:p>
    <w:p w14:paraId="66438F77" w14:textId="1ADC1410" w:rsidR="00B9286B" w:rsidRPr="00684EB1" w:rsidRDefault="00BE1021" w:rsidP="00F7265A">
      <w:pPr>
        <w:jc w:val="both"/>
        <w:rPr>
          <w:rFonts w:cs="Times New Roman"/>
          <w:szCs w:val="28"/>
          <w:lang w:val="ru-RU"/>
        </w:rPr>
      </w:pPr>
      <w:r w:rsidRPr="00684EB1">
        <w:rPr>
          <w:rFonts w:cs="Times New Roman"/>
          <w:szCs w:val="28"/>
          <w:lang w:val="ru-RU"/>
        </w:rPr>
        <w:t xml:space="preserve">2) Методические материалы по организации воспитательной работы в детских </w:t>
      </w:r>
      <w:r w:rsidR="002B0A03" w:rsidRPr="00FD4D4F">
        <w:rPr>
          <w:rFonts w:cs="Times New Roman"/>
          <w:szCs w:val="28"/>
          <w:lang w:val="ru-RU"/>
        </w:rPr>
        <w:t>ДООЦ</w:t>
      </w:r>
      <w:r w:rsidRPr="00684EB1">
        <w:rPr>
          <w:rFonts w:cs="Times New Roman"/>
          <w:szCs w:val="28"/>
          <w:lang w:val="ru-RU"/>
        </w:rPr>
        <w:t>.</w:t>
      </w:r>
    </w:p>
    <w:p w14:paraId="48E3A31E" w14:textId="77777777" w:rsidR="00B9286B" w:rsidRPr="00684EB1" w:rsidRDefault="00BE1021" w:rsidP="00F7265A">
      <w:pPr>
        <w:jc w:val="both"/>
        <w:rPr>
          <w:rFonts w:cs="Times New Roman"/>
          <w:szCs w:val="28"/>
          <w:lang w:val="ru-RU"/>
        </w:rPr>
      </w:pPr>
      <w:r w:rsidRPr="00684EB1">
        <w:rPr>
          <w:rFonts w:cs="Times New Roman"/>
          <w:szCs w:val="28"/>
          <w:lang w:val="ru-RU"/>
        </w:rPr>
        <w:t xml:space="preserve">3) Методические материалы по развитию коммуникативных навыков и </w:t>
      </w:r>
      <w:r w:rsidRPr="00684EB1">
        <w:rPr>
          <w:rFonts w:cs="Times New Roman"/>
          <w:szCs w:val="28"/>
        </w:rPr>
        <w:t>soft</w:t>
      </w:r>
      <w:r w:rsidRPr="00684EB1">
        <w:rPr>
          <w:rFonts w:cs="Times New Roman"/>
          <w:szCs w:val="28"/>
          <w:lang w:val="ru-RU"/>
        </w:rPr>
        <w:t xml:space="preserve"> </w:t>
      </w:r>
      <w:r w:rsidRPr="00684EB1">
        <w:rPr>
          <w:rFonts w:cs="Times New Roman"/>
          <w:szCs w:val="28"/>
        </w:rPr>
        <w:t>skills</w:t>
      </w:r>
      <w:r w:rsidRPr="00684EB1">
        <w:rPr>
          <w:rFonts w:cs="Times New Roman"/>
          <w:szCs w:val="28"/>
          <w:lang w:val="ru-RU"/>
        </w:rPr>
        <w:t xml:space="preserve"> у детей и подростков.</w:t>
      </w:r>
    </w:p>
    <w:p w14:paraId="5FF59C66" w14:textId="77777777" w:rsidR="00B9286B" w:rsidRPr="00684EB1" w:rsidRDefault="00BE1021" w:rsidP="00F7265A">
      <w:pPr>
        <w:jc w:val="both"/>
        <w:rPr>
          <w:rFonts w:cs="Times New Roman"/>
          <w:szCs w:val="28"/>
          <w:lang w:val="ru-RU"/>
        </w:rPr>
      </w:pPr>
      <w:r w:rsidRPr="00684EB1">
        <w:rPr>
          <w:rFonts w:cs="Times New Roman"/>
          <w:szCs w:val="28"/>
          <w:lang w:val="ru-RU"/>
        </w:rPr>
        <w:t>4) Методические материалы по организации языковых клубов, разговорной практики и межкультурной коммуникации.</w:t>
      </w:r>
    </w:p>
    <w:p w14:paraId="6C7DE179" w14:textId="77777777" w:rsidR="00B9286B" w:rsidRPr="00684EB1" w:rsidRDefault="00BE1021" w:rsidP="00F7265A">
      <w:pPr>
        <w:jc w:val="both"/>
        <w:rPr>
          <w:rFonts w:cs="Times New Roman"/>
          <w:szCs w:val="28"/>
          <w:lang w:val="ru-RU"/>
        </w:rPr>
      </w:pPr>
      <w:r w:rsidRPr="00684EB1">
        <w:rPr>
          <w:rFonts w:cs="Times New Roman"/>
          <w:szCs w:val="28"/>
          <w:lang w:val="ru-RU"/>
        </w:rPr>
        <w:t>5) Сборники языковых игр, речевых упражнений, коммуникативных заданий и творческих сценариев.</w:t>
      </w:r>
    </w:p>
    <w:p w14:paraId="343FD8CB" w14:textId="77777777" w:rsidR="00B9286B" w:rsidRPr="00684EB1" w:rsidRDefault="00BE1021" w:rsidP="00F7265A">
      <w:pPr>
        <w:jc w:val="both"/>
        <w:rPr>
          <w:rFonts w:cs="Times New Roman"/>
          <w:szCs w:val="28"/>
          <w:lang w:val="ru-RU"/>
        </w:rPr>
      </w:pPr>
      <w:r w:rsidRPr="00684EB1">
        <w:rPr>
          <w:rFonts w:cs="Times New Roman"/>
          <w:szCs w:val="28"/>
          <w:lang w:val="ru-RU"/>
        </w:rPr>
        <w:t>6) Сборники подвижных, национальных, спортивных и командных игр.</w:t>
      </w:r>
    </w:p>
    <w:p w14:paraId="106CA4B6" w14:textId="77777777" w:rsidR="00B9286B" w:rsidRPr="00684EB1" w:rsidRDefault="00BE1021" w:rsidP="00F7265A">
      <w:pPr>
        <w:jc w:val="both"/>
        <w:rPr>
          <w:rFonts w:cs="Times New Roman"/>
          <w:szCs w:val="28"/>
          <w:lang w:val="ru-RU"/>
        </w:rPr>
      </w:pPr>
      <w:r w:rsidRPr="00684EB1">
        <w:rPr>
          <w:rFonts w:cs="Times New Roman"/>
          <w:szCs w:val="28"/>
          <w:lang w:val="ru-RU"/>
        </w:rPr>
        <w:t xml:space="preserve">7) Материалы по </w:t>
      </w:r>
      <w:proofErr w:type="spellStart"/>
      <w:r w:rsidRPr="00684EB1">
        <w:rPr>
          <w:rFonts w:cs="Times New Roman"/>
          <w:szCs w:val="28"/>
          <w:lang w:val="ru-RU"/>
        </w:rPr>
        <w:t>медиаграмотности</w:t>
      </w:r>
      <w:proofErr w:type="spellEnd"/>
      <w:r w:rsidRPr="00684EB1">
        <w:rPr>
          <w:rFonts w:cs="Times New Roman"/>
          <w:szCs w:val="28"/>
          <w:lang w:val="ru-RU"/>
        </w:rPr>
        <w:t>, цифровой безопасности и ответственному поведению в сети.</w:t>
      </w:r>
    </w:p>
    <w:p w14:paraId="32F7A01A" w14:textId="77777777" w:rsidR="00B9286B" w:rsidRPr="00684EB1" w:rsidRDefault="00BE1021" w:rsidP="00F7265A">
      <w:pPr>
        <w:jc w:val="both"/>
        <w:rPr>
          <w:rFonts w:cs="Times New Roman"/>
          <w:szCs w:val="28"/>
          <w:lang w:val="ru-RU"/>
        </w:rPr>
      </w:pPr>
      <w:r w:rsidRPr="00684EB1">
        <w:rPr>
          <w:rFonts w:cs="Times New Roman"/>
          <w:szCs w:val="28"/>
          <w:lang w:val="ru-RU"/>
        </w:rPr>
        <w:t>8) Методические материалы по проектной деятельности, детскому самоуправлению и командной работе.</w:t>
      </w:r>
    </w:p>
    <w:p w14:paraId="60C5D1F2" w14:textId="77777777" w:rsidR="00B9286B" w:rsidRPr="00684EB1" w:rsidRDefault="00BE1021" w:rsidP="00F7265A">
      <w:pPr>
        <w:jc w:val="both"/>
        <w:rPr>
          <w:rFonts w:cs="Times New Roman"/>
          <w:szCs w:val="28"/>
          <w:lang w:val="ru-RU"/>
        </w:rPr>
      </w:pPr>
      <w:r w:rsidRPr="00684EB1">
        <w:rPr>
          <w:rFonts w:cs="Times New Roman"/>
          <w:szCs w:val="28"/>
          <w:lang w:val="ru-RU"/>
        </w:rPr>
        <w:t>9) Психолого-педагогические материалы по адаптации детей в условиях временного детского коллектива.</w:t>
      </w:r>
    </w:p>
    <w:p w14:paraId="20141C37" w14:textId="77777777" w:rsidR="00B9286B" w:rsidRPr="00684EB1" w:rsidRDefault="00BE1021" w:rsidP="00F7265A">
      <w:pPr>
        <w:jc w:val="both"/>
        <w:rPr>
          <w:rFonts w:cs="Times New Roman"/>
          <w:szCs w:val="28"/>
          <w:lang w:val="ru-RU"/>
        </w:rPr>
      </w:pPr>
      <w:r w:rsidRPr="00684EB1">
        <w:rPr>
          <w:rFonts w:cs="Times New Roman"/>
          <w:szCs w:val="28"/>
          <w:lang w:val="ru-RU"/>
        </w:rPr>
        <w:t>10) Материалы по формированию уважения к государственному языку, национальным ценностям и межкультурному диалогу.</w:t>
      </w:r>
    </w:p>
    <w:p w14:paraId="3E8B21A7" w14:textId="77777777" w:rsidR="00B9286B" w:rsidRPr="00684EB1" w:rsidRDefault="00BE1021" w:rsidP="00F7265A">
      <w:pPr>
        <w:jc w:val="both"/>
        <w:rPr>
          <w:rFonts w:cs="Times New Roman"/>
          <w:szCs w:val="28"/>
          <w:lang w:val="ru-RU"/>
        </w:rPr>
      </w:pPr>
      <w:r w:rsidRPr="00684EB1">
        <w:rPr>
          <w:rFonts w:cs="Times New Roman"/>
          <w:szCs w:val="28"/>
          <w:lang w:val="ru-RU"/>
        </w:rPr>
        <w:t>11) Сценарии фестивалей языков, творческих выступлений, культурных станций и презентаций.</w:t>
      </w:r>
    </w:p>
    <w:p w14:paraId="7A96DBEE" w14:textId="77777777" w:rsidR="00B9286B" w:rsidRPr="00684EB1" w:rsidRDefault="00BE1021" w:rsidP="00F7265A">
      <w:pPr>
        <w:jc w:val="both"/>
        <w:rPr>
          <w:rFonts w:cs="Times New Roman"/>
          <w:szCs w:val="28"/>
          <w:lang w:val="ru-RU"/>
        </w:rPr>
      </w:pPr>
      <w:r w:rsidRPr="00684EB1">
        <w:rPr>
          <w:rFonts w:cs="Times New Roman"/>
          <w:szCs w:val="28"/>
          <w:lang w:val="ru-RU"/>
        </w:rPr>
        <w:t>12) Актуальные казахстанские и зарубежные источники по языковому образованию, коммуникативным методикам и организации детского отдыха за последние 5 лет.</w:t>
      </w:r>
    </w:p>
    <w:p w14:paraId="0880389E" w14:textId="77777777" w:rsidR="00B9286B" w:rsidRPr="00684EB1" w:rsidRDefault="00BE1021" w:rsidP="00F7265A">
      <w:pPr>
        <w:jc w:val="both"/>
        <w:rPr>
          <w:rFonts w:cs="Times New Roman"/>
          <w:szCs w:val="28"/>
          <w:lang w:val="ru-RU"/>
        </w:rPr>
      </w:pPr>
      <w:r w:rsidRPr="00684EB1">
        <w:rPr>
          <w:rFonts w:cs="Times New Roman"/>
          <w:szCs w:val="28"/>
          <w:lang w:val="ru-RU"/>
        </w:rPr>
        <w:t>Перечень учебно-методических, научных, справочных и электронных источников дополняется Организацией с учетом актуальных казахстанских и зарубежных источников за последние 5 лет, языковой направленности смены и условий реализации Программы.</w:t>
      </w:r>
    </w:p>
    <w:sectPr w:rsidR="00B9286B" w:rsidRPr="00684EB1" w:rsidSect="00D96C1B">
      <w:footerReference w:type="default" r:id="rId8"/>
      <w:pgSz w:w="11906" w:h="16838"/>
      <w:pgMar w:top="1134" w:right="850" w:bottom="1134" w:left="1417" w:header="1417" w:footer="141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C9A6F9" w14:textId="77777777" w:rsidR="00982C61" w:rsidRDefault="00982C61" w:rsidP="00D96C1B">
      <w:r>
        <w:separator/>
      </w:r>
    </w:p>
  </w:endnote>
  <w:endnote w:type="continuationSeparator" w:id="0">
    <w:p w14:paraId="777AFACD" w14:textId="77777777" w:rsidR="00982C61" w:rsidRDefault="00982C61" w:rsidP="00D96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7936060"/>
      <w:docPartObj>
        <w:docPartGallery w:val="Page Numbers (Bottom of Page)"/>
        <w:docPartUnique/>
      </w:docPartObj>
    </w:sdtPr>
    <w:sdtEndPr/>
    <w:sdtContent>
      <w:p w14:paraId="16D0CEB2" w14:textId="13C79ED7" w:rsidR="00D96C1B" w:rsidRDefault="00D96C1B" w:rsidP="00D96C1B">
        <w:pPr>
          <w:pStyle w:val="a7"/>
          <w:ind w:firstLine="426"/>
          <w:jc w:val="center"/>
        </w:pPr>
        <w:r>
          <w:fldChar w:fldCharType="begin"/>
        </w:r>
        <w:r>
          <w:instrText>PAGE   \* MERGEFORMAT</w:instrText>
        </w:r>
        <w:r>
          <w:fldChar w:fldCharType="separate"/>
        </w:r>
        <w:r>
          <w:rPr>
            <w:lang w:val="ru-RU"/>
          </w:rPr>
          <w:t>2</w:t>
        </w:r>
        <w:r>
          <w:fldChar w:fldCharType="end"/>
        </w:r>
      </w:p>
    </w:sdtContent>
  </w:sdt>
  <w:p w14:paraId="4405B5CB" w14:textId="77777777" w:rsidR="00D96C1B" w:rsidRDefault="00D96C1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607319" w14:textId="77777777" w:rsidR="00982C61" w:rsidRDefault="00982C61" w:rsidP="00D96C1B">
      <w:r>
        <w:separator/>
      </w:r>
    </w:p>
  </w:footnote>
  <w:footnote w:type="continuationSeparator" w:id="0">
    <w:p w14:paraId="070F6AE9" w14:textId="77777777" w:rsidR="00982C61" w:rsidRDefault="00982C61" w:rsidP="00D96C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6839"/>
    <w:rsid w:val="000D3E09"/>
    <w:rsid w:val="00104A44"/>
    <w:rsid w:val="0012789F"/>
    <w:rsid w:val="0015074B"/>
    <w:rsid w:val="00152C19"/>
    <w:rsid w:val="00160003"/>
    <w:rsid w:val="00181B88"/>
    <w:rsid w:val="001866F2"/>
    <w:rsid w:val="001A69D7"/>
    <w:rsid w:val="001D4807"/>
    <w:rsid w:val="001E4113"/>
    <w:rsid w:val="002114FF"/>
    <w:rsid w:val="00294933"/>
    <w:rsid w:val="0029639D"/>
    <w:rsid w:val="002B0A03"/>
    <w:rsid w:val="00301823"/>
    <w:rsid w:val="003057D4"/>
    <w:rsid w:val="003072C0"/>
    <w:rsid w:val="00315294"/>
    <w:rsid w:val="00326F90"/>
    <w:rsid w:val="003A048A"/>
    <w:rsid w:val="003B13E9"/>
    <w:rsid w:val="003D1A23"/>
    <w:rsid w:val="003E0457"/>
    <w:rsid w:val="003E14A4"/>
    <w:rsid w:val="003E499A"/>
    <w:rsid w:val="00475BA5"/>
    <w:rsid w:val="00496FDA"/>
    <w:rsid w:val="005A3346"/>
    <w:rsid w:val="005A62A7"/>
    <w:rsid w:val="005A7FCE"/>
    <w:rsid w:val="005C06FD"/>
    <w:rsid w:val="005D6560"/>
    <w:rsid w:val="00637573"/>
    <w:rsid w:val="00660BBD"/>
    <w:rsid w:val="00660BFE"/>
    <w:rsid w:val="00684EB1"/>
    <w:rsid w:val="006F52BA"/>
    <w:rsid w:val="007318B9"/>
    <w:rsid w:val="007B64DE"/>
    <w:rsid w:val="007C683D"/>
    <w:rsid w:val="007D1CB5"/>
    <w:rsid w:val="00820086"/>
    <w:rsid w:val="00831094"/>
    <w:rsid w:val="0083254C"/>
    <w:rsid w:val="00853766"/>
    <w:rsid w:val="00890B01"/>
    <w:rsid w:val="008B26A9"/>
    <w:rsid w:val="008F339D"/>
    <w:rsid w:val="008F4C3A"/>
    <w:rsid w:val="00943531"/>
    <w:rsid w:val="00953DB7"/>
    <w:rsid w:val="009631A9"/>
    <w:rsid w:val="009679D4"/>
    <w:rsid w:val="00982C61"/>
    <w:rsid w:val="009B6C64"/>
    <w:rsid w:val="009D182B"/>
    <w:rsid w:val="00AA0A3C"/>
    <w:rsid w:val="00AA1D8D"/>
    <w:rsid w:val="00AC485F"/>
    <w:rsid w:val="00AD5D1E"/>
    <w:rsid w:val="00B079F0"/>
    <w:rsid w:val="00B46223"/>
    <w:rsid w:val="00B47730"/>
    <w:rsid w:val="00B9286B"/>
    <w:rsid w:val="00BE1021"/>
    <w:rsid w:val="00BF786A"/>
    <w:rsid w:val="00C00B0F"/>
    <w:rsid w:val="00C06523"/>
    <w:rsid w:val="00C821E8"/>
    <w:rsid w:val="00CB0664"/>
    <w:rsid w:val="00CB1685"/>
    <w:rsid w:val="00CD7E8E"/>
    <w:rsid w:val="00CE6D1A"/>
    <w:rsid w:val="00D111EB"/>
    <w:rsid w:val="00D232CD"/>
    <w:rsid w:val="00D4697D"/>
    <w:rsid w:val="00D726F3"/>
    <w:rsid w:val="00D91B33"/>
    <w:rsid w:val="00D96C1B"/>
    <w:rsid w:val="00DD1317"/>
    <w:rsid w:val="00DE6965"/>
    <w:rsid w:val="00E8714C"/>
    <w:rsid w:val="00ED40BC"/>
    <w:rsid w:val="00EE33BD"/>
    <w:rsid w:val="00F06459"/>
    <w:rsid w:val="00F1633C"/>
    <w:rsid w:val="00F20014"/>
    <w:rsid w:val="00F244E0"/>
    <w:rsid w:val="00F71E59"/>
    <w:rsid w:val="00F7265A"/>
    <w:rsid w:val="00F72D4E"/>
    <w:rsid w:val="00F951CB"/>
    <w:rsid w:val="00FA0268"/>
    <w:rsid w:val="00FB5C60"/>
    <w:rsid w:val="00FC693F"/>
    <w:rsid w:val="00FD4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F332F8"/>
  <w14:defaultImageDpi w14:val="300"/>
  <w15:docId w15:val="{E20C3351-A829-49BB-9F11-E24A06FD8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ind w:firstLine="709"/>
    </w:pPr>
    <w:rPr>
      <w:rFonts w:ascii="Times New Roman" w:eastAsia="Times New Roman" w:hAnsi="Times New Roman"/>
      <w:sz w:val="28"/>
    </w:rPr>
  </w:style>
  <w:style w:type="paragraph" w:styleId="1">
    <w:name w:val="heading 1"/>
    <w:basedOn w:val="a1"/>
    <w:next w:val="a1"/>
    <w:link w:val="10"/>
    <w:uiPriority w:val="9"/>
    <w:qFormat/>
    <w:rsid w:val="00C821E8"/>
    <w:pPr>
      <w:keepNext/>
      <w:keepLines/>
      <w:spacing w:before="160" w:after="80"/>
      <w:ind w:firstLine="0"/>
      <w:outlineLvl w:val="0"/>
    </w:pPr>
    <w:rPr>
      <w:rFonts w:eastAsiaTheme="majorEastAsia" w:cstheme="majorBidi"/>
      <w:b/>
      <w:bCs/>
      <w:szCs w:val="28"/>
    </w:rPr>
  </w:style>
  <w:style w:type="paragraph" w:styleId="21">
    <w:name w:val="heading 2"/>
    <w:basedOn w:val="a1"/>
    <w:next w:val="a1"/>
    <w:link w:val="22"/>
    <w:uiPriority w:val="9"/>
    <w:unhideWhenUsed/>
    <w:qFormat/>
    <w:rsid w:val="00C821E8"/>
    <w:pPr>
      <w:keepNext/>
      <w:keepLines/>
      <w:spacing w:before="160" w:after="80"/>
      <w:ind w:firstLine="0"/>
      <w:outlineLvl w:val="1"/>
    </w:pPr>
    <w:rPr>
      <w:rFonts w:eastAsiaTheme="majorEastAsia" w:cstheme="majorBidi"/>
      <w:b/>
      <w:bCs/>
      <w:szCs w:val="26"/>
    </w:rPr>
  </w:style>
  <w:style w:type="paragraph" w:styleId="31">
    <w:name w:val="heading 3"/>
    <w:basedOn w:val="a1"/>
    <w:next w:val="a1"/>
    <w:link w:val="32"/>
    <w:uiPriority w:val="9"/>
    <w:unhideWhenUsed/>
    <w:qFormat/>
    <w:rsid w:val="00C821E8"/>
    <w:pPr>
      <w:keepNext/>
      <w:keepLines/>
      <w:spacing w:before="160" w:after="80"/>
      <w:ind w:firstLine="0"/>
      <w:outlineLvl w:val="2"/>
    </w:pPr>
    <w:rPr>
      <w:rFonts w:eastAsiaTheme="majorEastAsia" w:cstheme="majorBidi"/>
      <w:b/>
      <w:bCs/>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C821E8"/>
    <w:rPr>
      <w:rFonts w:ascii="Times New Roman" w:eastAsiaTheme="majorEastAsia" w:hAnsi="Times New Roman" w:cstheme="majorBidi"/>
      <w:b/>
      <w:bCs/>
      <w:sz w:val="28"/>
      <w:szCs w:val="28"/>
    </w:rPr>
  </w:style>
  <w:style w:type="character" w:customStyle="1" w:styleId="22">
    <w:name w:val="Заголовок 2 Знак"/>
    <w:basedOn w:val="a2"/>
    <w:link w:val="21"/>
    <w:uiPriority w:val="9"/>
    <w:rsid w:val="00C821E8"/>
    <w:rPr>
      <w:rFonts w:ascii="Times New Roman" w:eastAsiaTheme="majorEastAsia" w:hAnsi="Times New Roman" w:cstheme="majorBidi"/>
      <w:b/>
      <w:bCs/>
      <w:sz w:val="28"/>
      <w:szCs w:val="26"/>
    </w:rPr>
  </w:style>
  <w:style w:type="character" w:customStyle="1" w:styleId="32">
    <w:name w:val="Заголовок 3 Знак"/>
    <w:basedOn w:val="a2"/>
    <w:link w:val="31"/>
    <w:uiPriority w:val="9"/>
    <w:rsid w:val="00C821E8"/>
    <w:rPr>
      <w:rFonts w:ascii="Times New Roman" w:eastAsiaTheme="majorEastAsia" w:hAnsi="Times New Roman" w:cstheme="majorBidi"/>
      <w:b/>
      <w:bCs/>
      <w:sz w:val="28"/>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6492950">
      <w:bodyDiv w:val="1"/>
      <w:marLeft w:val="0"/>
      <w:marRight w:val="0"/>
      <w:marTop w:val="0"/>
      <w:marBottom w:val="0"/>
      <w:divBdr>
        <w:top w:val="none" w:sz="0" w:space="0" w:color="auto"/>
        <w:left w:val="none" w:sz="0" w:space="0" w:color="auto"/>
        <w:bottom w:val="none" w:sz="0" w:space="0" w:color="auto"/>
        <w:right w:val="none" w:sz="0" w:space="0" w:color="auto"/>
      </w:divBdr>
    </w:div>
    <w:div w:id="1146240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19E1C-B44D-4C00-8798-C68619B7B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33</Pages>
  <Words>9425</Words>
  <Characters>53726</Characters>
  <Application>Microsoft Office Word</Application>
  <DocSecurity>0</DocSecurity>
  <Lines>447</Lines>
  <Paragraphs>126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63025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Rumcdo7</cp:lastModifiedBy>
  <cp:revision>16</cp:revision>
  <dcterms:created xsi:type="dcterms:W3CDTF">2026-06-15T13:13:00Z</dcterms:created>
  <dcterms:modified xsi:type="dcterms:W3CDTF">2026-06-19T12:11:00Z</dcterms:modified>
  <cp:category/>
</cp:coreProperties>
</file>